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605"/>
      </w:tblGrid>
      <w:tr w:rsidR="00DE247B" w:rsidRPr="00C76FA6" w:rsidTr="00440915">
        <w:trPr>
          <w:trHeight w:val="441"/>
          <w:jc w:val="center"/>
        </w:trPr>
        <w:tc>
          <w:tcPr>
            <w:tcW w:w="9936" w:type="dxa"/>
            <w:shd w:val="clear" w:color="auto" w:fill="003366"/>
            <w:tcMar>
              <w:top w:w="180" w:type="dxa"/>
              <w:left w:w="200" w:type="dxa"/>
              <w:bottom w:w="180" w:type="dxa"/>
              <w:right w:w="200" w:type="dxa"/>
            </w:tcMar>
          </w:tcPr>
          <w:p w:rsidR="00DE247B" w:rsidRPr="00617432" w:rsidRDefault="00617432" w:rsidP="00617432">
            <w:pPr>
              <w:spacing w:before="80" w:after="40"/>
              <w:jc w:val="center"/>
              <w:rPr>
                <w:rFonts w:ascii="Nikosh" w:hAnsi="Nikosh" w:cs="Nikosh"/>
                <w:sz w:val="44"/>
                <w:szCs w:val="44"/>
              </w:rPr>
            </w:pPr>
            <w:proofErr w:type="spellStart"/>
            <w:r w:rsidRPr="00617432">
              <w:rPr>
                <w:rFonts w:ascii="Nikosh" w:hAnsi="Nikosh" w:cs="Nikosh"/>
                <w:b/>
                <w:color w:val="FFFFFF"/>
                <w:sz w:val="44"/>
                <w:szCs w:val="44"/>
              </w:rPr>
              <w:t>সরকারি-</w:t>
            </w:r>
            <w:r w:rsidR="00C1397A" w:rsidRPr="00617432">
              <w:rPr>
                <w:rFonts w:ascii="Nikosh" w:hAnsi="Nikosh" w:cs="Nikosh"/>
                <w:b/>
                <w:color w:val="FFFFFF"/>
                <w:sz w:val="44"/>
                <w:szCs w:val="44"/>
              </w:rPr>
              <w:t>বেসরকারি</w:t>
            </w:r>
            <w:proofErr w:type="spellEnd"/>
            <w:r w:rsidR="00C1397A" w:rsidRPr="00617432">
              <w:rPr>
                <w:rFonts w:ascii="Nikosh" w:hAnsi="Nikosh" w:cs="Nikosh"/>
                <w:b/>
                <w:color w:val="FFFFFF"/>
                <w:sz w:val="44"/>
                <w:szCs w:val="44"/>
              </w:rPr>
              <w:t xml:space="preserve"> </w:t>
            </w:r>
            <w:proofErr w:type="spellStart"/>
            <w:r w:rsidR="00C1397A" w:rsidRPr="00617432">
              <w:rPr>
                <w:rFonts w:ascii="Nikosh" w:hAnsi="Nikosh" w:cs="Nikosh"/>
                <w:b/>
                <w:color w:val="FFFFFF"/>
                <w:sz w:val="44"/>
                <w:szCs w:val="44"/>
              </w:rPr>
              <w:t>শিক্ষা</w:t>
            </w:r>
            <w:proofErr w:type="spellEnd"/>
            <w:r w:rsidR="00C1397A" w:rsidRPr="00617432">
              <w:rPr>
                <w:rFonts w:ascii="Nikosh" w:hAnsi="Nikosh" w:cs="Nikosh"/>
                <w:b/>
                <w:color w:val="FFFFFF"/>
                <w:sz w:val="44"/>
                <w:szCs w:val="44"/>
              </w:rPr>
              <w:t xml:space="preserve"> </w:t>
            </w:r>
            <w:proofErr w:type="spellStart"/>
            <w:r w:rsidR="00C1397A" w:rsidRPr="00617432">
              <w:rPr>
                <w:rFonts w:ascii="Nikosh" w:hAnsi="Nikosh" w:cs="Nikosh"/>
                <w:b/>
                <w:color w:val="FFFFFF"/>
                <w:sz w:val="44"/>
                <w:szCs w:val="44"/>
              </w:rPr>
              <w:t>প্রতিষ্ঠানের</w:t>
            </w:r>
            <w:proofErr w:type="spellEnd"/>
            <w:r w:rsidR="00C1397A" w:rsidRPr="00617432">
              <w:rPr>
                <w:rFonts w:ascii="Nikosh" w:hAnsi="Nikosh" w:cs="Nikosh"/>
                <w:b/>
                <w:color w:val="FFFFFF"/>
                <w:sz w:val="44"/>
                <w:szCs w:val="44"/>
              </w:rPr>
              <w:t xml:space="preserve"> </w:t>
            </w:r>
            <w:proofErr w:type="spellStart"/>
            <w:r w:rsidRPr="00617432">
              <w:rPr>
                <w:rFonts w:ascii="Nikosh" w:hAnsi="Nikosh" w:cs="Nikosh"/>
                <w:b/>
                <w:color w:val="FFFFFF"/>
                <w:sz w:val="44"/>
                <w:szCs w:val="44"/>
              </w:rPr>
              <w:t>শিক্ষার্থীরদের</w:t>
            </w:r>
            <w:proofErr w:type="spellEnd"/>
            <w:r w:rsidR="00C1397A" w:rsidRPr="00617432">
              <w:rPr>
                <w:rFonts w:ascii="Nikosh" w:hAnsi="Nikosh" w:cs="Nikosh"/>
                <w:b/>
                <w:color w:val="FFFFFF"/>
                <w:sz w:val="44"/>
                <w:szCs w:val="44"/>
              </w:rPr>
              <w:t xml:space="preserve"> </w:t>
            </w:r>
            <w:proofErr w:type="spellStart"/>
            <w:r w:rsidR="00C1397A" w:rsidRPr="00617432">
              <w:rPr>
                <w:rFonts w:ascii="Nikosh" w:hAnsi="Nikosh" w:cs="Nikosh"/>
                <w:b/>
                <w:color w:val="FFFFFF"/>
                <w:sz w:val="44"/>
                <w:szCs w:val="44"/>
              </w:rPr>
              <w:t>আর্থিক</w:t>
            </w:r>
            <w:proofErr w:type="spellEnd"/>
            <w:r w:rsidR="00C1397A" w:rsidRPr="00617432">
              <w:rPr>
                <w:rFonts w:ascii="Nikosh" w:hAnsi="Nikosh" w:cs="Nikosh"/>
                <w:b/>
                <w:color w:val="FFFFFF"/>
                <w:sz w:val="44"/>
                <w:szCs w:val="44"/>
              </w:rPr>
              <w:t xml:space="preserve"> </w:t>
            </w:r>
            <w:proofErr w:type="spellStart"/>
            <w:r w:rsidR="00C1397A" w:rsidRPr="00617432">
              <w:rPr>
                <w:rFonts w:ascii="Nikosh" w:hAnsi="Nikosh" w:cs="Nikosh"/>
                <w:b/>
                <w:color w:val="FFFFFF"/>
                <w:sz w:val="44"/>
                <w:szCs w:val="44"/>
              </w:rPr>
              <w:t>অনুদান</w:t>
            </w:r>
            <w:proofErr w:type="spellEnd"/>
            <w:r w:rsidRPr="00617432">
              <w:rPr>
                <w:rFonts w:ascii="Nikosh" w:hAnsi="Nikosh" w:cs="Nikosh"/>
                <w:b/>
                <w:color w:val="FFFFFF"/>
                <w:sz w:val="44"/>
                <w:szCs w:val="44"/>
              </w:rPr>
              <w:t xml:space="preserve"> (৬ষ্ঠ </w:t>
            </w:r>
            <w:proofErr w:type="spellStart"/>
            <w:r w:rsidRPr="00617432">
              <w:rPr>
                <w:rFonts w:ascii="Nikosh" w:hAnsi="Nikosh" w:cs="Nikosh"/>
                <w:b/>
                <w:color w:val="FFFFFF"/>
                <w:sz w:val="44"/>
                <w:szCs w:val="44"/>
              </w:rPr>
              <w:t>শ্রেণি</w:t>
            </w:r>
            <w:proofErr w:type="spellEnd"/>
            <w:r w:rsidRPr="00617432">
              <w:rPr>
                <w:rFonts w:ascii="Nikosh" w:hAnsi="Nikosh" w:cs="Nikosh"/>
                <w:b/>
                <w:color w:val="FFFFFF"/>
                <w:sz w:val="44"/>
                <w:szCs w:val="44"/>
              </w:rPr>
              <w:t xml:space="preserve"> </w:t>
            </w:r>
            <w:proofErr w:type="spellStart"/>
            <w:r w:rsidRPr="00617432">
              <w:rPr>
                <w:rFonts w:ascii="Nikosh" w:hAnsi="Nikosh" w:cs="Nikosh"/>
                <w:b/>
                <w:color w:val="FFFFFF"/>
                <w:sz w:val="44"/>
                <w:szCs w:val="44"/>
              </w:rPr>
              <w:t>থেকে</w:t>
            </w:r>
            <w:proofErr w:type="spellEnd"/>
            <w:r w:rsidRPr="00617432">
              <w:rPr>
                <w:rFonts w:ascii="Nikosh" w:hAnsi="Nikosh" w:cs="Nikosh"/>
                <w:b/>
                <w:color w:val="FFFFFF"/>
                <w:sz w:val="44"/>
                <w:szCs w:val="44"/>
              </w:rPr>
              <w:t xml:space="preserve"> </w:t>
            </w:r>
            <w:proofErr w:type="spellStart"/>
            <w:r w:rsidRPr="00617432">
              <w:rPr>
                <w:rFonts w:ascii="Nikosh" w:hAnsi="Nikosh" w:cs="Nikosh"/>
                <w:b/>
                <w:color w:val="FFFFFF"/>
                <w:sz w:val="44"/>
                <w:szCs w:val="44"/>
              </w:rPr>
              <w:t>স্নাতক</w:t>
            </w:r>
            <w:proofErr w:type="spellEnd"/>
            <w:r w:rsidRPr="00617432">
              <w:rPr>
                <w:rFonts w:ascii="Nikosh" w:hAnsi="Nikosh" w:cs="Nikosh"/>
                <w:b/>
                <w:color w:val="FFFFFF"/>
                <w:sz w:val="44"/>
                <w:szCs w:val="44"/>
              </w:rPr>
              <w:t>/</w:t>
            </w:r>
            <w:proofErr w:type="spellStart"/>
            <w:r w:rsidRPr="00617432">
              <w:rPr>
                <w:rFonts w:ascii="Nikosh" w:hAnsi="Nikosh" w:cs="Nikosh"/>
                <w:b/>
                <w:color w:val="FFFFFF"/>
                <w:sz w:val="44"/>
                <w:szCs w:val="44"/>
              </w:rPr>
              <w:t>তদুর্দ্ধ</w:t>
            </w:r>
            <w:proofErr w:type="spellEnd"/>
            <w:r w:rsidRPr="00617432">
              <w:rPr>
                <w:rFonts w:ascii="Nikosh" w:hAnsi="Nikosh" w:cs="Nikosh"/>
                <w:b/>
                <w:color w:val="FFFFFF"/>
                <w:sz w:val="44"/>
                <w:szCs w:val="44"/>
              </w:rPr>
              <w:t>)</w:t>
            </w:r>
          </w:p>
        </w:tc>
      </w:tr>
    </w:tbl>
    <w:p w:rsidR="00DE247B" w:rsidRPr="00DE4D1F" w:rsidRDefault="00C1397A">
      <w:pPr>
        <w:spacing w:before="120" w:after="240"/>
        <w:jc w:val="right"/>
        <w:rPr>
          <w:rFonts w:ascii="Nikosh" w:hAnsi="Nikosh" w:cs="Nikosh"/>
        </w:rPr>
      </w:pPr>
      <w:r w:rsidRPr="00DE4D1F">
        <w:rPr>
          <w:rFonts w:ascii="Nikosh" w:hAnsi="Nikosh" w:cs="Nikosh"/>
          <w:color w:val="C00000"/>
          <w:sz w:val="19"/>
        </w:rPr>
        <w:t>(</w:t>
      </w:r>
      <w:proofErr w:type="spellStart"/>
      <w:r w:rsidRPr="00DE4D1F">
        <w:rPr>
          <w:rFonts w:ascii="Nikosh" w:hAnsi="Nikosh" w:cs="Nikosh"/>
          <w:color w:val="C00000"/>
          <w:sz w:val="19"/>
        </w:rPr>
        <w:t>বি.দ্র</w:t>
      </w:r>
      <w:proofErr w:type="spellEnd"/>
      <w:r w:rsidRPr="00DE4D1F">
        <w:rPr>
          <w:rFonts w:ascii="Nikosh" w:hAnsi="Nikosh" w:cs="Nikosh"/>
          <w:color w:val="C00000"/>
          <w:sz w:val="19"/>
        </w:rPr>
        <w:t>. তারকা * চিহ্নিত ঘরসমূহ অবশ্যই পূরণ করতে হবে)</w:t>
      </w:r>
    </w:p>
    <w:tbl>
      <w:tblPr>
        <w:tblW w:w="9990" w:type="dxa"/>
        <w:jc w:val="center"/>
        <w:tblLook w:val="04A0" w:firstRow="1" w:lastRow="0" w:firstColumn="1" w:lastColumn="0" w:noHBand="0" w:noVBand="1"/>
      </w:tblPr>
      <w:tblGrid>
        <w:gridCol w:w="121"/>
        <w:gridCol w:w="3749"/>
        <w:gridCol w:w="81"/>
        <w:gridCol w:w="6039"/>
      </w:tblGrid>
      <w:tr w:rsidR="00085D11" w:rsidRPr="00DE4D1F" w:rsidTr="00F569CD">
        <w:trPr>
          <w:gridBefore w:val="1"/>
          <w:wBefore w:w="121" w:type="dxa"/>
          <w:trHeight w:val="340"/>
          <w:jc w:val="center"/>
        </w:trPr>
        <w:tc>
          <w:tcPr>
            <w:tcW w:w="9869" w:type="dxa"/>
            <w:gridSpan w:val="3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AFB"/>
            <w:tcMar>
              <w:top w:w="100" w:type="dxa"/>
              <w:left w:w="120" w:type="dxa"/>
              <w:bottom w:w="100" w:type="dxa"/>
              <w:right w:w="100" w:type="dxa"/>
            </w:tcMar>
          </w:tcPr>
          <w:p w:rsidR="00085D11" w:rsidRPr="00DE4D1F" w:rsidRDefault="00085D11" w:rsidP="00440915">
            <w:pPr>
              <w:spacing w:after="0" w:line="216" w:lineRule="auto"/>
              <w:jc w:val="center"/>
              <w:rPr>
                <w:rFonts w:ascii="Nikosh" w:hAnsi="Nikosh" w:cs="Nikosh"/>
              </w:rPr>
            </w:pPr>
            <w:proofErr w:type="spellStart"/>
            <w:r w:rsidRPr="00DE4D1F">
              <w:rPr>
                <w:rFonts w:ascii="Nikosh" w:hAnsi="Nikosh" w:cs="Nikosh"/>
                <w:color w:val="003366"/>
                <w:sz w:val="24"/>
              </w:rPr>
              <w:t>প্রতিষ্ঠান</w:t>
            </w:r>
            <w:proofErr w:type="spellEnd"/>
            <w:r w:rsidRPr="00DE4D1F">
              <w:rPr>
                <w:rFonts w:ascii="Nikosh" w:hAnsi="Nikosh" w:cs="Nikosh"/>
                <w:color w:val="003366"/>
                <w:sz w:val="24"/>
              </w:rPr>
              <w:t xml:space="preserve"> </w:t>
            </w:r>
            <w:proofErr w:type="spellStart"/>
            <w:r w:rsidRPr="00DE4D1F">
              <w:rPr>
                <w:rFonts w:ascii="Nikosh" w:hAnsi="Nikosh" w:cs="Nikosh"/>
                <w:color w:val="003366"/>
                <w:sz w:val="24"/>
              </w:rPr>
              <w:t>সংক্রান্ত</w:t>
            </w:r>
            <w:proofErr w:type="spellEnd"/>
            <w:r w:rsidRPr="00DE4D1F">
              <w:rPr>
                <w:rFonts w:ascii="Nikosh" w:hAnsi="Nikosh" w:cs="Nikosh"/>
                <w:color w:val="003366"/>
                <w:sz w:val="24"/>
              </w:rPr>
              <w:t xml:space="preserve"> </w:t>
            </w:r>
            <w:proofErr w:type="spellStart"/>
            <w:r w:rsidRPr="00DE4D1F">
              <w:rPr>
                <w:rFonts w:ascii="Nikosh" w:hAnsi="Nikosh" w:cs="Nikosh"/>
                <w:color w:val="003366"/>
                <w:sz w:val="24"/>
              </w:rPr>
              <w:t>তথ্য</w:t>
            </w:r>
            <w:proofErr w:type="spellEnd"/>
          </w:p>
        </w:tc>
      </w:tr>
      <w:tr w:rsidR="00DE4D1F" w:rsidRPr="00DE4D1F" w:rsidTr="00F569CD">
        <w:trPr>
          <w:gridBefore w:val="1"/>
          <w:wBefore w:w="121" w:type="dxa"/>
          <w:trHeight w:val="331"/>
          <w:jc w:val="center"/>
        </w:trPr>
        <w:tc>
          <w:tcPr>
            <w:tcW w:w="3749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AFB"/>
            <w:tcMar>
              <w:top w:w="100" w:type="dxa"/>
              <w:left w:w="120" w:type="dxa"/>
              <w:bottom w:w="100" w:type="dxa"/>
              <w:right w:w="100" w:type="dxa"/>
            </w:tcMar>
          </w:tcPr>
          <w:p w:rsidR="00DE4D1F" w:rsidRPr="00DE4D1F" w:rsidRDefault="00DE4D1F" w:rsidP="00440915">
            <w:pPr>
              <w:spacing w:after="0" w:line="216" w:lineRule="auto"/>
              <w:rPr>
                <w:rFonts w:ascii="Nikosh" w:hAnsi="Nikosh" w:cs="Nikosh"/>
                <w:sz w:val="21"/>
              </w:rPr>
            </w:pPr>
            <w:proofErr w:type="spellStart"/>
            <w:r w:rsidRPr="00DE4D1F">
              <w:rPr>
                <w:rFonts w:ascii="Nikosh" w:hAnsi="Nikosh" w:cs="Nikosh"/>
                <w:sz w:val="21"/>
              </w:rPr>
              <w:t>শিক্ষা</w:t>
            </w:r>
            <w:proofErr w:type="spellEnd"/>
            <w:r w:rsidRPr="00DE4D1F">
              <w:rPr>
                <w:rFonts w:ascii="Nikosh" w:hAnsi="Nikosh" w:cs="Nikosh"/>
                <w:sz w:val="21"/>
              </w:rPr>
              <w:t xml:space="preserve"> </w:t>
            </w:r>
            <w:proofErr w:type="spellStart"/>
            <w:r w:rsidRPr="00DE4D1F">
              <w:rPr>
                <w:rFonts w:ascii="Nikosh" w:hAnsi="Nikosh" w:cs="Nikosh"/>
                <w:sz w:val="21"/>
              </w:rPr>
              <w:t>প্রতিষ্ঠান</w:t>
            </w:r>
            <w:proofErr w:type="spellEnd"/>
            <w:r w:rsidRPr="00DE4D1F">
              <w:rPr>
                <w:rFonts w:ascii="Nikosh" w:hAnsi="Nikosh" w:cs="Nikosh"/>
                <w:sz w:val="21"/>
              </w:rPr>
              <w:t xml:space="preserve"> </w:t>
            </w:r>
            <w:proofErr w:type="spellStart"/>
            <w:r w:rsidRPr="00DE4D1F">
              <w:rPr>
                <w:rFonts w:ascii="Nikosh" w:hAnsi="Nikosh" w:cs="Nikosh"/>
                <w:sz w:val="21"/>
              </w:rPr>
              <w:t>প্রধানের</w:t>
            </w:r>
            <w:proofErr w:type="spellEnd"/>
            <w:r w:rsidRPr="00DE4D1F">
              <w:rPr>
                <w:rFonts w:ascii="Nikosh" w:hAnsi="Nikosh" w:cs="Nikosh"/>
                <w:sz w:val="21"/>
              </w:rPr>
              <w:t xml:space="preserve"> </w:t>
            </w:r>
            <w:proofErr w:type="spellStart"/>
            <w:r w:rsidRPr="00DE4D1F">
              <w:rPr>
                <w:rFonts w:ascii="Nikosh" w:hAnsi="Nikosh" w:cs="Nikosh"/>
                <w:sz w:val="21"/>
              </w:rPr>
              <w:t>মোবাইল</w:t>
            </w:r>
            <w:proofErr w:type="spellEnd"/>
            <w:r w:rsidRPr="00DE4D1F">
              <w:rPr>
                <w:rFonts w:ascii="Nikosh" w:hAnsi="Nikosh" w:cs="Nikosh"/>
                <w:sz w:val="21"/>
              </w:rPr>
              <w:t xml:space="preserve"> </w:t>
            </w:r>
            <w:proofErr w:type="spellStart"/>
            <w:r w:rsidRPr="00DE4D1F">
              <w:rPr>
                <w:rFonts w:ascii="Nikosh" w:hAnsi="Nikosh" w:cs="Nikosh"/>
                <w:sz w:val="21"/>
              </w:rPr>
              <w:t>নম্বর</w:t>
            </w:r>
            <w:proofErr w:type="spellEnd"/>
            <w:r w:rsidRPr="00DE4D1F">
              <w:rPr>
                <w:rFonts w:ascii="Nikosh" w:hAnsi="Nikosh" w:cs="Nikosh"/>
                <w:color w:val="C00000"/>
              </w:rPr>
              <w:t xml:space="preserve"> *</w:t>
            </w:r>
          </w:p>
        </w:tc>
        <w:tc>
          <w:tcPr>
            <w:tcW w:w="612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20" w:type="dxa"/>
              <w:bottom w:w="100" w:type="dxa"/>
              <w:right w:w="100" w:type="dxa"/>
            </w:tcMar>
          </w:tcPr>
          <w:tbl>
            <w:tblPr>
              <w:tblStyle w:val="TableGrid"/>
              <w:tblW w:w="0" w:type="auto"/>
              <w:tblInd w:w="145" w:type="dxa"/>
              <w:tblLook w:val="04A0" w:firstRow="1" w:lastRow="0" w:firstColumn="1" w:lastColumn="0" w:noHBand="0" w:noVBand="1"/>
            </w:tblPr>
            <w:tblGrid>
              <w:gridCol w:w="389"/>
              <w:gridCol w:w="349"/>
              <w:gridCol w:w="342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</w:tblGrid>
            <w:tr w:rsidR="00AC6FF6" w:rsidTr="00FE044A">
              <w:tc>
                <w:tcPr>
                  <w:tcW w:w="389" w:type="dxa"/>
                </w:tcPr>
                <w:p w:rsidR="00AC6FF6" w:rsidRDefault="00AC6FF6" w:rsidP="00440915">
                  <w:pPr>
                    <w:spacing w:line="216" w:lineRule="auto"/>
                    <w:rPr>
                      <w:rFonts w:ascii="Nikosh" w:hAnsi="Nikosh" w:cs="Nikosh"/>
                    </w:rPr>
                  </w:pPr>
                  <w:r>
                    <w:rPr>
                      <w:rFonts w:ascii="Nikosh" w:hAnsi="Nikosh" w:cs="Nikosh"/>
                    </w:rPr>
                    <w:t>0</w:t>
                  </w:r>
                </w:p>
              </w:tc>
              <w:tc>
                <w:tcPr>
                  <w:tcW w:w="349" w:type="dxa"/>
                </w:tcPr>
                <w:p w:rsidR="00AC6FF6" w:rsidRDefault="00AC6FF6" w:rsidP="00440915">
                  <w:pPr>
                    <w:spacing w:line="216" w:lineRule="auto"/>
                    <w:rPr>
                      <w:rFonts w:ascii="Nikosh" w:hAnsi="Nikosh" w:cs="Nikosh"/>
                    </w:rPr>
                  </w:pPr>
                  <w:r>
                    <w:rPr>
                      <w:rFonts w:ascii="Nikosh" w:hAnsi="Nikosh" w:cs="Nikosh"/>
                    </w:rPr>
                    <w:t>1</w:t>
                  </w:r>
                </w:p>
              </w:tc>
              <w:tc>
                <w:tcPr>
                  <w:tcW w:w="342" w:type="dxa"/>
                </w:tcPr>
                <w:p w:rsidR="00AC6FF6" w:rsidRDefault="00AC6FF6" w:rsidP="00440915">
                  <w:pPr>
                    <w:spacing w:line="216" w:lineRule="auto"/>
                    <w:rPr>
                      <w:rFonts w:ascii="Nikosh" w:hAnsi="Nikosh" w:cs="Nikosh"/>
                    </w:rPr>
                  </w:pPr>
                </w:p>
              </w:tc>
              <w:tc>
                <w:tcPr>
                  <w:tcW w:w="360" w:type="dxa"/>
                </w:tcPr>
                <w:p w:rsidR="00AC6FF6" w:rsidRDefault="00AC6FF6" w:rsidP="00440915">
                  <w:pPr>
                    <w:spacing w:line="216" w:lineRule="auto"/>
                    <w:rPr>
                      <w:rFonts w:ascii="Nikosh" w:hAnsi="Nikosh" w:cs="Nikosh"/>
                    </w:rPr>
                  </w:pPr>
                </w:p>
              </w:tc>
              <w:tc>
                <w:tcPr>
                  <w:tcW w:w="360" w:type="dxa"/>
                </w:tcPr>
                <w:p w:rsidR="00AC6FF6" w:rsidRDefault="00AC6FF6" w:rsidP="00440915">
                  <w:pPr>
                    <w:spacing w:line="216" w:lineRule="auto"/>
                    <w:rPr>
                      <w:rFonts w:ascii="Nikosh" w:hAnsi="Nikosh" w:cs="Nikosh"/>
                    </w:rPr>
                  </w:pPr>
                </w:p>
              </w:tc>
              <w:tc>
                <w:tcPr>
                  <w:tcW w:w="360" w:type="dxa"/>
                </w:tcPr>
                <w:p w:rsidR="00AC6FF6" w:rsidRDefault="00AC6FF6" w:rsidP="00440915">
                  <w:pPr>
                    <w:spacing w:line="216" w:lineRule="auto"/>
                    <w:rPr>
                      <w:rFonts w:ascii="Nikosh" w:hAnsi="Nikosh" w:cs="Nikosh"/>
                    </w:rPr>
                  </w:pPr>
                </w:p>
              </w:tc>
              <w:tc>
                <w:tcPr>
                  <w:tcW w:w="360" w:type="dxa"/>
                </w:tcPr>
                <w:p w:rsidR="00AC6FF6" w:rsidRDefault="00AC6FF6" w:rsidP="00440915">
                  <w:pPr>
                    <w:spacing w:line="216" w:lineRule="auto"/>
                    <w:rPr>
                      <w:rFonts w:ascii="Nikosh" w:hAnsi="Nikosh" w:cs="Nikosh"/>
                    </w:rPr>
                  </w:pPr>
                </w:p>
              </w:tc>
              <w:tc>
                <w:tcPr>
                  <w:tcW w:w="360" w:type="dxa"/>
                </w:tcPr>
                <w:p w:rsidR="00AC6FF6" w:rsidRDefault="00AC6FF6" w:rsidP="00440915">
                  <w:pPr>
                    <w:spacing w:line="216" w:lineRule="auto"/>
                    <w:rPr>
                      <w:rFonts w:ascii="Nikosh" w:hAnsi="Nikosh" w:cs="Nikosh"/>
                    </w:rPr>
                  </w:pPr>
                </w:p>
              </w:tc>
              <w:tc>
                <w:tcPr>
                  <w:tcW w:w="360" w:type="dxa"/>
                </w:tcPr>
                <w:p w:rsidR="00AC6FF6" w:rsidRDefault="00AC6FF6" w:rsidP="00440915">
                  <w:pPr>
                    <w:spacing w:line="216" w:lineRule="auto"/>
                    <w:rPr>
                      <w:rFonts w:ascii="Nikosh" w:hAnsi="Nikosh" w:cs="Nikosh"/>
                    </w:rPr>
                  </w:pPr>
                </w:p>
              </w:tc>
              <w:tc>
                <w:tcPr>
                  <w:tcW w:w="360" w:type="dxa"/>
                </w:tcPr>
                <w:p w:rsidR="00AC6FF6" w:rsidRDefault="00AC6FF6" w:rsidP="00440915">
                  <w:pPr>
                    <w:spacing w:line="216" w:lineRule="auto"/>
                    <w:rPr>
                      <w:rFonts w:ascii="Nikosh" w:hAnsi="Nikosh" w:cs="Nikosh"/>
                    </w:rPr>
                  </w:pPr>
                </w:p>
              </w:tc>
              <w:tc>
                <w:tcPr>
                  <w:tcW w:w="360" w:type="dxa"/>
                </w:tcPr>
                <w:p w:rsidR="00AC6FF6" w:rsidRDefault="00AC6FF6" w:rsidP="00440915">
                  <w:pPr>
                    <w:spacing w:line="216" w:lineRule="auto"/>
                    <w:rPr>
                      <w:rFonts w:ascii="Nikosh" w:hAnsi="Nikosh" w:cs="Nikosh"/>
                    </w:rPr>
                  </w:pPr>
                </w:p>
              </w:tc>
            </w:tr>
          </w:tbl>
          <w:p w:rsidR="00DE4D1F" w:rsidRPr="00DE4D1F" w:rsidRDefault="00DE4D1F" w:rsidP="00440915">
            <w:pPr>
              <w:spacing w:after="0" w:line="216" w:lineRule="auto"/>
              <w:rPr>
                <w:rFonts w:ascii="Nikosh" w:hAnsi="Nikosh" w:cs="Nikosh"/>
              </w:rPr>
            </w:pPr>
          </w:p>
        </w:tc>
      </w:tr>
      <w:tr w:rsidR="00DE247B" w:rsidRPr="00DE4D1F" w:rsidTr="00F569CD">
        <w:trPr>
          <w:gridBefore w:val="1"/>
          <w:wBefore w:w="121" w:type="dxa"/>
          <w:trHeight w:val="277"/>
          <w:jc w:val="center"/>
        </w:trPr>
        <w:tc>
          <w:tcPr>
            <w:tcW w:w="3749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AFB"/>
            <w:tcMar>
              <w:top w:w="100" w:type="dxa"/>
              <w:left w:w="120" w:type="dxa"/>
              <w:bottom w:w="100" w:type="dxa"/>
              <w:right w:w="100" w:type="dxa"/>
            </w:tcMar>
          </w:tcPr>
          <w:p w:rsidR="00DE247B" w:rsidRPr="00DE4D1F" w:rsidRDefault="00C1397A" w:rsidP="00440915">
            <w:pPr>
              <w:spacing w:after="0" w:line="216" w:lineRule="auto"/>
              <w:rPr>
                <w:rFonts w:ascii="Nikosh" w:hAnsi="Nikosh" w:cs="Nikosh"/>
              </w:rPr>
            </w:pPr>
            <w:proofErr w:type="spellStart"/>
            <w:r w:rsidRPr="00DE4D1F">
              <w:rPr>
                <w:rFonts w:ascii="Nikosh" w:hAnsi="Nikosh" w:cs="Nikosh"/>
                <w:sz w:val="21"/>
              </w:rPr>
              <w:t>শিক্ষা</w:t>
            </w:r>
            <w:proofErr w:type="spellEnd"/>
            <w:r w:rsidRPr="00DE4D1F">
              <w:rPr>
                <w:rFonts w:ascii="Nikosh" w:hAnsi="Nikosh" w:cs="Nikosh"/>
                <w:sz w:val="21"/>
              </w:rPr>
              <w:t xml:space="preserve"> </w:t>
            </w:r>
            <w:proofErr w:type="spellStart"/>
            <w:r w:rsidRPr="00DE4D1F">
              <w:rPr>
                <w:rFonts w:ascii="Nikosh" w:hAnsi="Nikosh" w:cs="Nikosh"/>
                <w:sz w:val="21"/>
              </w:rPr>
              <w:t>প্রতিষ্ঠানের</w:t>
            </w:r>
            <w:proofErr w:type="spellEnd"/>
            <w:r w:rsidRPr="00DE4D1F">
              <w:rPr>
                <w:rFonts w:ascii="Nikosh" w:hAnsi="Nikosh" w:cs="Nikosh"/>
                <w:sz w:val="21"/>
              </w:rPr>
              <w:t xml:space="preserve"> EIIN</w:t>
            </w:r>
            <w:r w:rsidRPr="00DE4D1F">
              <w:rPr>
                <w:rFonts w:ascii="Nikosh" w:hAnsi="Nikosh" w:cs="Nikosh"/>
                <w:color w:val="C00000"/>
              </w:rPr>
              <w:t xml:space="preserve"> *</w:t>
            </w:r>
          </w:p>
        </w:tc>
        <w:tc>
          <w:tcPr>
            <w:tcW w:w="612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20" w:type="dxa"/>
              <w:bottom w:w="100" w:type="dxa"/>
              <w:right w:w="100" w:type="dxa"/>
            </w:tcMar>
          </w:tcPr>
          <w:p w:rsidR="00DE247B" w:rsidRPr="00DE4D1F" w:rsidRDefault="00DE247B" w:rsidP="00440915">
            <w:pPr>
              <w:spacing w:after="0" w:line="216" w:lineRule="auto"/>
              <w:rPr>
                <w:rFonts w:ascii="Nikosh" w:hAnsi="Nikosh" w:cs="Nikosh"/>
              </w:rPr>
            </w:pPr>
          </w:p>
        </w:tc>
      </w:tr>
      <w:tr w:rsidR="00DE247B" w:rsidRPr="00DE4D1F" w:rsidTr="00F569CD">
        <w:trPr>
          <w:gridBefore w:val="1"/>
          <w:wBefore w:w="121" w:type="dxa"/>
          <w:jc w:val="center"/>
        </w:trPr>
        <w:tc>
          <w:tcPr>
            <w:tcW w:w="3749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AFB"/>
            <w:tcMar>
              <w:top w:w="100" w:type="dxa"/>
              <w:left w:w="120" w:type="dxa"/>
              <w:bottom w:w="100" w:type="dxa"/>
              <w:right w:w="100" w:type="dxa"/>
            </w:tcMar>
          </w:tcPr>
          <w:p w:rsidR="00DE247B" w:rsidRPr="00DE4D1F" w:rsidRDefault="00C1397A" w:rsidP="00440915">
            <w:pPr>
              <w:spacing w:after="0" w:line="216" w:lineRule="auto"/>
              <w:rPr>
                <w:rFonts w:ascii="Nikosh" w:hAnsi="Nikosh" w:cs="Nikosh"/>
              </w:rPr>
            </w:pPr>
            <w:proofErr w:type="spellStart"/>
            <w:r w:rsidRPr="00DE4D1F">
              <w:rPr>
                <w:rFonts w:ascii="Nikosh" w:hAnsi="Nikosh" w:cs="Nikosh"/>
                <w:sz w:val="21"/>
              </w:rPr>
              <w:t>শিক্ষা</w:t>
            </w:r>
            <w:proofErr w:type="spellEnd"/>
            <w:r w:rsidRPr="00DE4D1F">
              <w:rPr>
                <w:rFonts w:ascii="Nikosh" w:hAnsi="Nikosh" w:cs="Nikosh"/>
                <w:sz w:val="21"/>
              </w:rPr>
              <w:t xml:space="preserve"> </w:t>
            </w:r>
            <w:proofErr w:type="spellStart"/>
            <w:r w:rsidRPr="00DE4D1F">
              <w:rPr>
                <w:rFonts w:ascii="Nikosh" w:hAnsi="Nikosh" w:cs="Nikosh"/>
                <w:sz w:val="21"/>
              </w:rPr>
              <w:t>প্রতিষ্ঠানের</w:t>
            </w:r>
            <w:proofErr w:type="spellEnd"/>
            <w:r w:rsidRPr="00DE4D1F">
              <w:rPr>
                <w:rFonts w:ascii="Nikosh" w:hAnsi="Nikosh" w:cs="Nikosh"/>
                <w:sz w:val="21"/>
              </w:rPr>
              <w:t xml:space="preserve"> </w:t>
            </w:r>
            <w:proofErr w:type="spellStart"/>
            <w:r w:rsidRPr="00DE4D1F">
              <w:rPr>
                <w:rFonts w:ascii="Nikosh" w:hAnsi="Nikosh" w:cs="Nikosh"/>
                <w:sz w:val="21"/>
              </w:rPr>
              <w:t>নাম</w:t>
            </w:r>
            <w:proofErr w:type="spellEnd"/>
            <w:r w:rsidRPr="00DE4D1F">
              <w:rPr>
                <w:rFonts w:ascii="Nikosh" w:hAnsi="Nikosh" w:cs="Nikosh"/>
                <w:sz w:val="21"/>
              </w:rPr>
              <w:t xml:space="preserve"> (</w:t>
            </w:r>
            <w:proofErr w:type="spellStart"/>
            <w:r w:rsidRPr="00DE4D1F">
              <w:rPr>
                <w:rFonts w:ascii="Nikosh" w:hAnsi="Nikosh" w:cs="Nikosh"/>
                <w:sz w:val="21"/>
              </w:rPr>
              <w:t>বাংলা</w:t>
            </w:r>
            <w:proofErr w:type="spellEnd"/>
            <w:r w:rsidRPr="00DE4D1F">
              <w:rPr>
                <w:rFonts w:ascii="Nikosh" w:hAnsi="Nikosh" w:cs="Nikosh"/>
                <w:sz w:val="21"/>
              </w:rPr>
              <w:t>)</w:t>
            </w:r>
          </w:p>
        </w:tc>
        <w:tc>
          <w:tcPr>
            <w:tcW w:w="612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20" w:type="dxa"/>
              <w:bottom w:w="100" w:type="dxa"/>
              <w:right w:w="100" w:type="dxa"/>
            </w:tcMar>
          </w:tcPr>
          <w:p w:rsidR="00DE247B" w:rsidRPr="00DE4D1F" w:rsidRDefault="00DE247B" w:rsidP="00440915">
            <w:pPr>
              <w:spacing w:after="0" w:line="216" w:lineRule="auto"/>
              <w:rPr>
                <w:rFonts w:ascii="Nikosh" w:hAnsi="Nikosh" w:cs="Nikosh"/>
              </w:rPr>
            </w:pPr>
          </w:p>
        </w:tc>
      </w:tr>
      <w:tr w:rsidR="00DE247B" w:rsidRPr="00DE4D1F" w:rsidTr="00F569CD">
        <w:trPr>
          <w:gridBefore w:val="1"/>
          <w:wBefore w:w="121" w:type="dxa"/>
          <w:jc w:val="center"/>
        </w:trPr>
        <w:tc>
          <w:tcPr>
            <w:tcW w:w="3749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AFB"/>
            <w:tcMar>
              <w:top w:w="100" w:type="dxa"/>
              <w:left w:w="120" w:type="dxa"/>
              <w:bottom w:w="100" w:type="dxa"/>
              <w:right w:w="100" w:type="dxa"/>
            </w:tcMar>
          </w:tcPr>
          <w:p w:rsidR="00DE247B" w:rsidRPr="00DE4D1F" w:rsidRDefault="00C1397A" w:rsidP="00440915">
            <w:pPr>
              <w:spacing w:after="0" w:line="216" w:lineRule="auto"/>
              <w:rPr>
                <w:rFonts w:ascii="Nikosh" w:hAnsi="Nikosh" w:cs="Nikosh"/>
              </w:rPr>
            </w:pPr>
            <w:proofErr w:type="spellStart"/>
            <w:r w:rsidRPr="00DE4D1F">
              <w:rPr>
                <w:rFonts w:ascii="Nikosh" w:hAnsi="Nikosh" w:cs="Nikosh"/>
                <w:sz w:val="21"/>
              </w:rPr>
              <w:t>শিক্ষা</w:t>
            </w:r>
            <w:proofErr w:type="spellEnd"/>
            <w:r w:rsidRPr="00DE4D1F">
              <w:rPr>
                <w:rFonts w:ascii="Nikosh" w:hAnsi="Nikosh" w:cs="Nikosh"/>
                <w:sz w:val="21"/>
              </w:rPr>
              <w:t xml:space="preserve"> </w:t>
            </w:r>
            <w:proofErr w:type="spellStart"/>
            <w:r w:rsidRPr="00DE4D1F">
              <w:rPr>
                <w:rFonts w:ascii="Nikosh" w:hAnsi="Nikosh" w:cs="Nikosh"/>
                <w:sz w:val="21"/>
              </w:rPr>
              <w:t>প্রতিষ্ঠানের</w:t>
            </w:r>
            <w:proofErr w:type="spellEnd"/>
            <w:r w:rsidRPr="00DE4D1F">
              <w:rPr>
                <w:rFonts w:ascii="Nikosh" w:hAnsi="Nikosh" w:cs="Nikosh"/>
                <w:sz w:val="21"/>
              </w:rPr>
              <w:t xml:space="preserve"> </w:t>
            </w:r>
            <w:proofErr w:type="spellStart"/>
            <w:r w:rsidRPr="00DE4D1F">
              <w:rPr>
                <w:rFonts w:ascii="Nikosh" w:hAnsi="Nikosh" w:cs="Nikosh"/>
                <w:sz w:val="21"/>
              </w:rPr>
              <w:t>নাম</w:t>
            </w:r>
            <w:proofErr w:type="spellEnd"/>
            <w:r w:rsidRPr="00DE4D1F">
              <w:rPr>
                <w:rFonts w:ascii="Nikosh" w:hAnsi="Nikosh" w:cs="Nikosh"/>
                <w:sz w:val="21"/>
              </w:rPr>
              <w:t xml:space="preserve"> (</w:t>
            </w:r>
            <w:proofErr w:type="spellStart"/>
            <w:r w:rsidRPr="00DE4D1F">
              <w:rPr>
                <w:rFonts w:ascii="Nikosh" w:hAnsi="Nikosh" w:cs="Nikosh"/>
                <w:sz w:val="21"/>
              </w:rPr>
              <w:t>ইংরেজি</w:t>
            </w:r>
            <w:proofErr w:type="spellEnd"/>
            <w:r w:rsidRPr="00DE4D1F">
              <w:rPr>
                <w:rFonts w:ascii="Nikosh" w:hAnsi="Nikosh" w:cs="Nikosh"/>
                <w:sz w:val="21"/>
              </w:rPr>
              <w:t>)</w:t>
            </w:r>
          </w:p>
        </w:tc>
        <w:tc>
          <w:tcPr>
            <w:tcW w:w="612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20" w:type="dxa"/>
              <w:bottom w:w="100" w:type="dxa"/>
              <w:right w:w="100" w:type="dxa"/>
            </w:tcMar>
          </w:tcPr>
          <w:p w:rsidR="00DE247B" w:rsidRPr="00DE4D1F" w:rsidRDefault="00DE247B" w:rsidP="00440915">
            <w:pPr>
              <w:spacing w:after="0" w:line="216" w:lineRule="auto"/>
              <w:rPr>
                <w:rFonts w:ascii="Nikosh" w:hAnsi="Nikosh" w:cs="Nikosh"/>
              </w:rPr>
            </w:pPr>
          </w:p>
        </w:tc>
      </w:tr>
      <w:tr w:rsidR="00DE247B" w:rsidRPr="00DE4D1F" w:rsidTr="00F569CD">
        <w:trPr>
          <w:gridBefore w:val="1"/>
          <w:wBefore w:w="121" w:type="dxa"/>
          <w:jc w:val="center"/>
        </w:trPr>
        <w:tc>
          <w:tcPr>
            <w:tcW w:w="3749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AFB"/>
            <w:tcMar>
              <w:top w:w="100" w:type="dxa"/>
              <w:left w:w="120" w:type="dxa"/>
              <w:bottom w:w="100" w:type="dxa"/>
              <w:right w:w="100" w:type="dxa"/>
            </w:tcMar>
          </w:tcPr>
          <w:p w:rsidR="00DE247B" w:rsidRPr="00DE4D1F" w:rsidRDefault="00C1397A" w:rsidP="00440915">
            <w:pPr>
              <w:spacing w:after="0" w:line="216" w:lineRule="auto"/>
              <w:rPr>
                <w:rFonts w:ascii="Nikosh" w:hAnsi="Nikosh" w:cs="Nikosh"/>
              </w:rPr>
            </w:pPr>
            <w:proofErr w:type="spellStart"/>
            <w:r w:rsidRPr="00DE4D1F">
              <w:rPr>
                <w:rFonts w:ascii="Nikosh" w:hAnsi="Nikosh" w:cs="Nikosh"/>
                <w:sz w:val="21"/>
              </w:rPr>
              <w:t>শিক্ষা</w:t>
            </w:r>
            <w:proofErr w:type="spellEnd"/>
            <w:r w:rsidRPr="00DE4D1F">
              <w:rPr>
                <w:rFonts w:ascii="Nikosh" w:hAnsi="Nikosh" w:cs="Nikosh"/>
                <w:sz w:val="21"/>
              </w:rPr>
              <w:t xml:space="preserve"> </w:t>
            </w:r>
            <w:proofErr w:type="spellStart"/>
            <w:r w:rsidRPr="00DE4D1F">
              <w:rPr>
                <w:rFonts w:ascii="Nikosh" w:hAnsi="Nikosh" w:cs="Nikosh"/>
                <w:sz w:val="21"/>
              </w:rPr>
              <w:t>প্রতিষ্ঠানের</w:t>
            </w:r>
            <w:proofErr w:type="spellEnd"/>
            <w:r w:rsidRPr="00DE4D1F">
              <w:rPr>
                <w:rFonts w:ascii="Nikosh" w:hAnsi="Nikosh" w:cs="Nikosh"/>
                <w:sz w:val="21"/>
              </w:rPr>
              <w:t xml:space="preserve"> </w:t>
            </w:r>
            <w:proofErr w:type="spellStart"/>
            <w:r w:rsidRPr="00DE4D1F">
              <w:rPr>
                <w:rFonts w:ascii="Nikosh" w:hAnsi="Nikosh" w:cs="Nikosh"/>
                <w:sz w:val="21"/>
              </w:rPr>
              <w:t>স্তর</w:t>
            </w:r>
            <w:proofErr w:type="spellEnd"/>
          </w:p>
        </w:tc>
        <w:tc>
          <w:tcPr>
            <w:tcW w:w="612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20" w:type="dxa"/>
              <w:bottom w:w="100" w:type="dxa"/>
              <w:right w:w="100" w:type="dxa"/>
            </w:tcMar>
          </w:tcPr>
          <w:p w:rsidR="00DE247B" w:rsidRPr="005F4B72" w:rsidRDefault="00915F2F" w:rsidP="005F4B72">
            <w:pPr>
              <w:pStyle w:val="ListParagraph"/>
              <w:numPr>
                <w:ilvl w:val="0"/>
                <w:numId w:val="16"/>
              </w:numPr>
              <w:spacing w:after="0" w:line="216" w:lineRule="auto"/>
              <w:rPr>
                <w:rFonts w:ascii="Nikosh" w:hAnsi="Nikosh" w:cs="Nikosh"/>
              </w:rPr>
            </w:pPr>
            <w:proofErr w:type="spellStart"/>
            <w:r w:rsidRPr="005F4B72">
              <w:rPr>
                <w:rFonts w:ascii="Nikosh" w:hAnsi="Nikosh" w:cs="Nikosh"/>
              </w:rPr>
              <w:t>নিম্ন</w:t>
            </w:r>
            <w:proofErr w:type="spellEnd"/>
            <w:r w:rsidRPr="005F4B72">
              <w:rPr>
                <w:rFonts w:ascii="Nikosh" w:hAnsi="Nikosh" w:cs="Nikosh"/>
              </w:rPr>
              <w:t xml:space="preserve"> </w:t>
            </w:r>
            <w:proofErr w:type="spellStart"/>
            <w:r w:rsidRPr="005F4B72">
              <w:rPr>
                <w:rFonts w:ascii="Nikosh" w:hAnsi="Nikosh" w:cs="Nikosh"/>
              </w:rPr>
              <w:t>মাধ্যমিক</w:t>
            </w:r>
            <w:proofErr w:type="spellEnd"/>
          </w:p>
          <w:p w:rsidR="00915F2F" w:rsidRPr="005F4B72" w:rsidRDefault="00915F2F" w:rsidP="005F4B72">
            <w:pPr>
              <w:pStyle w:val="ListParagraph"/>
              <w:numPr>
                <w:ilvl w:val="0"/>
                <w:numId w:val="16"/>
              </w:numPr>
              <w:spacing w:after="0" w:line="216" w:lineRule="auto"/>
              <w:rPr>
                <w:rFonts w:ascii="Nikosh" w:hAnsi="Nikosh" w:cs="Nikosh"/>
              </w:rPr>
            </w:pPr>
            <w:proofErr w:type="spellStart"/>
            <w:r w:rsidRPr="005F4B72">
              <w:rPr>
                <w:rFonts w:ascii="Nikosh" w:hAnsi="Nikosh" w:cs="Nikosh"/>
              </w:rPr>
              <w:t>মাধ্যমিক</w:t>
            </w:r>
            <w:proofErr w:type="spellEnd"/>
            <w:r w:rsidRPr="005F4B72">
              <w:rPr>
                <w:rFonts w:ascii="Nikosh" w:hAnsi="Nikosh" w:cs="Nikosh"/>
              </w:rPr>
              <w:t xml:space="preserve"> </w:t>
            </w:r>
          </w:p>
          <w:p w:rsidR="00915F2F" w:rsidRDefault="00915F2F" w:rsidP="005F4B72">
            <w:pPr>
              <w:pStyle w:val="ListParagraph"/>
              <w:numPr>
                <w:ilvl w:val="0"/>
                <w:numId w:val="16"/>
              </w:numPr>
              <w:spacing w:after="0" w:line="216" w:lineRule="auto"/>
              <w:rPr>
                <w:rFonts w:ascii="Nikosh" w:hAnsi="Nikosh" w:cs="Nikosh"/>
              </w:rPr>
            </w:pPr>
            <w:proofErr w:type="spellStart"/>
            <w:r w:rsidRPr="005F4B72">
              <w:rPr>
                <w:rFonts w:ascii="Nikosh" w:hAnsi="Nikosh" w:cs="Nikosh"/>
              </w:rPr>
              <w:t>উচ্চ</w:t>
            </w:r>
            <w:proofErr w:type="spellEnd"/>
            <w:r w:rsidRPr="005F4B72">
              <w:rPr>
                <w:rFonts w:ascii="Nikosh" w:hAnsi="Nikosh" w:cs="Nikosh"/>
              </w:rPr>
              <w:t xml:space="preserve"> </w:t>
            </w:r>
            <w:proofErr w:type="spellStart"/>
            <w:r w:rsidRPr="005F4B72">
              <w:rPr>
                <w:rFonts w:ascii="Nikosh" w:hAnsi="Nikosh" w:cs="Nikosh"/>
              </w:rPr>
              <w:t>মাধ্যমিক</w:t>
            </w:r>
            <w:proofErr w:type="spellEnd"/>
          </w:p>
          <w:p w:rsidR="009F77E9" w:rsidRPr="009F77E9" w:rsidRDefault="009F77E9" w:rsidP="009F77E9">
            <w:pPr>
              <w:pStyle w:val="ListParagraph"/>
              <w:numPr>
                <w:ilvl w:val="0"/>
                <w:numId w:val="16"/>
              </w:numPr>
              <w:spacing w:after="0" w:line="216" w:lineRule="auto"/>
              <w:rPr>
                <w:rFonts w:ascii="Nikosh" w:hAnsi="Nikosh" w:cs="Nikosh"/>
              </w:rPr>
            </w:pPr>
            <w:proofErr w:type="spellStart"/>
            <w:r>
              <w:rPr>
                <w:rFonts w:ascii="Nikosh" w:hAnsi="Nikosh" w:cs="Nikosh"/>
              </w:rPr>
              <w:t>ডিগ্রী</w:t>
            </w:r>
            <w:proofErr w:type="spellEnd"/>
            <w:r>
              <w:rPr>
                <w:rFonts w:ascii="Nikosh" w:hAnsi="Nikosh" w:cs="Nikosh"/>
              </w:rPr>
              <w:t xml:space="preserve"> (</w:t>
            </w:r>
            <w:proofErr w:type="spellStart"/>
            <w:r>
              <w:rPr>
                <w:rFonts w:ascii="Nikosh" w:hAnsi="Nikosh" w:cs="Nikosh"/>
              </w:rPr>
              <w:t>পাশ</w:t>
            </w:r>
            <w:proofErr w:type="spellEnd"/>
            <w:r>
              <w:rPr>
                <w:rFonts w:ascii="Nikosh" w:hAnsi="Nikosh" w:cs="Nikosh"/>
              </w:rPr>
              <w:t>)</w:t>
            </w:r>
          </w:p>
          <w:p w:rsidR="00915F2F" w:rsidRPr="005F4B72" w:rsidRDefault="00915F2F" w:rsidP="00666CAC">
            <w:pPr>
              <w:pStyle w:val="ListParagraph"/>
              <w:numPr>
                <w:ilvl w:val="0"/>
                <w:numId w:val="16"/>
              </w:numPr>
              <w:spacing w:after="0" w:line="216" w:lineRule="auto"/>
              <w:rPr>
                <w:rFonts w:ascii="Nikosh" w:hAnsi="Nikosh" w:cs="Nikosh"/>
              </w:rPr>
            </w:pPr>
            <w:proofErr w:type="spellStart"/>
            <w:r w:rsidRPr="005F4B72">
              <w:rPr>
                <w:rFonts w:ascii="Nikosh" w:hAnsi="Nikosh" w:cs="Nikosh"/>
              </w:rPr>
              <w:t>স্নাতক</w:t>
            </w:r>
            <w:proofErr w:type="spellEnd"/>
            <w:r w:rsidR="005F4B72" w:rsidRPr="005F4B72">
              <w:rPr>
                <w:rFonts w:ascii="Nikosh" w:hAnsi="Nikosh" w:cs="Nikosh"/>
              </w:rPr>
              <w:t xml:space="preserve"> ও </w:t>
            </w:r>
            <w:proofErr w:type="spellStart"/>
            <w:r w:rsidR="005F4B72" w:rsidRPr="005F4B72">
              <w:rPr>
                <w:rFonts w:ascii="Nikosh" w:hAnsi="Nikosh" w:cs="Nikosh"/>
              </w:rPr>
              <w:t>স্নাতকোত্তর</w:t>
            </w:r>
            <w:proofErr w:type="spellEnd"/>
            <w:r w:rsidR="005F4B72" w:rsidRPr="005F4B72">
              <w:rPr>
                <w:rFonts w:ascii="Nikosh" w:hAnsi="Nikosh" w:cs="Nikosh"/>
              </w:rPr>
              <w:t xml:space="preserve"> </w:t>
            </w:r>
            <w:r w:rsidR="00666CAC">
              <w:rPr>
                <w:rFonts w:ascii="Nikosh" w:hAnsi="Nikosh" w:cs="Nikosh"/>
              </w:rPr>
              <w:t xml:space="preserve"> </w:t>
            </w:r>
          </w:p>
        </w:tc>
      </w:tr>
      <w:tr w:rsidR="00DE247B" w:rsidRPr="00DE4D1F" w:rsidTr="00F569CD">
        <w:trPr>
          <w:gridBefore w:val="1"/>
          <w:wBefore w:w="121" w:type="dxa"/>
          <w:jc w:val="center"/>
        </w:trPr>
        <w:tc>
          <w:tcPr>
            <w:tcW w:w="3749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AFB"/>
            <w:tcMar>
              <w:top w:w="100" w:type="dxa"/>
              <w:left w:w="120" w:type="dxa"/>
              <w:bottom w:w="100" w:type="dxa"/>
              <w:right w:w="100" w:type="dxa"/>
            </w:tcMar>
          </w:tcPr>
          <w:p w:rsidR="00DE247B" w:rsidRPr="00DE4D1F" w:rsidRDefault="00C1397A" w:rsidP="00440915">
            <w:pPr>
              <w:spacing w:after="0" w:line="216" w:lineRule="auto"/>
              <w:rPr>
                <w:rFonts w:ascii="Nikosh" w:hAnsi="Nikosh" w:cs="Nikosh"/>
              </w:rPr>
            </w:pPr>
            <w:proofErr w:type="spellStart"/>
            <w:r w:rsidRPr="00DE4D1F">
              <w:rPr>
                <w:rFonts w:ascii="Nikosh" w:hAnsi="Nikosh" w:cs="Nikosh"/>
                <w:sz w:val="21"/>
              </w:rPr>
              <w:t>শিক্ষা</w:t>
            </w:r>
            <w:proofErr w:type="spellEnd"/>
            <w:r w:rsidRPr="00DE4D1F">
              <w:rPr>
                <w:rFonts w:ascii="Nikosh" w:hAnsi="Nikosh" w:cs="Nikosh"/>
                <w:sz w:val="21"/>
              </w:rPr>
              <w:t xml:space="preserve"> </w:t>
            </w:r>
            <w:proofErr w:type="spellStart"/>
            <w:r w:rsidRPr="00DE4D1F">
              <w:rPr>
                <w:rFonts w:ascii="Nikosh" w:hAnsi="Nikosh" w:cs="Nikosh"/>
                <w:sz w:val="21"/>
              </w:rPr>
              <w:t>প্রতিষ্ঠানের</w:t>
            </w:r>
            <w:proofErr w:type="spellEnd"/>
            <w:r w:rsidRPr="00DE4D1F">
              <w:rPr>
                <w:rFonts w:ascii="Nikosh" w:hAnsi="Nikosh" w:cs="Nikosh"/>
                <w:sz w:val="21"/>
              </w:rPr>
              <w:t xml:space="preserve"> </w:t>
            </w:r>
            <w:proofErr w:type="spellStart"/>
            <w:r w:rsidRPr="00DE4D1F">
              <w:rPr>
                <w:rFonts w:ascii="Nikosh" w:hAnsi="Nikosh" w:cs="Nikosh"/>
                <w:sz w:val="21"/>
              </w:rPr>
              <w:t>বিভাগ</w:t>
            </w:r>
            <w:proofErr w:type="spellEnd"/>
          </w:p>
        </w:tc>
        <w:tc>
          <w:tcPr>
            <w:tcW w:w="612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20" w:type="dxa"/>
              <w:bottom w:w="100" w:type="dxa"/>
              <w:right w:w="100" w:type="dxa"/>
            </w:tcMar>
          </w:tcPr>
          <w:p w:rsidR="00DE247B" w:rsidRPr="00DE4D1F" w:rsidRDefault="00DE247B" w:rsidP="00440915">
            <w:pPr>
              <w:spacing w:after="0" w:line="216" w:lineRule="auto"/>
              <w:rPr>
                <w:rFonts w:ascii="Nikosh" w:hAnsi="Nikosh" w:cs="Nikosh"/>
              </w:rPr>
            </w:pPr>
          </w:p>
        </w:tc>
      </w:tr>
      <w:tr w:rsidR="00DE247B" w:rsidRPr="00DE4D1F" w:rsidTr="00F569CD">
        <w:trPr>
          <w:gridBefore w:val="1"/>
          <w:wBefore w:w="121" w:type="dxa"/>
          <w:jc w:val="center"/>
        </w:trPr>
        <w:tc>
          <w:tcPr>
            <w:tcW w:w="3749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AFB"/>
            <w:tcMar>
              <w:top w:w="100" w:type="dxa"/>
              <w:left w:w="120" w:type="dxa"/>
              <w:bottom w:w="100" w:type="dxa"/>
              <w:right w:w="100" w:type="dxa"/>
            </w:tcMar>
          </w:tcPr>
          <w:p w:rsidR="00DE247B" w:rsidRPr="00DE4D1F" w:rsidRDefault="00C1397A" w:rsidP="00440915">
            <w:pPr>
              <w:spacing w:after="0" w:line="216" w:lineRule="auto"/>
              <w:rPr>
                <w:rFonts w:ascii="Nikosh" w:hAnsi="Nikosh" w:cs="Nikosh"/>
              </w:rPr>
            </w:pPr>
            <w:proofErr w:type="spellStart"/>
            <w:r w:rsidRPr="00DE4D1F">
              <w:rPr>
                <w:rFonts w:ascii="Nikosh" w:hAnsi="Nikosh" w:cs="Nikosh"/>
                <w:sz w:val="21"/>
              </w:rPr>
              <w:t>শিক্ষা</w:t>
            </w:r>
            <w:proofErr w:type="spellEnd"/>
            <w:r w:rsidRPr="00DE4D1F">
              <w:rPr>
                <w:rFonts w:ascii="Nikosh" w:hAnsi="Nikosh" w:cs="Nikosh"/>
                <w:sz w:val="21"/>
              </w:rPr>
              <w:t xml:space="preserve"> </w:t>
            </w:r>
            <w:proofErr w:type="spellStart"/>
            <w:r w:rsidRPr="00DE4D1F">
              <w:rPr>
                <w:rFonts w:ascii="Nikosh" w:hAnsi="Nikosh" w:cs="Nikosh"/>
                <w:sz w:val="21"/>
              </w:rPr>
              <w:t>প্রতিষ্ঠানের</w:t>
            </w:r>
            <w:proofErr w:type="spellEnd"/>
            <w:r w:rsidRPr="00DE4D1F">
              <w:rPr>
                <w:rFonts w:ascii="Nikosh" w:hAnsi="Nikosh" w:cs="Nikosh"/>
                <w:sz w:val="21"/>
              </w:rPr>
              <w:t xml:space="preserve"> </w:t>
            </w:r>
            <w:proofErr w:type="spellStart"/>
            <w:r w:rsidRPr="00DE4D1F">
              <w:rPr>
                <w:rFonts w:ascii="Nikosh" w:hAnsi="Nikosh" w:cs="Nikosh"/>
                <w:sz w:val="21"/>
              </w:rPr>
              <w:t>জেলা</w:t>
            </w:r>
            <w:proofErr w:type="spellEnd"/>
          </w:p>
        </w:tc>
        <w:tc>
          <w:tcPr>
            <w:tcW w:w="612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20" w:type="dxa"/>
              <w:bottom w:w="100" w:type="dxa"/>
              <w:right w:w="100" w:type="dxa"/>
            </w:tcMar>
          </w:tcPr>
          <w:p w:rsidR="00DE247B" w:rsidRPr="00DE4D1F" w:rsidRDefault="00DE247B" w:rsidP="00440915">
            <w:pPr>
              <w:spacing w:after="0" w:line="216" w:lineRule="auto"/>
              <w:rPr>
                <w:rFonts w:ascii="Nikosh" w:hAnsi="Nikosh" w:cs="Nikosh"/>
              </w:rPr>
            </w:pPr>
          </w:p>
        </w:tc>
      </w:tr>
      <w:tr w:rsidR="00DE247B" w:rsidRPr="00DE4D1F" w:rsidTr="00F569CD">
        <w:trPr>
          <w:gridBefore w:val="1"/>
          <w:wBefore w:w="121" w:type="dxa"/>
          <w:jc w:val="center"/>
        </w:trPr>
        <w:tc>
          <w:tcPr>
            <w:tcW w:w="3749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AFB"/>
            <w:tcMar>
              <w:top w:w="100" w:type="dxa"/>
              <w:left w:w="120" w:type="dxa"/>
              <w:bottom w:w="100" w:type="dxa"/>
              <w:right w:w="100" w:type="dxa"/>
            </w:tcMar>
          </w:tcPr>
          <w:p w:rsidR="00DE247B" w:rsidRPr="00DE4D1F" w:rsidRDefault="00C1397A" w:rsidP="00440915">
            <w:pPr>
              <w:spacing w:after="0" w:line="216" w:lineRule="auto"/>
              <w:rPr>
                <w:rFonts w:ascii="Nikosh" w:hAnsi="Nikosh" w:cs="Nikosh"/>
              </w:rPr>
            </w:pPr>
            <w:proofErr w:type="spellStart"/>
            <w:r w:rsidRPr="00DE4D1F">
              <w:rPr>
                <w:rFonts w:ascii="Nikosh" w:hAnsi="Nikosh" w:cs="Nikosh"/>
                <w:sz w:val="21"/>
              </w:rPr>
              <w:t>শিক্ষা</w:t>
            </w:r>
            <w:proofErr w:type="spellEnd"/>
            <w:r w:rsidRPr="00DE4D1F">
              <w:rPr>
                <w:rFonts w:ascii="Nikosh" w:hAnsi="Nikosh" w:cs="Nikosh"/>
                <w:sz w:val="21"/>
              </w:rPr>
              <w:t xml:space="preserve"> </w:t>
            </w:r>
            <w:proofErr w:type="spellStart"/>
            <w:r w:rsidRPr="00DE4D1F">
              <w:rPr>
                <w:rFonts w:ascii="Nikosh" w:hAnsi="Nikosh" w:cs="Nikosh"/>
                <w:sz w:val="21"/>
              </w:rPr>
              <w:t>প্রতিষ্ঠানের</w:t>
            </w:r>
            <w:proofErr w:type="spellEnd"/>
            <w:r w:rsidRPr="00DE4D1F">
              <w:rPr>
                <w:rFonts w:ascii="Nikosh" w:hAnsi="Nikosh" w:cs="Nikosh"/>
                <w:sz w:val="21"/>
              </w:rPr>
              <w:t xml:space="preserve"> </w:t>
            </w:r>
            <w:proofErr w:type="spellStart"/>
            <w:r w:rsidRPr="00DE4D1F">
              <w:rPr>
                <w:rFonts w:ascii="Nikosh" w:hAnsi="Nikosh" w:cs="Nikosh"/>
                <w:sz w:val="21"/>
              </w:rPr>
              <w:t>উপজেলা</w:t>
            </w:r>
            <w:proofErr w:type="spellEnd"/>
            <w:r w:rsidR="00CA5DE8">
              <w:rPr>
                <w:rFonts w:ascii="Nikosh" w:hAnsi="Nikosh" w:cs="Nikosh"/>
                <w:sz w:val="21"/>
              </w:rPr>
              <w:t>/</w:t>
            </w:r>
            <w:proofErr w:type="spellStart"/>
            <w:r w:rsidR="00CA5DE8">
              <w:rPr>
                <w:rFonts w:ascii="Nikosh" w:hAnsi="Nikosh" w:cs="Nikosh"/>
                <w:sz w:val="21"/>
              </w:rPr>
              <w:t>থানা</w:t>
            </w:r>
            <w:proofErr w:type="spellEnd"/>
          </w:p>
        </w:tc>
        <w:tc>
          <w:tcPr>
            <w:tcW w:w="612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20" w:type="dxa"/>
              <w:bottom w:w="100" w:type="dxa"/>
              <w:right w:w="100" w:type="dxa"/>
            </w:tcMar>
          </w:tcPr>
          <w:p w:rsidR="00DE247B" w:rsidRPr="00DE4D1F" w:rsidRDefault="00DE247B" w:rsidP="00440915">
            <w:pPr>
              <w:spacing w:after="0" w:line="216" w:lineRule="auto"/>
              <w:rPr>
                <w:rFonts w:ascii="Nikosh" w:hAnsi="Nikosh" w:cs="Nikosh"/>
              </w:rPr>
            </w:pPr>
          </w:p>
        </w:tc>
      </w:tr>
      <w:tr w:rsidR="00085D11" w:rsidRPr="00DE4D1F" w:rsidTr="00F569CD">
        <w:trPr>
          <w:gridBefore w:val="1"/>
          <w:wBefore w:w="121" w:type="dxa"/>
          <w:jc w:val="center"/>
        </w:trPr>
        <w:tc>
          <w:tcPr>
            <w:tcW w:w="9869" w:type="dxa"/>
            <w:gridSpan w:val="3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AFB"/>
            <w:tcMar>
              <w:top w:w="100" w:type="dxa"/>
              <w:left w:w="120" w:type="dxa"/>
              <w:bottom w:w="100" w:type="dxa"/>
              <w:right w:w="100" w:type="dxa"/>
            </w:tcMar>
          </w:tcPr>
          <w:p w:rsidR="00085D11" w:rsidRPr="00DE4D1F" w:rsidRDefault="007E2FF5" w:rsidP="00440915">
            <w:pPr>
              <w:spacing w:after="0" w:line="216" w:lineRule="auto"/>
              <w:jc w:val="center"/>
              <w:rPr>
                <w:rFonts w:ascii="Nikosh" w:hAnsi="Nikosh" w:cs="Nikosh"/>
              </w:rPr>
            </w:pPr>
            <w:proofErr w:type="spellStart"/>
            <w:r>
              <w:rPr>
                <w:rFonts w:ascii="Nikosh" w:hAnsi="Nikosh" w:cs="Nikosh"/>
                <w:color w:val="003366"/>
                <w:sz w:val="24"/>
              </w:rPr>
              <w:t>ছাত্র</w:t>
            </w:r>
            <w:proofErr w:type="spellEnd"/>
            <w:r>
              <w:rPr>
                <w:rFonts w:ascii="Nikosh" w:hAnsi="Nikosh" w:cs="Nikosh"/>
                <w:color w:val="003366"/>
                <w:sz w:val="24"/>
              </w:rPr>
              <w:t>/</w:t>
            </w:r>
            <w:proofErr w:type="spellStart"/>
            <w:r>
              <w:rPr>
                <w:rFonts w:ascii="Nikosh" w:hAnsi="Nikosh" w:cs="Nikosh"/>
                <w:color w:val="003366"/>
                <w:sz w:val="24"/>
              </w:rPr>
              <w:t>ছাত্রীর</w:t>
            </w:r>
            <w:proofErr w:type="spellEnd"/>
            <w:r w:rsidR="00085D11" w:rsidRPr="00DE4D1F">
              <w:rPr>
                <w:rFonts w:ascii="Nikosh" w:hAnsi="Nikosh" w:cs="Nikosh"/>
                <w:color w:val="003366"/>
                <w:sz w:val="24"/>
              </w:rPr>
              <w:t xml:space="preserve"> </w:t>
            </w:r>
            <w:proofErr w:type="spellStart"/>
            <w:r w:rsidR="00085D11" w:rsidRPr="00DE4D1F">
              <w:rPr>
                <w:rFonts w:ascii="Nikosh" w:hAnsi="Nikosh" w:cs="Nikosh"/>
                <w:color w:val="003366"/>
                <w:sz w:val="24"/>
              </w:rPr>
              <w:t>ব্যক্তিগত</w:t>
            </w:r>
            <w:proofErr w:type="spellEnd"/>
            <w:r w:rsidR="00085D11" w:rsidRPr="00DE4D1F">
              <w:rPr>
                <w:rFonts w:ascii="Nikosh" w:hAnsi="Nikosh" w:cs="Nikosh"/>
                <w:color w:val="003366"/>
                <w:sz w:val="24"/>
              </w:rPr>
              <w:t xml:space="preserve"> </w:t>
            </w:r>
            <w:proofErr w:type="spellStart"/>
            <w:r w:rsidR="00085D11" w:rsidRPr="00DE4D1F">
              <w:rPr>
                <w:rFonts w:ascii="Nikosh" w:hAnsi="Nikosh" w:cs="Nikosh"/>
                <w:color w:val="003366"/>
                <w:sz w:val="24"/>
              </w:rPr>
              <w:t>তথ্য</w:t>
            </w:r>
            <w:proofErr w:type="spellEnd"/>
          </w:p>
        </w:tc>
      </w:tr>
      <w:tr w:rsidR="00DE4D1F" w:rsidRPr="00DE4D1F" w:rsidTr="00F569CD">
        <w:trPr>
          <w:gridBefore w:val="1"/>
          <w:wBefore w:w="121" w:type="dxa"/>
          <w:jc w:val="center"/>
        </w:trPr>
        <w:tc>
          <w:tcPr>
            <w:tcW w:w="3749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AFB"/>
            <w:tcMar>
              <w:top w:w="100" w:type="dxa"/>
              <w:left w:w="120" w:type="dxa"/>
              <w:bottom w:w="100" w:type="dxa"/>
              <w:right w:w="100" w:type="dxa"/>
            </w:tcMar>
          </w:tcPr>
          <w:p w:rsidR="00DE247B" w:rsidRPr="00DE4D1F" w:rsidRDefault="00A3343D" w:rsidP="00440915">
            <w:pPr>
              <w:spacing w:after="0" w:line="216" w:lineRule="auto"/>
              <w:rPr>
                <w:rFonts w:ascii="Nikosh" w:hAnsi="Nikosh" w:cs="Nikosh"/>
              </w:rPr>
            </w:pPr>
            <w:proofErr w:type="spellStart"/>
            <w:r>
              <w:rPr>
                <w:rFonts w:ascii="Nikosh" w:hAnsi="Nikosh" w:cs="Nikosh"/>
              </w:rPr>
              <w:t>শিক্ষার্থীর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নাম</w:t>
            </w:r>
            <w:proofErr w:type="spellEnd"/>
            <w:r>
              <w:rPr>
                <w:rFonts w:ascii="Nikosh" w:hAnsi="Nikosh" w:cs="Nikosh"/>
              </w:rPr>
              <w:t xml:space="preserve"> (</w:t>
            </w:r>
            <w:proofErr w:type="spellStart"/>
            <w:r>
              <w:rPr>
                <w:rFonts w:ascii="Nikosh" w:hAnsi="Nikosh" w:cs="Nikosh"/>
              </w:rPr>
              <w:t>বাংলায়</w:t>
            </w:r>
            <w:proofErr w:type="spellEnd"/>
            <w:r>
              <w:rPr>
                <w:rFonts w:ascii="Nikosh" w:hAnsi="Nikosh" w:cs="Nikosh"/>
              </w:rPr>
              <w:t xml:space="preserve">): </w:t>
            </w:r>
            <w:r w:rsidRPr="0030295B">
              <w:rPr>
                <w:rFonts w:ascii="Nikosh" w:hAnsi="Nikosh" w:cs="Nikosh"/>
                <w:color w:val="FF0000"/>
              </w:rPr>
              <w:t>*</w:t>
            </w:r>
          </w:p>
        </w:tc>
        <w:tc>
          <w:tcPr>
            <w:tcW w:w="612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20" w:type="dxa"/>
              <w:bottom w:w="100" w:type="dxa"/>
              <w:right w:w="100" w:type="dxa"/>
            </w:tcMar>
          </w:tcPr>
          <w:p w:rsidR="00DE247B" w:rsidRPr="00DE4D1F" w:rsidRDefault="00DE247B" w:rsidP="00440915">
            <w:pPr>
              <w:spacing w:after="0" w:line="216" w:lineRule="auto"/>
              <w:rPr>
                <w:rFonts w:ascii="Nikosh" w:hAnsi="Nikosh" w:cs="Nikosh"/>
              </w:rPr>
            </w:pPr>
          </w:p>
        </w:tc>
      </w:tr>
      <w:tr w:rsidR="00DE4D1F" w:rsidRPr="00DE4D1F" w:rsidTr="00F569CD">
        <w:trPr>
          <w:gridBefore w:val="1"/>
          <w:wBefore w:w="121" w:type="dxa"/>
          <w:trHeight w:val="349"/>
          <w:jc w:val="center"/>
        </w:trPr>
        <w:tc>
          <w:tcPr>
            <w:tcW w:w="3749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AFB"/>
            <w:tcMar>
              <w:top w:w="100" w:type="dxa"/>
              <w:left w:w="120" w:type="dxa"/>
              <w:bottom w:w="100" w:type="dxa"/>
              <w:right w:w="100" w:type="dxa"/>
            </w:tcMar>
          </w:tcPr>
          <w:p w:rsidR="00DE247B" w:rsidRPr="00DE4D1F" w:rsidRDefault="00A3343D" w:rsidP="00440915">
            <w:pPr>
              <w:spacing w:after="0" w:line="216" w:lineRule="auto"/>
              <w:rPr>
                <w:rFonts w:ascii="Nikosh" w:hAnsi="Nikosh" w:cs="Nikosh"/>
              </w:rPr>
            </w:pPr>
            <w:proofErr w:type="spellStart"/>
            <w:r>
              <w:rPr>
                <w:rFonts w:ascii="Nikosh" w:hAnsi="Nikosh" w:cs="Nikosh"/>
              </w:rPr>
              <w:t>শিক্ষার্থীর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নাম</w:t>
            </w:r>
            <w:proofErr w:type="spellEnd"/>
            <w:r>
              <w:rPr>
                <w:rFonts w:ascii="Nikosh" w:hAnsi="Nikosh" w:cs="Nikosh"/>
              </w:rPr>
              <w:t xml:space="preserve"> (</w:t>
            </w:r>
            <w:proofErr w:type="spellStart"/>
            <w:r>
              <w:rPr>
                <w:rFonts w:ascii="Nikosh" w:hAnsi="Nikosh" w:cs="Nikosh"/>
              </w:rPr>
              <w:t>ইংরেজি</w:t>
            </w:r>
            <w:proofErr w:type="spellEnd"/>
            <w:r>
              <w:rPr>
                <w:rFonts w:ascii="Nikosh" w:hAnsi="Nikosh" w:cs="Nikosh"/>
              </w:rPr>
              <w:t>):</w:t>
            </w:r>
          </w:p>
        </w:tc>
        <w:tc>
          <w:tcPr>
            <w:tcW w:w="612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20" w:type="dxa"/>
              <w:bottom w:w="100" w:type="dxa"/>
              <w:right w:w="100" w:type="dxa"/>
            </w:tcMar>
          </w:tcPr>
          <w:p w:rsidR="00DE247B" w:rsidRPr="00DE4D1F" w:rsidRDefault="00DE247B" w:rsidP="00440915">
            <w:pPr>
              <w:spacing w:after="0" w:line="216" w:lineRule="auto"/>
              <w:rPr>
                <w:rFonts w:ascii="Nikosh" w:hAnsi="Nikosh" w:cs="Nikosh"/>
              </w:rPr>
            </w:pPr>
          </w:p>
        </w:tc>
      </w:tr>
      <w:tr w:rsidR="00DE4D1F" w:rsidRPr="00DE4D1F" w:rsidTr="00F569CD">
        <w:trPr>
          <w:gridBefore w:val="1"/>
          <w:wBefore w:w="121" w:type="dxa"/>
          <w:trHeight w:val="241"/>
          <w:jc w:val="center"/>
        </w:trPr>
        <w:tc>
          <w:tcPr>
            <w:tcW w:w="3749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AFB"/>
            <w:tcMar>
              <w:top w:w="100" w:type="dxa"/>
              <w:left w:w="120" w:type="dxa"/>
              <w:bottom w:w="100" w:type="dxa"/>
              <w:right w:w="100" w:type="dxa"/>
            </w:tcMar>
          </w:tcPr>
          <w:p w:rsidR="00DE247B" w:rsidRPr="00DE4D1F" w:rsidRDefault="00A3343D" w:rsidP="00440915">
            <w:pPr>
              <w:spacing w:after="0" w:line="216" w:lineRule="auto"/>
              <w:rPr>
                <w:rFonts w:ascii="Nikosh" w:hAnsi="Nikosh" w:cs="Nikosh"/>
              </w:rPr>
            </w:pPr>
            <w:proofErr w:type="spellStart"/>
            <w:r>
              <w:rPr>
                <w:rFonts w:ascii="Nikosh" w:hAnsi="Nikosh" w:cs="Nikosh"/>
              </w:rPr>
              <w:t>শিক্ষার্থীর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রোল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নং</w:t>
            </w:r>
            <w:proofErr w:type="spellEnd"/>
            <w:r>
              <w:rPr>
                <w:rFonts w:ascii="Nikosh" w:hAnsi="Nikosh" w:cs="Nikosh"/>
              </w:rPr>
              <w:t xml:space="preserve"> (</w:t>
            </w:r>
            <w:proofErr w:type="spellStart"/>
            <w:r>
              <w:rPr>
                <w:rFonts w:ascii="Nikosh" w:hAnsi="Nikosh" w:cs="Nikosh"/>
              </w:rPr>
              <w:t>ইংরেজি</w:t>
            </w:r>
            <w:proofErr w:type="spellEnd"/>
            <w:r>
              <w:rPr>
                <w:rFonts w:ascii="Nikosh" w:hAnsi="Nikosh" w:cs="Nikosh"/>
              </w:rPr>
              <w:t xml:space="preserve">): </w:t>
            </w:r>
            <w:r w:rsidRPr="0030295B">
              <w:rPr>
                <w:rFonts w:ascii="Nikosh" w:hAnsi="Nikosh" w:cs="Nikosh"/>
                <w:color w:val="FF0000"/>
              </w:rPr>
              <w:t>*</w:t>
            </w:r>
          </w:p>
        </w:tc>
        <w:tc>
          <w:tcPr>
            <w:tcW w:w="612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20" w:type="dxa"/>
              <w:bottom w:w="100" w:type="dxa"/>
              <w:right w:w="100" w:type="dxa"/>
            </w:tcMar>
          </w:tcPr>
          <w:p w:rsidR="00DE247B" w:rsidRPr="00DE4D1F" w:rsidRDefault="00DE247B" w:rsidP="00440915">
            <w:pPr>
              <w:spacing w:after="0" w:line="216" w:lineRule="auto"/>
              <w:rPr>
                <w:rFonts w:ascii="Nikosh" w:hAnsi="Nikosh" w:cs="Nikosh"/>
              </w:rPr>
            </w:pPr>
          </w:p>
        </w:tc>
      </w:tr>
      <w:tr w:rsidR="00DE4D1F" w:rsidRPr="00DE4D1F" w:rsidTr="00F569CD">
        <w:trPr>
          <w:gridBefore w:val="1"/>
          <w:wBefore w:w="121" w:type="dxa"/>
          <w:jc w:val="center"/>
        </w:trPr>
        <w:tc>
          <w:tcPr>
            <w:tcW w:w="3749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AFB"/>
            <w:tcMar>
              <w:top w:w="100" w:type="dxa"/>
              <w:left w:w="120" w:type="dxa"/>
              <w:bottom w:w="100" w:type="dxa"/>
              <w:right w:w="100" w:type="dxa"/>
            </w:tcMar>
          </w:tcPr>
          <w:p w:rsidR="00DE247B" w:rsidRPr="00DE4D1F" w:rsidRDefault="00A3343D" w:rsidP="00440915">
            <w:pPr>
              <w:spacing w:after="0" w:line="216" w:lineRule="auto"/>
              <w:rPr>
                <w:rFonts w:ascii="Nikosh" w:hAnsi="Nikosh" w:cs="Nikosh"/>
              </w:rPr>
            </w:pPr>
            <w:proofErr w:type="spellStart"/>
            <w:r>
              <w:rPr>
                <w:rFonts w:ascii="Nikosh" w:hAnsi="Nikosh" w:cs="Nikosh"/>
              </w:rPr>
              <w:t>শিক্ষার্থীর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শ্রেণি</w:t>
            </w:r>
            <w:proofErr w:type="spellEnd"/>
            <w:r>
              <w:rPr>
                <w:rFonts w:ascii="Nikosh" w:hAnsi="Nikosh" w:cs="Nikosh"/>
              </w:rPr>
              <w:t>:</w:t>
            </w:r>
          </w:p>
        </w:tc>
        <w:tc>
          <w:tcPr>
            <w:tcW w:w="612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20" w:type="dxa"/>
              <w:bottom w:w="100" w:type="dxa"/>
              <w:right w:w="100" w:type="dxa"/>
            </w:tcMar>
          </w:tcPr>
          <w:p w:rsidR="00DE247B" w:rsidRPr="00DE4D1F" w:rsidRDefault="00DE247B" w:rsidP="00440915">
            <w:pPr>
              <w:spacing w:after="0" w:line="216" w:lineRule="auto"/>
              <w:rPr>
                <w:rFonts w:ascii="Nikosh" w:hAnsi="Nikosh" w:cs="Nikosh"/>
              </w:rPr>
            </w:pPr>
          </w:p>
        </w:tc>
      </w:tr>
      <w:tr w:rsidR="00DE4D1F" w:rsidRPr="00DE4D1F" w:rsidTr="00F569CD">
        <w:trPr>
          <w:gridBefore w:val="1"/>
          <w:wBefore w:w="121" w:type="dxa"/>
          <w:trHeight w:val="448"/>
          <w:jc w:val="center"/>
        </w:trPr>
        <w:tc>
          <w:tcPr>
            <w:tcW w:w="3749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AFB"/>
            <w:tcMar>
              <w:top w:w="100" w:type="dxa"/>
              <w:left w:w="120" w:type="dxa"/>
              <w:bottom w:w="100" w:type="dxa"/>
              <w:right w:w="100" w:type="dxa"/>
            </w:tcMar>
          </w:tcPr>
          <w:p w:rsidR="00DE247B" w:rsidRPr="00DE4D1F" w:rsidRDefault="00A3343D" w:rsidP="00440915">
            <w:pPr>
              <w:spacing w:after="0" w:line="216" w:lineRule="auto"/>
              <w:rPr>
                <w:rFonts w:ascii="Nikosh" w:hAnsi="Nikosh" w:cs="Nikosh"/>
              </w:rPr>
            </w:pPr>
            <w:proofErr w:type="spellStart"/>
            <w:r>
              <w:rPr>
                <w:rFonts w:ascii="Nikosh" w:hAnsi="Nikosh" w:cs="Nikosh"/>
              </w:rPr>
              <w:t>শিক্ষার্থীর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জন্ম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 w:rsidR="00666CAC">
              <w:rPr>
                <w:rFonts w:ascii="Nikosh" w:hAnsi="Nikosh" w:cs="Nikosh"/>
              </w:rPr>
              <w:t>নিবন্ধন</w:t>
            </w:r>
            <w:proofErr w:type="spellEnd"/>
            <w:r>
              <w:rPr>
                <w:rFonts w:ascii="Nikosh" w:hAnsi="Nikosh" w:cs="Nikosh"/>
              </w:rPr>
              <w:t xml:space="preserve">  </w:t>
            </w:r>
            <w:proofErr w:type="spellStart"/>
            <w:r>
              <w:rPr>
                <w:rFonts w:ascii="Nikosh" w:hAnsi="Nikosh" w:cs="Nikosh"/>
              </w:rPr>
              <w:t>নং</w:t>
            </w:r>
            <w:proofErr w:type="spellEnd"/>
            <w:r>
              <w:rPr>
                <w:rFonts w:ascii="Nikosh" w:hAnsi="Nikosh" w:cs="Nikosh"/>
              </w:rPr>
              <w:t xml:space="preserve"> (</w:t>
            </w:r>
            <w:proofErr w:type="spellStart"/>
            <w:r>
              <w:rPr>
                <w:rFonts w:ascii="Nikosh" w:hAnsi="Nikosh" w:cs="Nikosh"/>
              </w:rPr>
              <w:t>ইংরেজি</w:t>
            </w:r>
            <w:proofErr w:type="spellEnd"/>
            <w:r>
              <w:rPr>
                <w:rFonts w:ascii="Nikosh" w:hAnsi="Nikosh" w:cs="Nikosh"/>
              </w:rPr>
              <w:t xml:space="preserve">) </w:t>
            </w:r>
            <w:r w:rsidRPr="0030295B">
              <w:rPr>
                <w:rFonts w:ascii="Nikosh" w:hAnsi="Nikosh" w:cs="Nikosh"/>
                <w:color w:val="FF0000"/>
              </w:rPr>
              <w:t>*</w:t>
            </w:r>
          </w:p>
        </w:tc>
        <w:tc>
          <w:tcPr>
            <w:tcW w:w="612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20" w:type="dxa"/>
              <w:bottom w:w="100" w:type="dxa"/>
              <w:right w:w="100" w:type="dxa"/>
            </w:tcMar>
          </w:tcPr>
          <w:tbl>
            <w:tblPr>
              <w:tblStyle w:val="TableGrid"/>
              <w:tblW w:w="5878" w:type="dxa"/>
              <w:tblLook w:val="04A0" w:firstRow="1" w:lastRow="0" w:firstColumn="1" w:lastColumn="0" w:noHBand="0" w:noVBand="1"/>
            </w:tblPr>
            <w:tblGrid>
              <w:gridCol w:w="344"/>
              <w:gridCol w:w="344"/>
              <w:gridCol w:w="346"/>
              <w:gridCol w:w="346"/>
              <w:gridCol w:w="346"/>
              <w:gridCol w:w="346"/>
              <w:gridCol w:w="346"/>
              <w:gridCol w:w="346"/>
              <w:gridCol w:w="346"/>
              <w:gridCol w:w="346"/>
              <w:gridCol w:w="346"/>
              <w:gridCol w:w="346"/>
              <w:gridCol w:w="346"/>
              <w:gridCol w:w="346"/>
              <w:gridCol w:w="346"/>
              <w:gridCol w:w="346"/>
              <w:gridCol w:w="346"/>
            </w:tblGrid>
            <w:tr w:rsidR="00915F2F" w:rsidRPr="005A5B7E" w:rsidTr="00FE044A">
              <w:trPr>
                <w:trHeight w:val="260"/>
              </w:trPr>
              <w:tc>
                <w:tcPr>
                  <w:tcW w:w="344" w:type="dxa"/>
                  <w:vAlign w:val="center"/>
                </w:tcPr>
                <w:p w:rsidR="00915F2F" w:rsidRPr="005A5B7E" w:rsidRDefault="00915F2F" w:rsidP="00915F2F">
                  <w:pPr>
                    <w:jc w:val="center"/>
                    <w:rPr>
                      <w:rFonts w:ascii="Nikosh" w:hAnsi="Nikosh" w:cs="Nikosh"/>
                      <w:color w:val="948A54" w:themeColor="background2" w:themeShade="80"/>
                      <w:sz w:val="18"/>
                      <w:szCs w:val="18"/>
                    </w:rPr>
                  </w:pPr>
                </w:p>
              </w:tc>
              <w:tc>
                <w:tcPr>
                  <w:tcW w:w="344" w:type="dxa"/>
                  <w:vAlign w:val="center"/>
                </w:tcPr>
                <w:p w:rsidR="00915F2F" w:rsidRPr="005A5B7E" w:rsidRDefault="00915F2F" w:rsidP="00915F2F">
                  <w:pPr>
                    <w:jc w:val="center"/>
                    <w:rPr>
                      <w:rFonts w:ascii="Nikosh" w:hAnsi="Nikosh" w:cs="Nikosh"/>
                      <w:color w:val="948A54" w:themeColor="background2" w:themeShade="80"/>
                      <w:sz w:val="18"/>
                      <w:szCs w:val="18"/>
                    </w:rPr>
                  </w:pPr>
                </w:p>
              </w:tc>
              <w:tc>
                <w:tcPr>
                  <w:tcW w:w="346" w:type="dxa"/>
                  <w:vAlign w:val="center"/>
                </w:tcPr>
                <w:p w:rsidR="00915F2F" w:rsidRPr="005A5B7E" w:rsidRDefault="00915F2F" w:rsidP="00915F2F">
                  <w:pPr>
                    <w:jc w:val="center"/>
                    <w:rPr>
                      <w:rFonts w:ascii="Nikosh" w:hAnsi="Nikosh" w:cs="Nikosh"/>
                      <w:color w:val="948A54" w:themeColor="background2" w:themeShade="80"/>
                      <w:sz w:val="18"/>
                      <w:szCs w:val="18"/>
                    </w:rPr>
                  </w:pPr>
                </w:p>
              </w:tc>
              <w:tc>
                <w:tcPr>
                  <w:tcW w:w="346" w:type="dxa"/>
                  <w:vAlign w:val="center"/>
                </w:tcPr>
                <w:p w:rsidR="00915F2F" w:rsidRPr="005A5B7E" w:rsidRDefault="00915F2F" w:rsidP="00915F2F">
                  <w:pPr>
                    <w:jc w:val="center"/>
                    <w:rPr>
                      <w:rFonts w:ascii="Nikosh" w:hAnsi="Nikosh" w:cs="Nikosh"/>
                      <w:color w:val="948A54" w:themeColor="background2" w:themeShade="80"/>
                      <w:sz w:val="18"/>
                      <w:szCs w:val="18"/>
                    </w:rPr>
                  </w:pPr>
                </w:p>
              </w:tc>
              <w:tc>
                <w:tcPr>
                  <w:tcW w:w="346" w:type="dxa"/>
                  <w:vAlign w:val="center"/>
                </w:tcPr>
                <w:p w:rsidR="00915F2F" w:rsidRPr="005A5B7E" w:rsidRDefault="00915F2F" w:rsidP="00915F2F">
                  <w:pPr>
                    <w:jc w:val="center"/>
                    <w:rPr>
                      <w:rFonts w:ascii="Nikosh" w:hAnsi="Nikosh" w:cs="Nikosh"/>
                      <w:color w:val="948A54" w:themeColor="background2" w:themeShade="80"/>
                      <w:sz w:val="18"/>
                      <w:szCs w:val="18"/>
                    </w:rPr>
                  </w:pPr>
                </w:p>
              </w:tc>
              <w:tc>
                <w:tcPr>
                  <w:tcW w:w="346" w:type="dxa"/>
                  <w:vAlign w:val="center"/>
                </w:tcPr>
                <w:p w:rsidR="00915F2F" w:rsidRPr="005A5B7E" w:rsidRDefault="00915F2F" w:rsidP="00915F2F">
                  <w:pPr>
                    <w:jc w:val="center"/>
                    <w:rPr>
                      <w:rFonts w:ascii="Nikosh" w:hAnsi="Nikosh" w:cs="Nikosh"/>
                      <w:color w:val="948A54" w:themeColor="background2" w:themeShade="80"/>
                      <w:sz w:val="18"/>
                      <w:szCs w:val="18"/>
                    </w:rPr>
                  </w:pPr>
                </w:p>
              </w:tc>
              <w:tc>
                <w:tcPr>
                  <w:tcW w:w="346" w:type="dxa"/>
                  <w:vAlign w:val="center"/>
                </w:tcPr>
                <w:p w:rsidR="00915F2F" w:rsidRPr="005A5B7E" w:rsidRDefault="00915F2F" w:rsidP="00915F2F">
                  <w:pPr>
                    <w:jc w:val="center"/>
                    <w:rPr>
                      <w:rFonts w:ascii="Nikosh" w:hAnsi="Nikosh" w:cs="Nikosh"/>
                      <w:color w:val="948A54" w:themeColor="background2" w:themeShade="80"/>
                      <w:sz w:val="18"/>
                      <w:szCs w:val="18"/>
                    </w:rPr>
                  </w:pPr>
                </w:p>
              </w:tc>
              <w:tc>
                <w:tcPr>
                  <w:tcW w:w="346" w:type="dxa"/>
                  <w:vAlign w:val="center"/>
                </w:tcPr>
                <w:p w:rsidR="00915F2F" w:rsidRPr="005A5B7E" w:rsidRDefault="00915F2F" w:rsidP="00915F2F">
                  <w:pPr>
                    <w:jc w:val="center"/>
                    <w:rPr>
                      <w:rFonts w:ascii="Nikosh" w:hAnsi="Nikosh" w:cs="Nikosh"/>
                      <w:color w:val="948A54" w:themeColor="background2" w:themeShade="80"/>
                      <w:sz w:val="18"/>
                      <w:szCs w:val="18"/>
                    </w:rPr>
                  </w:pPr>
                </w:p>
              </w:tc>
              <w:tc>
                <w:tcPr>
                  <w:tcW w:w="346" w:type="dxa"/>
                  <w:vAlign w:val="center"/>
                </w:tcPr>
                <w:p w:rsidR="00915F2F" w:rsidRPr="005A5B7E" w:rsidRDefault="00915F2F" w:rsidP="00915F2F">
                  <w:pPr>
                    <w:jc w:val="center"/>
                    <w:rPr>
                      <w:rFonts w:ascii="Nikosh" w:hAnsi="Nikosh" w:cs="Nikosh"/>
                      <w:color w:val="948A54" w:themeColor="background2" w:themeShade="80"/>
                      <w:sz w:val="18"/>
                      <w:szCs w:val="18"/>
                    </w:rPr>
                  </w:pPr>
                </w:p>
              </w:tc>
              <w:tc>
                <w:tcPr>
                  <w:tcW w:w="346" w:type="dxa"/>
                  <w:vAlign w:val="center"/>
                </w:tcPr>
                <w:p w:rsidR="00915F2F" w:rsidRPr="005A5B7E" w:rsidRDefault="00915F2F" w:rsidP="00915F2F">
                  <w:pPr>
                    <w:jc w:val="center"/>
                    <w:rPr>
                      <w:rFonts w:ascii="Nikosh" w:hAnsi="Nikosh" w:cs="Nikosh"/>
                      <w:color w:val="948A54" w:themeColor="background2" w:themeShade="80"/>
                      <w:sz w:val="18"/>
                      <w:szCs w:val="18"/>
                    </w:rPr>
                  </w:pPr>
                </w:p>
              </w:tc>
              <w:tc>
                <w:tcPr>
                  <w:tcW w:w="346" w:type="dxa"/>
                  <w:vAlign w:val="center"/>
                </w:tcPr>
                <w:p w:rsidR="00915F2F" w:rsidRPr="005A5B7E" w:rsidRDefault="00915F2F" w:rsidP="00915F2F">
                  <w:pPr>
                    <w:jc w:val="center"/>
                    <w:rPr>
                      <w:rFonts w:ascii="Nikosh" w:hAnsi="Nikosh" w:cs="Nikosh"/>
                      <w:color w:val="948A54" w:themeColor="background2" w:themeShade="80"/>
                      <w:sz w:val="18"/>
                      <w:szCs w:val="18"/>
                    </w:rPr>
                  </w:pPr>
                </w:p>
              </w:tc>
              <w:tc>
                <w:tcPr>
                  <w:tcW w:w="346" w:type="dxa"/>
                  <w:vAlign w:val="center"/>
                </w:tcPr>
                <w:p w:rsidR="00915F2F" w:rsidRPr="005A5B7E" w:rsidRDefault="00915F2F" w:rsidP="00915F2F">
                  <w:pPr>
                    <w:jc w:val="center"/>
                    <w:rPr>
                      <w:rFonts w:ascii="Nikosh" w:hAnsi="Nikosh" w:cs="Nikosh"/>
                      <w:color w:val="948A54" w:themeColor="background2" w:themeShade="80"/>
                      <w:sz w:val="18"/>
                      <w:szCs w:val="18"/>
                    </w:rPr>
                  </w:pPr>
                </w:p>
              </w:tc>
              <w:tc>
                <w:tcPr>
                  <w:tcW w:w="346" w:type="dxa"/>
                  <w:vAlign w:val="center"/>
                </w:tcPr>
                <w:p w:rsidR="00915F2F" w:rsidRPr="005A5B7E" w:rsidRDefault="00915F2F" w:rsidP="00915F2F">
                  <w:pPr>
                    <w:jc w:val="center"/>
                    <w:rPr>
                      <w:rFonts w:ascii="Nikosh" w:hAnsi="Nikosh" w:cs="Nikosh"/>
                      <w:color w:val="948A54" w:themeColor="background2" w:themeShade="80"/>
                      <w:sz w:val="18"/>
                      <w:szCs w:val="18"/>
                    </w:rPr>
                  </w:pPr>
                </w:p>
              </w:tc>
              <w:tc>
                <w:tcPr>
                  <w:tcW w:w="346" w:type="dxa"/>
                  <w:vAlign w:val="center"/>
                </w:tcPr>
                <w:p w:rsidR="00915F2F" w:rsidRPr="005A5B7E" w:rsidRDefault="00915F2F" w:rsidP="00915F2F">
                  <w:pPr>
                    <w:jc w:val="center"/>
                    <w:rPr>
                      <w:rFonts w:ascii="Nikosh" w:hAnsi="Nikosh" w:cs="Nikosh"/>
                      <w:color w:val="948A54" w:themeColor="background2" w:themeShade="80"/>
                      <w:sz w:val="18"/>
                      <w:szCs w:val="18"/>
                    </w:rPr>
                  </w:pPr>
                </w:p>
              </w:tc>
              <w:tc>
                <w:tcPr>
                  <w:tcW w:w="346" w:type="dxa"/>
                  <w:vAlign w:val="center"/>
                </w:tcPr>
                <w:p w:rsidR="00915F2F" w:rsidRPr="005A5B7E" w:rsidRDefault="00915F2F" w:rsidP="00915F2F">
                  <w:pPr>
                    <w:jc w:val="center"/>
                    <w:rPr>
                      <w:rFonts w:ascii="Nikosh" w:hAnsi="Nikosh" w:cs="Nikosh"/>
                      <w:color w:val="948A54" w:themeColor="background2" w:themeShade="80"/>
                      <w:sz w:val="18"/>
                      <w:szCs w:val="18"/>
                    </w:rPr>
                  </w:pPr>
                </w:p>
              </w:tc>
              <w:tc>
                <w:tcPr>
                  <w:tcW w:w="346" w:type="dxa"/>
                  <w:vAlign w:val="center"/>
                </w:tcPr>
                <w:p w:rsidR="00915F2F" w:rsidRPr="005A5B7E" w:rsidRDefault="00915F2F" w:rsidP="00915F2F">
                  <w:pPr>
                    <w:jc w:val="center"/>
                    <w:rPr>
                      <w:rFonts w:ascii="Nikosh" w:hAnsi="Nikosh" w:cs="Nikosh"/>
                      <w:color w:val="948A54" w:themeColor="background2" w:themeShade="80"/>
                      <w:sz w:val="18"/>
                      <w:szCs w:val="18"/>
                    </w:rPr>
                  </w:pPr>
                </w:p>
              </w:tc>
              <w:tc>
                <w:tcPr>
                  <w:tcW w:w="346" w:type="dxa"/>
                  <w:vAlign w:val="center"/>
                </w:tcPr>
                <w:p w:rsidR="00915F2F" w:rsidRPr="005A5B7E" w:rsidRDefault="00915F2F" w:rsidP="00915F2F">
                  <w:pPr>
                    <w:jc w:val="center"/>
                    <w:rPr>
                      <w:rFonts w:ascii="Nikosh" w:hAnsi="Nikosh" w:cs="Nikosh"/>
                      <w:color w:val="948A54" w:themeColor="background2" w:themeShade="80"/>
                      <w:sz w:val="18"/>
                      <w:szCs w:val="18"/>
                    </w:rPr>
                  </w:pPr>
                </w:p>
              </w:tc>
            </w:tr>
          </w:tbl>
          <w:p w:rsidR="00DE247B" w:rsidRPr="00DE4D1F" w:rsidRDefault="00DE247B" w:rsidP="00440915">
            <w:pPr>
              <w:spacing w:after="0" w:line="216" w:lineRule="auto"/>
              <w:rPr>
                <w:rFonts w:ascii="Nikosh" w:hAnsi="Nikosh" w:cs="Nikosh"/>
              </w:rPr>
            </w:pPr>
          </w:p>
        </w:tc>
      </w:tr>
      <w:tr w:rsidR="00DE4D1F" w:rsidRPr="00DE4D1F" w:rsidTr="00F569CD">
        <w:trPr>
          <w:gridBefore w:val="1"/>
          <w:wBefore w:w="121" w:type="dxa"/>
          <w:jc w:val="center"/>
        </w:trPr>
        <w:tc>
          <w:tcPr>
            <w:tcW w:w="3749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AFB"/>
            <w:tcMar>
              <w:top w:w="100" w:type="dxa"/>
              <w:left w:w="120" w:type="dxa"/>
              <w:bottom w:w="100" w:type="dxa"/>
              <w:right w:w="100" w:type="dxa"/>
            </w:tcMar>
          </w:tcPr>
          <w:p w:rsidR="00DE247B" w:rsidRPr="00DE4D1F" w:rsidRDefault="00A3343D" w:rsidP="00440915">
            <w:pPr>
              <w:spacing w:after="0" w:line="216" w:lineRule="auto"/>
              <w:rPr>
                <w:rFonts w:ascii="Nikosh" w:hAnsi="Nikosh" w:cs="Nikosh"/>
              </w:rPr>
            </w:pPr>
            <w:proofErr w:type="spellStart"/>
            <w:r>
              <w:rPr>
                <w:rFonts w:ascii="Nikosh" w:hAnsi="Nikosh" w:cs="Nikosh"/>
              </w:rPr>
              <w:t>শিক্ষার্থীর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জন্ম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তারিখ</w:t>
            </w:r>
            <w:proofErr w:type="spellEnd"/>
            <w:r>
              <w:rPr>
                <w:rFonts w:ascii="Nikosh" w:hAnsi="Nikosh" w:cs="Nikosh"/>
              </w:rPr>
              <w:t>: :</w:t>
            </w:r>
          </w:p>
        </w:tc>
        <w:tc>
          <w:tcPr>
            <w:tcW w:w="612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20" w:type="dxa"/>
              <w:bottom w:w="100" w:type="dxa"/>
              <w:right w:w="100" w:type="dxa"/>
            </w:tcMar>
          </w:tcPr>
          <w:p w:rsidR="00DE247B" w:rsidRPr="00DE4D1F" w:rsidRDefault="00915F2F" w:rsidP="00440915">
            <w:pPr>
              <w:spacing w:after="0" w:line="216" w:lineRule="auto"/>
              <w:rPr>
                <w:rFonts w:ascii="Nikosh" w:hAnsi="Nikosh" w:cs="Nikosh"/>
              </w:rPr>
            </w:pPr>
            <w:r w:rsidRPr="00820A96">
              <w:rPr>
                <w:rFonts w:ascii="Nikosh" w:hAnsi="Nikosh" w:cs="Nikosh"/>
                <w:color w:val="A6A6A6" w:themeColor="background1" w:themeShade="A6"/>
                <w:sz w:val="24"/>
                <w:szCs w:val="24"/>
              </w:rPr>
              <w:t>DD/MM/YYYY</w:t>
            </w:r>
          </w:p>
        </w:tc>
      </w:tr>
      <w:tr w:rsidR="00DE4D1F" w:rsidRPr="00DE4D1F" w:rsidTr="00F569CD">
        <w:trPr>
          <w:gridBefore w:val="1"/>
          <w:wBefore w:w="121" w:type="dxa"/>
          <w:trHeight w:val="268"/>
          <w:jc w:val="center"/>
        </w:trPr>
        <w:tc>
          <w:tcPr>
            <w:tcW w:w="3749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AFB"/>
            <w:tcMar>
              <w:top w:w="100" w:type="dxa"/>
              <w:left w:w="120" w:type="dxa"/>
              <w:bottom w:w="100" w:type="dxa"/>
              <w:right w:w="100" w:type="dxa"/>
            </w:tcMar>
          </w:tcPr>
          <w:p w:rsidR="00DE247B" w:rsidRPr="00DE4D1F" w:rsidRDefault="003E2391" w:rsidP="00440915">
            <w:pPr>
              <w:spacing w:after="0" w:line="216" w:lineRule="auto"/>
              <w:rPr>
                <w:rFonts w:ascii="Nikosh" w:hAnsi="Nikosh" w:cs="Nikosh"/>
              </w:rPr>
            </w:pPr>
            <w:proofErr w:type="spellStart"/>
            <w:r>
              <w:rPr>
                <w:rFonts w:ascii="Nikosh" w:hAnsi="Nikosh" w:cs="Nikosh"/>
              </w:rPr>
              <w:t>পিতার</w:t>
            </w:r>
            <w:proofErr w:type="spellEnd"/>
            <w:r w:rsidR="00A3343D">
              <w:rPr>
                <w:rFonts w:ascii="Nikosh" w:hAnsi="Nikosh" w:cs="Nikosh"/>
              </w:rPr>
              <w:t xml:space="preserve"> </w:t>
            </w:r>
            <w:proofErr w:type="spellStart"/>
            <w:r w:rsidR="00A3343D">
              <w:rPr>
                <w:rFonts w:ascii="Nikosh" w:hAnsi="Nikosh" w:cs="Nikosh"/>
              </w:rPr>
              <w:t>নাম</w:t>
            </w:r>
            <w:proofErr w:type="spellEnd"/>
            <w:r w:rsidR="00A3343D">
              <w:rPr>
                <w:rFonts w:ascii="Nikosh" w:hAnsi="Nikosh" w:cs="Nikosh"/>
              </w:rPr>
              <w:t xml:space="preserve"> (</w:t>
            </w:r>
            <w:proofErr w:type="spellStart"/>
            <w:r w:rsidR="00A3343D">
              <w:rPr>
                <w:rFonts w:ascii="Nikosh" w:hAnsi="Nikosh" w:cs="Nikosh"/>
              </w:rPr>
              <w:t>বাংলা</w:t>
            </w:r>
            <w:proofErr w:type="spellEnd"/>
            <w:r w:rsidR="00A3343D">
              <w:rPr>
                <w:rFonts w:ascii="Nikosh" w:hAnsi="Nikosh" w:cs="Nikosh"/>
              </w:rPr>
              <w:t xml:space="preserve">) </w:t>
            </w:r>
            <w:r w:rsidR="00A3343D" w:rsidRPr="0030295B">
              <w:rPr>
                <w:rFonts w:ascii="Nikosh" w:hAnsi="Nikosh" w:cs="Nikosh"/>
                <w:color w:val="FF0000"/>
              </w:rPr>
              <w:t>*</w:t>
            </w:r>
          </w:p>
        </w:tc>
        <w:tc>
          <w:tcPr>
            <w:tcW w:w="612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20" w:type="dxa"/>
              <w:bottom w:w="100" w:type="dxa"/>
              <w:right w:w="100" w:type="dxa"/>
            </w:tcMar>
          </w:tcPr>
          <w:p w:rsidR="00DE247B" w:rsidRPr="00DE4D1F" w:rsidRDefault="00DE247B" w:rsidP="00440915">
            <w:pPr>
              <w:spacing w:after="0" w:line="216" w:lineRule="auto"/>
              <w:rPr>
                <w:rFonts w:ascii="Nikosh" w:hAnsi="Nikosh" w:cs="Nikosh"/>
              </w:rPr>
            </w:pPr>
          </w:p>
        </w:tc>
      </w:tr>
      <w:tr w:rsidR="00DE4D1F" w:rsidRPr="00DE4D1F" w:rsidTr="00F569CD">
        <w:trPr>
          <w:gridBefore w:val="1"/>
          <w:wBefore w:w="121" w:type="dxa"/>
          <w:trHeight w:val="169"/>
          <w:jc w:val="center"/>
        </w:trPr>
        <w:tc>
          <w:tcPr>
            <w:tcW w:w="3749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AFB"/>
            <w:tcMar>
              <w:top w:w="100" w:type="dxa"/>
              <w:left w:w="120" w:type="dxa"/>
              <w:bottom w:w="100" w:type="dxa"/>
              <w:right w:w="100" w:type="dxa"/>
            </w:tcMar>
          </w:tcPr>
          <w:p w:rsidR="00DE247B" w:rsidRPr="00DE4D1F" w:rsidRDefault="00A3343D" w:rsidP="00440915">
            <w:pPr>
              <w:spacing w:after="0" w:line="216" w:lineRule="auto"/>
              <w:rPr>
                <w:rFonts w:ascii="Nikosh" w:hAnsi="Nikosh" w:cs="Nikosh"/>
              </w:rPr>
            </w:pPr>
            <w:proofErr w:type="spellStart"/>
            <w:r>
              <w:rPr>
                <w:rFonts w:ascii="Nikosh" w:hAnsi="Nikosh" w:cs="Nikosh"/>
              </w:rPr>
              <w:t>পিতার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পেশা</w:t>
            </w:r>
            <w:proofErr w:type="spellEnd"/>
            <w:r>
              <w:rPr>
                <w:rFonts w:ascii="Nikosh" w:hAnsi="Nikosh" w:cs="Nikosh"/>
              </w:rPr>
              <w:t xml:space="preserve"> (</w:t>
            </w:r>
            <w:proofErr w:type="spellStart"/>
            <w:r>
              <w:rPr>
                <w:rFonts w:ascii="Nikosh" w:hAnsi="Nikosh" w:cs="Nikosh"/>
              </w:rPr>
              <w:t>বাংলা</w:t>
            </w:r>
            <w:proofErr w:type="spellEnd"/>
            <w:r>
              <w:rPr>
                <w:rFonts w:ascii="Nikosh" w:hAnsi="Nikosh" w:cs="Nikosh"/>
              </w:rPr>
              <w:t>):</w:t>
            </w:r>
          </w:p>
        </w:tc>
        <w:tc>
          <w:tcPr>
            <w:tcW w:w="612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20" w:type="dxa"/>
              <w:bottom w:w="100" w:type="dxa"/>
              <w:right w:w="100" w:type="dxa"/>
            </w:tcMar>
          </w:tcPr>
          <w:p w:rsidR="00DE247B" w:rsidRPr="00DE4D1F" w:rsidRDefault="00DE247B" w:rsidP="00440915">
            <w:pPr>
              <w:spacing w:after="0" w:line="216" w:lineRule="auto"/>
              <w:rPr>
                <w:rFonts w:ascii="Nikosh" w:hAnsi="Nikosh" w:cs="Nikosh"/>
              </w:rPr>
            </w:pPr>
          </w:p>
        </w:tc>
      </w:tr>
      <w:tr w:rsidR="003E2391" w:rsidRPr="00DE4D1F" w:rsidTr="00F569CD">
        <w:trPr>
          <w:gridBefore w:val="1"/>
          <w:wBefore w:w="121" w:type="dxa"/>
          <w:trHeight w:val="169"/>
          <w:jc w:val="center"/>
        </w:trPr>
        <w:tc>
          <w:tcPr>
            <w:tcW w:w="3749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AFB"/>
            <w:tcMar>
              <w:top w:w="100" w:type="dxa"/>
              <w:left w:w="120" w:type="dxa"/>
              <w:bottom w:w="100" w:type="dxa"/>
              <w:right w:w="100" w:type="dxa"/>
            </w:tcMar>
          </w:tcPr>
          <w:p w:rsidR="003E2391" w:rsidRDefault="003E2391" w:rsidP="00440915">
            <w:pPr>
              <w:spacing w:after="0" w:line="216" w:lineRule="auto"/>
              <w:rPr>
                <w:rFonts w:ascii="Nikosh" w:hAnsi="Nikosh" w:cs="Nikosh"/>
              </w:rPr>
            </w:pPr>
            <w:proofErr w:type="spellStart"/>
            <w:r>
              <w:rPr>
                <w:rFonts w:ascii="Nikosh" w:hAnsi="Nikosh" w:cs="Nikosh"/>
              </w:rPr>
              <w:t>পিতার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জাতীয়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পরিচয়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পত্র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নং</w:t>
            </w:r>
            <w:proofErr w:type="spellEnd"/>
          </w:p>
        </w:tc>
        <w:tc>
          <w:tcPr>
            <w:tcW w:w="612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20" w:type="dxa"/>
              <w:bottom w:w="100" w:type="dxa"/>
              <w:right w:w="100" w:type="dxa"/>
            </w:tcMar>
          </w:tcPr>
          <w:tbl>
            <w:tblPr>
              <w:tblStyle w:val="TableGrid"/>
              <w:tblW w:w="5793" w:type="dxa"/>
              <w:tblLook w:val="04A0" w:firstRow="1" w:lastRow="0" w:firstColumn="1" w:lastColumn="0" w:noHBand="0" w:noVBand="1"/>
            </w:tblPr>
            <w:tblGrid>
              <w:gridCol w:w="339"/>
              <w:gridCol w:w="339"/>
              <w:gridCol w:w="341"/>
              <w:gridCol w:w="341"/>
              <w:gridCol w:w="341"/>
              <w:gridCol w:w="341"/>
              <w:gridCol w:w="341"/>
              <w:gridCol w:w="341"/>
              <w:gridCol w:w="341"/>
              <w:gridCol w:w="341"/>
              <w:gridCol w:w="341"/>
              <w:gridCol w:w="341"/>
              <w:gridCol w:w="341"/>
              <w:gridCol w:w="341"/>
              <w:gridCol w:w="341"/>
              <w:gridCol w:w="341"/>
              <w:gridCol w:w="341"/>
            </w:tblGrid>
            <w:tr w:rsidR="003E2391" w:rsidTr="00AA7126">
              <w:trPr>
                <w:trHeight w:val="359"/>
              </w:trPr>
              <w:tc>
                <w:tcPr>
                  <w:tcW w:w="339" w:type="dxa"/>
                  <w:vAlign w:val="center"/>
                </w:tcPr>
                <w:p w:rsidR="003E2391" w:rsidRPr="005A5B7E" w:rsidRDefault="003E2391" w:rsidP="003E2391">
                  <w:pPr>
                    <w:jc w:val="center"/>
                    <w:rPr>
                      <w:rFonts w:ascii="Nikosh" w:hAnsi="Nikosh" w:cs="Nikosh"/>
                      <w:color w:val="948A54" w:themeColor="background2" w:themeShade="80"/>
                      <w:sz w:val="18"/>
                      <w:szCs w:val="18"/>
                    </w:rPr>
                  </w:pPr>
                </w:p>
              </w:tc>
              <w:tc>
                <w:tcPr>
                  <w:tcW w:w="339" w:type="dxa"/>
                  <w:vAlign w:val="center"/>
                </w:tcPr>
                <w:p w:rsidR="003E2391" w:rsidRPr="005A5B7E" w:rsidRDefault="003E2391" w:rsidP="003E2391">
                  <w:pPr>
                    <w:jc w:val="center"/>
                    <w:rPr>
                      <w:rFonts w:ascii="Nikosh" w:hAnsi="Nikosh" w:cs="Nikosh"/>
                      <w:color w:val="948A54" w:themeColor="background2" w:themeShade="80"/>
                      <w:sz w:val="18"/>
                      <w:szCs w:val="18"/>
                    </w:rPr>
                  </w:pPr>
                </w:p>
              </w:tc>
              <w:tc>
                <w:tcPr>
                  <w:tcW w:w="341" w:type="dxa"/>
                  <w:vAlign w:val="center"/>
                </w:tcPr>
                <w:p w:rsidR="003E2391" w:rsidRPr="005A5B7E" w:rsidRDefault="003E2391" w:rsidP="003E2391">
                  <w:pPr>
                    <w:jc w:val="center"/>
                    <w:rPr>
                      <w:rFonts w:ascii="Nikosh" w:hAnsi="Nikosh" w:cs="Nikosh"/>
                      <w:color w:val="948A54" w:themeColor="background2" w:themeShade="80"/>
                      <w:sz w:val="18"/>
                      <w:szCs w:val="18"/>
                    </w:rPr>
                  </w:pPr>
                </w:p>
              </w:tc>
              <w:tc>
                <w:tcPr>
                  <w:tcW w:w="341" w:type="dxa"/>
                  <w:vAlign w:val="center"/>
                </w:tcPr>
                <w:p w:rsidR="003E2391" w:rsidRPr="005A5B7E" w:rsidRDefault="003E2391" w:rsidP="003E2391">
                  <w:pPr>
                    <w:jc w:val="center"/>
                    <w:rPr>
                      <w:rFonts w:ascii="Nikosh" w:hAnsi="Nikosh" w:cs="Nikosh"/>
                      <w:color w:val="948A54" w:themeColor="background2" w:themeShade="80"/>
                      <w:sz w:val="18"/>
                      <w:szCs w:val="18"/>
                    </w:rPr>
                  </w:pPr>
                </w:p>
              </w:tc>
              <w:tc>
                <w:tcPr>
                  <w:tcW w:w="341" w:type="dxa"/>
                  <w:vAlign w:val="center"/>
                </w:tcPr>
                <w:p w:rsidR="003E2391" w:rsidRPr="005A5B7E" w:rsidRDefault="003E2391" w:rsidP="003E2391">
                  <w:pPr>
                    <w:jc w:val="center"/>
                    <w:rPr>
                      <w:rFonts w:ascii="Nikosh" w:hAnsi="Nikosh" w:cs="Nikosh"/>
                      <w:color w:val="948A54" w:themeColor="background2" w:themeShade="80"/>
                      <w:sz w:val="18"/>
                      <w:szCs w:val="18"/>
                    </w:rPr>
                  </w:pPr>
                </w:p>
              </w:tc>
              <w:tc>
                <w:tcPr>
                  <w:tcW w:w="341" w:type="dxa"/>
                  <w:vAlign w:val="center"/>
                </w:tcPr>
                <w:p w:rsidR="003E2391" w:rsidRPr="005A5B7E" w:rsidRDefault="003E2391" w:rsidP="003E2391">
                  <w:pPr>
                    <w:jc w:val="center"/>
                    <w:rPr>
                      <w:rFonts w:ascii="Nikosh" w:hAnsi="Nikosh" w:cs="Nikosh"/>
                      <w:color w:val="948A54" w:themeColor="background2" w:themeShade="80"/>
                      <w:sz w:val="18"/>
                      <w:szCs w:val="18"/>
                    </w:rPr>
                  </w:pPr>
                </w:p>
              </w:tc>
              <w:tc>
                <w:tcPr>
                  <w:tcW w:w="341" w:type="dxa"/>
                  <w:vAlign w:val="center"/>
                </w:tcPr>
                <w:p w:rsidR="003E2391" w:rsidRPr="005A5B7E" w:rsidRDefault="003E2391" w:rsidP="003E2391">
                  <w:pPr>
                    <w:jc w:val="center"/>
                    <w:rPr>
                      <w:rFonts w:ascii="Nikosh" w:hAnsi="Nikosh" w:cs="Nikosh"/>
                      <w:color w:val="948A54" w:themeColor="background2" w:themeShade="80"/>
                      <w:sz w:val="18"/>
                      <w:szCs w:val="18"/>
                    </w:rPr>
                  </w:pPr>
                </w:p>
              </w:tc>
              <w:tc>
                <w:tcPr>
                  <w:tcW w:w="341" w:type="dxa"/>
                  <w:vAlign w:val="center"/>
                </w:tcPr>
                <w:p w:rsidR="003E2391" w:rsidRPr="005A5B7E" w:rsidRDefault="003E2391" w:rsidP="003E2391">
                  <w:pPr>
                    <w:jc w:val="center"/>
                    <w:rPr>
                      <w:rFonts w:ascii="Nikosh" w:hAnsi="Nikosh" w:cs="Nikosh"/>
                      <w:color w:val="948A54" w:themeColor="background2" w:themeShade="80"/>
                      <w:sz w:val="18"/>
                      <w:szCs w:val="18"/>
                    </w:rPr>
                  </w:pPr>
                </w:p>
              </w:tc>
              <w:tc>
                <w:tcPr>
                  <w:tcW w:w="341" w:type="dxa"/>
                  <w:vAlign w:val="center"/>
                </w:tcPr>
                <w:p w:rsidR="003E2391" w:rsidRPr="005A5B7E" w:rsidRDefault="003E2391" w:rsidP="003E2391">
                  <w:pPr>
                    <w:jc w:val="center"/>
                    <w:rPr>
                      <w:rFonts w:ascii="Nikosh" w:hAnsi="Nikosh" w:cs="Nikosh"/>
                      <w:color w:val="948A54" w:themeColor="background2" w:themeShade="80"/>
                      <w:sz w:val="18"/>
                      <w:szCs w:val="18"/>
                    </w:rPr>
                  </w:pPr>
                </w:p>
              </w:tc>
              <w:tc>
                <w:tcPr>
                  <w:tcW w:w="341" w:type="dxa"/>
                  <w:vAlign w:val="center"/>
                </w:tcPr>
                <w:p w:rsidR="003E2391" w:rsidRPr="005A5B7E" w:rsidRDefault="003E2391" w:rsidP="003E2391">
                  <w:pPr>
                    <w:jc w:val="center"/>
                    <w:rPr>
                      <w:rFonts w:ascii="Nikosh" w:hAnsi="Nikosh" w:cs="Nikosh"/>
                      <w:color w:val="948A54" w:themeColor="background2" w:themeShade="80"/>
                      <w:sz w:val="18"/>
                      <w:szCs w:val="18"/>
                    </w:rPr>
                  </w:pPr>
                </w:p>
              </w:tc>
              <w:tc>
                <w:tcPr>
                  <w:tcW w:w="341" w:type="dxa"/>
                  <w:vAlign w:val="center"/>
                </w:tcPr>
                <w:p w:rsidR="003E2391" w:rsidRPr="005A5B7E" w:rsidRDefault="003E2391" w:rsidP="003E2391">
                  <w:pPr>
                    <w:jc w:val="center"/>
                    <w:rPr>
                      <w:rFonts w:ascii="Nikosh" w:hAnsi="Nikosh" w:cs="Nikosh"/>
                      <w:color w:val="948A54" w:themeColor="background2" w:themeShade="80"/>
                      <w:sz w:val="18"/>
                      <w:szCs w:val="18"/>
                    </w:rPr>
                  </w:pPr>
                </w:p>
              </w:tc>
              <w:tc>
                <w:tcPr>
                  <w:tcW w:w="341" w:type="dxa"/>
                  <w:vAlign w:val="center"/>
                </w:tcPr>
                <w:p w:rsidR="003E2391" w:rsidRPr="005A5B7E" w:rsidRDefault="003E2391" w:rsidP="003E2391">
                  <w:pPr>
                    <w:jc w:val="center"/>
                    <w:rPr>
                      <w:rFonts w:ascii="Nikosh" w:hAnsi="Nikosh" w:cs="Nikosh"/>
                      <w:color w:val="948A54" w:themeColor="background2" w:themeShade="80"/>
                      <w:sz w:val="18"/>
                      <w:szCs w:val="18"/>
                    </w:rPr>
                  </w:pPr>
                </w:p>
              </w:tc>
              <w:tc>
                <w:tcPr>
                  <w:tcW w:w="341" w:type="dxa"/>
                  <w:vAlign w:val="center"/>
                </w:tcPr>
                <w:p w:rsidR="003E2391" w:rsidRPr="005A5B7E" w:rsidRDefault="003E2391" w:rsidP="003E2391">
                  <w:pPr>
                    <w:jc w:val="center"/>
                    <w:rPr>
                      <w:rFonts w:ascii="Nikosh" w:hAnsi="Nikosh" w:cs="Nikosh"/>
                      <w:color w:val="948A54" w:themeColor="background2" w:themeShade="80"/>
                      <w:sz w:val="18"/>
                      <w:szCs w:val="18"/>
                    </w:rPr>
                  </w:pPr>
                </w:p>
              </w:tc>
              <w:tc>
                <w:tcPr>
                  <w:tcW w:w="341" w:type="dxa"/>
                  <w:vAlign w:val="center"/>
                </w:tcPr>
                <w:p w:rsidR="003E2391" w:rsidRPr="005A5B7E" w:rsidRDefault="003E2391" w:rsidP="003E2391">
                  <w:pPr>
                    <w:jc w:val="center"/>
                    <w:rPr>
                      <w:rFonts w:ascii="Nikosh" w:hAnsi="Nikosh" w:cs="Nikosh"/>
                      <w:color w:val="948A54" w:themeColor="background2" w:themeShade="80"/>
                      <w:sz w:val="18"/>
                      <w:szCs w:val="18"/>
                    </w:rPr>
                  </w:pPr>
                </w:p>
              </w:tc>
              <w:tc>
                <w:tcPr>
                  <w:tcW w:w="341" w:type="dxa"/>
                  <w:vAlign w:val="center"/>
                </w:tcPr>
                <w:p w:rsidR="003E2391" w:rsidRPr="005A5B7E" w:rsidRDefault="003E2391" w:rsidP="003E2391">
                  <w:pPr>
                    <w:jc w:val="center"/>
                    <w:rPr>
                      <w:rFonts w:ascii="Nikosh" w:hAnsi="Nikosh" w:cs="Nikosh"/>
                      <w:color w:val="948A54" w:themeColor="background2" w:themeShade="80"/>
                      <w:sz w:val="18"/>
                      <w:szCs w:val="18"/>
                    </w:rPr>
                  </w:pPr>
                </w:p>
              </w:tc>
              <w:tc>
                <w:tcPr>
                  <w:tcW w:w="341" w:type="dxa"/>
                  <w:vAlign w:val="center"/>
                </w:tcPr>
                <w:p w:rsidR="003E2391" w:rsidRPr="005A5B7E" w:rsidRDefault="003E2391" w:rsidP="003E2391">
                  <w:pPr>
                    <w:jc w:val="center"/>
                    <w:rPr>
                      <w:rFonts w:ascii="Nikosh" w:hAnsi="Nikosh" w:cs="Nikosh"/>
                      <w:color w:val="948A54" w:themeColor="background2" w:themeShade="80"/>
                      <w:sz w:val="18"/>
                      <w:szCs w:val="18"/>
                    </w:rPr>
                  </w:pPr>
                </w:p>
              </w:tc>
              <w:tc>
                <w:tcPr>
                  <w:tcW w:w="341" w:type="dxa"/>
                  <w:vAlign w:val="center"/>
                </w:tcPr>
                <w:p w:rsidR="003E2391" w:rsidRPr="005A5B7E" w:rsidRDefault="003E2391" w:rsidP="003E2391">
                  <w:pPr>
                    <w:jc w:val="center"/>
                    <w:rPr>
                      <w:rFonts w:ascii="Nikosh" w:hAnsi="Nikosh" w:cs="Nikosh"/>
                      <w:color w:val="948A54" w:themeColor="background2" w:themeShade="80"/>
                      <w:sz w:val="18"/>
                      <w:szCs w:val="18"/>
                    </w:rPr>
                  </w:pPr>
                </w:p>
              </w:tc>
            </w:tr>
          </w:tbl>
          <w:p w:rsidR="003E2391" w:rsidRPr="00DE4D1F" w:rsidRDefault="003E2391" w:rsidP="00440915">
            <w:pPr>
              <w:spacing w:after="0" w:line="216" w:lineRule="auto"/>
              <w:rPr>
                <w:rFonts w:ascii="Nikosh" w:hAnsi="Nikosh" w:cs="Nikosh"/>
              </w:rPr>
            </w:pPr>
          </w:p>
        </w:tc>
      </w:tr>
      <w:tr w:rsidR="00DE4D1F" w:rsidRPr="00DE4D1F" w:rsidTr="00F569CD">
        <w:trPr>
          <w:gridBefore w:val="1"/>
          <w:wBefore w:w="121" w:type="dxa"/>
          <w:trHeight w:val="385"/>
          <w:jc w:val="center"/>
        </w:trPr>
        <w:tc>
          <w:tcPr>
            <w:tcW w:w="3749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AFB"/>
            <w:tcMar>
              <w:top w:w="100" w:type="dxa"/>
              <w:left w:w="120" w:type="dxa"/>
              <w:bottom w:w="100" w:type="dxa"/>
              <w:right w:w="100" w:type="dxa"/>
            </w:tcMar>
          </w:tcPr>
          <w:p w:rsidR="00DE247B" w:rsidRPr="00DE4D1F" w:rsidRDefault="00A3343D" w:rsidP="00440915">
            <w:pPr>
              <w:spacing w:after="0" w:line="216" w:lineRule="auto"/>
              <w:rPr>
                <w:rFonts w:ascii="Nikosh" w:hAnsi="Nikosh" w:cs="Nikosh"/>
              </w:rPr>
            </w:pPr>
            <w:proofErr w:type="spellStart"/>
            <w:r>
              <w:rPr>
                <w:rFonts w:ascii="Nikosh" w:hAnsi="Nikosh" w:cs="Nikosh"/>
              </w:rPr>
              <w:t>মাতার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নাম</w:t>
            </w:r>
            <w:proofErr w:type="spellEnd"/>
            <w:r>
              <w:rPr>
                <w:rFonts w:ascii="Nikosh" w:hAnsi="Nikosh" w:cs="Nikosh"/>
              </w:rPr>
              <w:t xml:space="preserve"> (</w:t>
            </w:r>
            <w:proofErr w:type="spellStart"/>
            <w:r>
              <w:rPr>
                <w:rFonts w:ascii="Nikosh" w:hAnsi="Nikosh" w:cs="Nikosh"/>
              </w:rPr>
              <w:t>বাংলা</w:t>
            </w:r>
            <w:proofErr w:type="spellEnd"/>
            <w:r>
              <w:rPr>
                <w:rFonts w:ascii="Nikosh" w:hAnsi="Nikosh" w:cs="Nikosh"/>
              </w:rPr>
              <w:t xml:space="preserve">): </w:t>
            </w:r>
            <w:r w:rsidRPr="007E2FF5">
              <w:rPr>
                <w:rFonts w:ascii="Nikosh" w:hAnsi="Nikosh" w:cs="Nikosh"/>
              </w:rPr>
              <w:t>*</w:t>
            </w:r>
          </w:p>
        </w:tc>
        <w:tc>
          <w:tcPr>
            <w:tcW w:w="612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247B" w:rsidRPr="00DE4D1F" w:rsidRDefault="00DE247B" w:rsidP="00440915">
            <w:pPr>
              <w:spacing w:after="0" w:line="216" w:lineRule="auto"/>
              <w:rPr>
                <w:rFonts w:ascii="Nikosh" w:hAnsi="Nikosh" w:cs="Nikosh"/>
              </w:rPr>
            </w:pPr>
          </w:p>
        </w:tc>
      </w:tr>
      <w:tr w:rsidR="00DE4D1F" w:rsidRPr="00DE4D1F" w:rsidTr="00F569CD">
        <w:trPr>
          <w:gridBefore w:val="1"/>
          <w:wBefore w:w="121" w:type="dxa"/>
          <w:jc w:val="center"/>
        </w:trPr>
        <w:tc>
          <w:tcPr>
            <w:tcW w:w="3749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AFB"/>
            <w:tcMar>
              <w:top w:w="100" w:type="dxa"/>
              <w:left w:w="120" w:type="dxa"/>
              <w:bottom w:w="100" w:type="dxa"/>
              <w:right w:w="100" w:type="dxa"/>
            </w:tcMar>
          </w:tcPr>
          <w:p w:rsidR="00DE247B" w:rsidRPr="00DE4D1F" w:rsidRDefault="00A3343D" w:rsidP="00440915">
            <w:pPr>
              <w:spacing w:after="0" w:line="216" w:lineRule="auto"/>
              <w:rPr>
                <w:rFonts w:ascii="Nikosh" w:hAnsi="Nikosh" w:cs="Nikosh"/>
              </w:rPr>
            </w:pPr>
            <w:proofErr w:type="spellStart"/>
            <w:r>
              <w:rPr>
                <w:rFonts w:ascii="Nikosh" w:hAnsi="Nikosh" w:cs="Nikosh"/>
              </w:rPr>
              <w:t>মাতার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পেশা</w:t>
            </w:r>
            <w:proofErr w:type="spellEnd"/>
            <w:r>
              <w:rPr>
                <w:rFonts w:ascii="Nikosh" w:hAnsi="Nikosh" w:cs="Nikosh"/>
              </w:rPr>
              <w:t xml:space="preserve"> (</w:t>
            </w:r>
            <w:proofErr w:type="spellStart"/>
            <w:r>
              <w:rPr>
                <w:rFonts w:ascii="Nikosh" w:hAnsi="Nikosh" w:cs="Nikosh"/>
              </w:rPr>
              <w:t>বাংলা</w:t>
            </w:r>
            <w:proofErr w:type="spellEnd"/>
            <w:r>
              <w:rPr>
                <w:rFonts w:ascii="Nikosh" w:hAnsi="Nikosh" w:cs="Nikosh"/>
              </w:rPr>
              <w:t>):</w:t>
            </w:r>
          </w:p>
        </w:tc>
        <w:tc>
          <w:tcPr>
            <w:tcW w:w="612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247B" w:rsidRPr="00DE4D1F" w:rsidRDefault="00DE247B" w:rsidP="00440915">
            <w:pPr>
              <w:spacing w:before="80" w:after="0" w:line="216" w:lineRule="auto"/>
              <w:rPr>
                <w:rFonts w:ascii="Nikosh" w:hAnsi="Nikosh" w:cs="Nikosh"/>
              </w:rPr>
            </w:pPr>
          </w:p>
        </w:tc>
      </w:tr>
      <w:tr w:rsidR="003E2391" w:rsidRPr="00DE4D1F" w:rsidTr="00F569CD">
        <w:trPr>
          <w:gridBefore w:val="1"/>
          <w:wBefore w:w="121" w:type="dxa"/>
          <w:jc w:val="center"/>
        </w:trPr>
        <w:tc>
          <w:tcPr>
            <w:tcW w:w="3749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AFB"/>
            <w:tcMar>
              <w:top w:w="100" w:type="dxa"/>
              <w:left w:w="120" w:type="dxa"/>
              <w:bottom w:w="100" w:type="dxa"/>
              <w:right w:w="100" w:type="dxa"/>
            </w:tcMar>
          </w:tcPr>
          <w:p w:rsidR="003E2391" w:rsidRDefault="003E2391" w:rsidP="003E2391">
            <w:pPr>
              <w:spacing w:after="0" w:line="216" w:lineRule="auto"/>
              <w:rPr>
                <w:rFonts w:ascii="Nikosh" w:hAnsi="Nikosh" w:cs="Nikosh"/>
              </w:rPr>
            </w:pPr>
            <w:proofErr w:type="spellStart"/>
            <w:r>
              <w:rPr>
                <w:rFonts w:ascii="Nikosh" w:hAnsi="Nikosh" w:cs="Nikosh"/>
              </w:rPr>
              <w:t>মাতার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জাতীয়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পরিচয়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পত্র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নং</w:t>
            </w:r>
            <w:proofErr w:type="spellEnd"/>
          </w:p>
        </w:tc>
        <w:tc>
          <w:tcPr>
            <w:tcW w:w="612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tbl>
            <w:tblPr>
              <w:tblStyle w:val="TableGrid"/>
              <w:tblW w:w="5793" w:type="dxa"/>
              <w:tblLook w:val="04A0" w:firstRow="1" w:lastRow="0" w:firstColumn="1" w:lastColumn="0" w:noHBand="0" w:noVBand="1"/>
            </w:tblPr>
            <w:tblGrid>
              <w:gridCol w:w="339"/>
              <w:gridCol w:w="339"/>
              <w:gridCol w:w="341"/>
              <w:gridCol w:w="341"/>
              <w:gridCol w:w="341"/>
              <w:gridCol w:w="341"/>
              <w:gridCol w:w="341"/>
              <w:gridCol w:w="341"/>
              <w:gridCol w:w="341"/>
              <w:gridCol w:w="341"/>
              <w:gridCol w:w="341"/>
              <w:gridCol w:w="341"/>
              <w:gridCol w:w="341"/>
              <w:gridCol w:w="341"/>
              <w:gridCol w:w="341"/>
              <w:gridCol w:w="341"/>
              <w:gridCol w:w="341"/>
            </w:tblGrid>
            <w:tr w:rsidR="003E2391" w:rsidTr="00AA7126">
              <w:trPr>
                <w:trHeight w:val="359"/>
              </w:trPr>
              <w:tc>
                <w:tcPr>
                  <w:tcW w:w="339" w:type="dxa"/>
                  <w:vAlign w:val="center"/>
                </w:tcPr>
                <w:p w:rsidR="003E2391" w:rsidRPr="005A5B7E" w:rsidRDefault="003E2391" w:rsidP="003E2391">
                  <w:pPr>
                    <w:jc w:val="center"/>
                    <w:rPr>
                      <w:rFonts w:ascii="Nikosh" w:hAnsi="Nikosh" w:cs="Nikosh"/>
                      <w:color w:val="948A54" w:themeColor="background2" w:themeShade="80"/>
                      <w:sz w:val="18"/>
                      <w:szCs w:val="18"/>
                    </w:rPr>
                  </w:pPr>
                </w:p>
              </w:tc>
              <w:tc>
                <w:tcPr>
                  <w:tcW w:w="339" w:type="dxa"/>
                  <w:vAlign w:val="center"/>
                </w:tcPr>
                <w:p w:rsidR="003E2391" w:rsidRPr="005A5B7E" w:rsidRDefault="003E2391" w:rsidP="003E2391">
                  <w:pPr>
                    <w:jc w:val="center"/>
                    <w:rPr>
                      <w:rFonts w:ascii="Nikosh" w:hAnsi="Nikosh" w:cs="Nikosh"/>
                      <w:color w:val="948A54" w:themeColor="background2" w:themeShade="80"/>
                      <w:sz w:val="18"/>
                      <w:szCs w:val="18"/>
                    </w:rPr>
                  </w:pPr>
                </w:p>
              </w:tc>
              <w:tc>
                <w:tcPr>
                  <w:tcW w:w="341" w:type="dxa"/>
                  <w:vAlign w:val="center"/>
                </w:tcPr>
                <w:p w:rsidR="003E2391" w:rsidRPr="005A5B7E" w:rsidRDefault="003E2391" w:rsidP="003E2391">
                  <w:pPr>
                    <w:jc w:val="center"/>
                    <w:rPr>
                      <w:rFonts w:ascii="Nikosh" w:hAnsi="Nikosh" w:cs="Nikosh"/>
                      <w:color w:val="948A54" w:themeColor="background2" w:themeShade="80"/>
                      <w:sz w:val="18"/>
                      <w:szCs w:val="18"/>
                    </w:rPr>
                  </w:pPr>
                </w:p>
              </w:tc>
              <w:tc>
                <w:tcPr>
                  <w:tcW w:w="341" w:type="dxa"/>
                  <w:vAlign w:val="center"/>
                </w:tcPr>
                <w:p w:rsidR="003E2391" w:rsidRPr="005A5B7E" w:rsidRDefault="003E2391" w:rsidP="003E2391">
                  <w:pPr>
                    <w:jc w:val="center"/>
                    <w:rPr>
                      <w:rFonts w:ascii="Nikosh" w:hAnsi="Nikosh" w:cs="Nikosh"/>
                      <w:color w:val="948A54" w:themeColor="background2" w:themeShade="80"/>
                      <w:sz w:val="18"/>
                      <w:szCs w:val="18"/>
                    </w:rPr>
                  </w:pPr>
                </w:p>
              </w:tc>
              <w:tc>
                <w:tcPr>
                  <w:tcW w:w="341" w:type="dxa"/>
                  <w:vAlign w:val="center"/>
                </w:tcPr>
                <w:p w:rsidR="003E2391" w:rsidRPr="005A5B7E" w:rsidRDefault="003E2391" w:rsidP="003E2391">
                  <w:pPr>
                    <w:jc w:val="center"/>
                    <w:rPr>
                      <w:rFonts w:ascii="Nikosh" w:hAnsi="Nikosh" w:cs="Nikosh"/>
                      <w:color w:val="948A54" w:themeColor="background2" w:themeShade="80"/>
                      <w:sz w:val="18"/>
                      <w:szCs w:val="18"/>
                    </w:rPr>
                  </w:pPr>
                </w:p>
              </w:tc>
              <w:tc>
                <w:tcPr>
                  <w:tcW w:w="341" w:type="dxa"/>
                  <w:vAlign w:val="center"/>
                </w:tcPr>
                <w:p w:rsidR="003E2391" w:rsidRPr="005A5B7E" w:rsidRDefault="003E2391" w:rsidP="003E2391">
                  <w:pPr>
                    <w:jc w:val="center"/>
                    <w:rPr>
                      <w:rFonts w:ascii="Nikosh" w:hAnsi="Nikosh" w:cs="Nikosh"/>
                      <w:color w:val="948A54" w:themeColor="background2" w:themeShade="80"/>
                      <w:sz w:val="18"/>
                      <w:szCs w:val="18"/>
                    </w:rPr>
                  </w:pPr>
                </w:p>
              </w:tc>
              <w:tc>
                <w:tcPr>
                  <w:tcW w:w="341" w:type="dxa"/>
                  <w:vAlign w:val="center"/>
                </w:tcPr>
                <w:p w:rsidR="003E2391" w:rsidRPr="005A5B7E" w:rsidRDefault="003E2391" w:rsidP="003E2391">
                  <w:pPr>
                    <w:jc w:val="center"/>
                    <w:rPr>
                      <w:rFonts w:ascii="Nikosh" w:hAnsi="Nikosh" w:cs="Nikosh"/>
                      <w:color w:val="948A54" w:themeColor="background2" w:themeShade="80"/>
                      <w:sz w:val="18"/>
                      <w:szCs w:val="18"/>
                    </w:rPr>
                  </w:pPr>
                </w:p>
              </w:tc>
              <w:tc>
                <w:tcPr>
                  <w:tcW w:w="341" w:type="dxa"/>
                  <w:vAlign w:val="center"/>
                </w:tcPr>
                <w:p w:rsidR="003E2391" w:rsidRPr="005A5B7E" w:rsidRDefault="003E2391" w:rsidP="003E2391">
                  <w:pPr>
                    <w:jc w:val="center"/>
                    <w:rPr>
                      <w:rFonts w:ascii="Nikosh" w:hAnsi="Nikosh" w:cs="Nikosh"/>
                      <w:color w:val="948A54" w:themeColor="background2" w:themeShade="80"/>
                      <w:sz w:val="18"/>
                      <w:szCs w:val="18"/>
                    </w:rPr>
                  </w:pPr>
                </w:p>
              </w:tc>
              <w:tc>
                <w:tcPr>
                  <w:tcW w:w="341" w:type="dxa"/>
                  <w:vAlign w:val="center"/>
                </w:tcPr>
                <w:p w:rsidR="003E2391" w:rsidRPr="005A5B7E" w:rsidRDefault="003E2391" w:rsidP="003E2391">
                  <w:pPr>
                    <w:jc w:val="center"/>
                    <w:rPr>
                      <w:rFonts w:ascii="Nikosh" w:hAnsi="Nikosh" w:cs="Nikosh"/>
                      <w:color w:val="948A54" w:themeColor="background2" w:themeShade="80"/>
                      <w:sz w:val="18"/>
                      <w:szCs w:val="18"/>
                    </w:rPr>
                  </w:pPr>
                </w:p>
              </w:tc>
              <w:tc>
                <w:tcPr>
                  <w:tcW w:w="341" w:type="dxa"/>
                  <w:vAlign w:val="center"/>
                </w:tcPr>
                <w:p w:rsidR="003E2391" w:rsidRPr="005A5B7E" w:rsidRDefault="003E2391" w:rsidP="003E2391">
                  <w:pPr>
                    <w:jc w:val="center"/>
                    <w:rPr>
                      <w:rFonts w:ascii="Nikosh" w:hAnsi="Nikosh" w:cs="Nikosh"/>
                      <w:color w:val="948A54" w:themeColor="background2" w:themeShade="80"/>
                      <w:sz w:val="18"/>
                      <w:szCs w:val="18"/>
                    </w:rPr>
                  </w:pPr>
                </w:p>
              </w:tc>
              <w:tc>
                <w:tcPr>
                  <w:tcW w:w="341" w:type="dxa"/>
                  <w:vAlign w:val="center"/>
                </w:tcPr>
                <w:p w:rsidR="003E2391" w:rsidRPr="005A5B7E" w:rsidRDefault="003E2391" w:rsidP="003E2391">
                  <w:pPr>
                    <w:jc w:val="center"/>
                    <w:rPr>
                      <w:rFonts w:ascii="Nikosh" w:hAnsi="Nikosh" w:cs="Nikosh"/>
                      <w:color w:val="948A54" w:themeColor="background2" w:themeShade="80"/>
                      <w:sz w:val="18"/>
                      <w:szCs w:val="18"/>
                    </w:rPr>
                  </w:pPr>
                </w:p>
              </w:tc>
              <w:tc>
                <w:tcPr>
                  <w:tcW w:w="341" w:type="dxa"/>
                  <w:vAlign w:val="center"/>
                </w:tcPr>
                <w:p w:rsidR="003E2391" w:rsidRPr="005A5B7E" w:rsidRDefault="003E2391" w:rsidP="003E2391">
                  <w:pPr>
                    <w:jc w:val="center"/>
                    <w:rPr>
                      <w:rFonts w:ascii="Nikosh" w:hAnsi="Nikosh" w:cs="Nikosh"/>
                      <w:color w:val="948A54" w:themeColor="background2" w:themeShade="80"/>
                      <w:sz w:val="18"/>
                      <w:szCs w:val="18"/>
                    </w:rPr>
                  </w:pPr>
                </w:p>
              </w:tc>
              <w:tc>
                <w:tcPr>
                  <w:tcW w:w="341" w:type="dxa"/>
                  <w:vAlign w:val="center"/>
                </w:tcPr>
                <w:p w:rsidR="003E2391" w:rsidRPr="005A5B7E" w:rsidRDefault="003E2391" w:rsidP="003E2391">
                  <w:pPr>
                    <w:jc w:val="center"/>
                    <w:rPr>
                      <w:rFonts w:ascii="Nikosh" w:hAnsi="Nikosh" w:cs="Nikosh"/>
                      <w:color w:val="948A54" w:themeColor="background2" w:themeShade="80"/>
                      <w:sz w:val="18"/>
                      <w:szCs w:val="18"/>
                    </w:rPr>
                  </w:pPr>
                </w:p>
              </w:tc>
              <w:tc>
                <w:tcPr>
                  <w:tcW w:w="341" w:type="dxa"/>
                  <w:vAlign w:val="center"/>
                </w:tcPr>
                <w:p w:rsidR="003E2391" w:rsidRPr="005A5B7E" w:rsidRDefault="003E2391" w:rsidP="003E2391">
                  <w:pPr>
                    <w:jc w:val="center"/>
                    <w:rPr>
                      <w:rFonts w:ascii="Nikosh" w:hAnsi="Nikosh" w:cs="Nikosh"/>
                      <w:color w:val="948A54" w:themeColor="background2" w:themeShade="80"/>
                      <w:sz w:val="18"/>
                      <w:szCs w:val="18"/>
                    </w:rPr>
                  </w:pPr>
                </w:p>
              </w:tc>
              <w:tc>
                <w:tcPr>
                  <w:tcW w:w="341" w:type="dxa"/>
                  <w:vAlign w:val="center"/>
                </w:tcPr>
                <w:p w:rsidR="003E2391" w:rsidRPr="005A5B7E" w:rsidRDefault="003E2391" w:rsidP="003E2391">
                  <w:pPr>
                    <w:jc w:val="center"/>
                    <w:rPr>
                      <w:rFonts w:ascii="Nikosh" w:hAnsi="Nikosh" w:cs="Nikosh"/>
                      <w:color w:val="948A54" w:themeColor="background2" w:themeShade="80"/>
                      <w:sz w:val="18"/>
                      <w:szCs w:val="18"/>
                    </w:rPr>
                  </w:pPr>
                </w:p>
              </w:tc>
              <w:tc>
                <w:tcPr>
                  <w:tcW w:w="341" w:type="dxa"/>
                  <w:vAlign w:val="center"/>
                </w:tcPr>
                <w:p w:rsidR="003E2391" w:rsidRPr="005A5B7E" w:rsidRDefault="003E2391" w:rsidP="003E2391">
                  <w:pPr>
                    <w:jc w:val="center"/>
                    <w:rPr>
                      <w:rFonts w:ascii="Nikosh" w:hAnsi="Nikosh" w:cs="Nikosh"/>
                      <w:color w:val="948A54" w:themeColor="background2" w:themeShade="80"/>
                      <w:sz w:val="18"/>
                      <w:szCs w:val="18"/>
                    </w:rPr>
                  </w:pPr>
                </w:p>
              </w:tc>
              <w:tc>
                <w:tcPr>
                  <w:tcW w:w="341" w:type="dxa"/>
                  <w:vAlign w:val="center"/>
                </w:tcPr>
                <w:p w:rsidR="003E2391" w:rsidRPr="005A5B7E" w:rsidRDefault="003E2391" w:rsidP="003E2391">
                  <w:pPr>
                    <w:jc w:val="center"/>
                    <w:rPr>
                      <w:rFonts w:ascii="Nikosh" w:hAnsi="Nikosh" w:cs="Nikosh"/>
                      <w:color w:val="948A54" w:themeColor="background2" w:themeShade="80"/>
                      <w:sz w:val="18"/>
                      <w:szCs w:val="18"/>
                    </w:rPr>
                  </w:pPr>
                </w:p>
              </w:tc>
            </w:tr>
          </w:tbl>
          <w:p w:rsidR="003E2391" w:rsidRPr="00DE4D1F" w:rsidRDefault="003E2391" w:rsidP="003E2391">
            <w:pPr>
              <w:spacing w:after="0" w:line="216" w:lineRule="auto"/>
              <w:rPr>
                <w:rFonts w:ascii="Nikosh" w:hAnsi="Nikosh" w:cs="Nikosh"/>
              </w:rPr>
            </w:pPr>
          </w:p>
        </w:tc>
      </w:tr>
      <w:tr w:rsidR="00DE247B" w:rsidRPr="00DE4D1F" w:rsidTr="00F569CD">
        <w:trPr>
          <w:gridBefore w:val="1"/>
          <w:wBefore w:w="121" w:type="dxa"/>
          <w:trHeight w:val="196"/>
          <w:jc w:val="center"/>
        </w:trPr>
        <w:tc>
          <w:tcPr>
            <w:tcW w:w="3749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AFB"/>
            <w:tcMar>
              <w:top w:w="100" w:type="dxa"/>
              <w:left w:w="120" w:type="dxa"/>
              <w:bottom w:w="100" w:type="dxa"/>
              <w:right w:w="100" w:type="dxa"/>
            </w:tcMar>
          </w:tcPr>
          <w:p w:rsidR="00DE247B" w:rsidRPr="00DE4D1F" w:rsidRDefault="00A3343D" w:rsidP="00440915">
            <w:pPr>
              <w:spacing w:after="0" w:line="216" w:lineRule="auto"/>
              <w:rPr>
                <w:rFonts w:ascii="Nikosh" w:hAnsi="Nikosh" w:cs="Nikosh"/>
              </w:rPr>
            </w:pPr>
            <w:proofErr w:type="spellStart"/>
            <w:r>
              <w:rPr>
                <w:rFonts w:ascii="Nikosh" w:hAnsi="Nikosh" w:cs="Nikosh"/>
              </w:rPr>
              <w:t>মাসিক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পারিবারিক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আয়</w:t>
            </w:r>
            <w:proofErr w:type="spellEnd"/>
            <w:r>
              <w:rPr>
                <w:rFonts w:ascii="Nikosh" w:hAnsi="Nikosh" w:cs="Nikosh"/>
              </w:rPr>
              <w:t xml:space="preserve"> (</w:t>
            </w:r>
            <w:proofErr w:type="spellStart"/>
            <w:r>
              <w:rPr>
                <w:rFonts w:ascii="Nikosh" w:hAnsi="Nikosh" w:cs="Nikosh"/>
              </w:rPr>
              <w:t>ইংরেজি</w:t>
            </w:r>
            <w:proofErr w:type="spellEnd"/>
            <w:r>
              <w:rPr>
                <w:rFonts w:ascii="Nikosh" w:hAnsi="Nikosh" w:cs="Nikosh"/>
              </w:rPr>
              <w:t>):</w:t>
            </w:r>
          </w:p>
        </w:tc>
        <w:tc>
          <w:tcPr>
            <w:tcW w:w="612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20" w:type="dxa"/>
              <w:bottom w:w="100" w:type="dxa"/>
              <w:right w:w="100" w:type="dxa"/>
            </w:tcMar>
          </w:tcPr>
          <w:p w:rsidR="00DE247B" w:rsidRPr="00DE4D1F" w:rsidRDefault="00DE247B" w:rsidP="00440915">
            <w:pPr>
              <w:spacing w:after="0" w:line="216" w:lineRule="auto"/>
              <w:rPr>
                <w:rFonts w:ascii="Nikosh" w:hAnsi="Nikosh" w:cs="Nikosh"/>
              </w:rPr>
            </w:pPr>
          </w:p>
        </w:tc>
      </w:tr>
      <w:tr w:rsidR="00DE247B" w:rsidRPr="00DE4D1F" w:rsidTr="00F569CD">
        <w:trPr>
          <w:gridBefore w:val="1"/>
          <w:wBefore w:w="121" w:type="dxa"/>
          <w:trHeight w:val="272"/>
          <w:jc w:val="center"/>
        </w:trPr>
        <w:tc>
          <w:tcPr>
            <w:tcW w:w="3749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AFB"/>
            <w:tcMar>
              <w:top w:w="100" w:type="dxa"/>
              <w:left w:w="120" w:type="dxa"/>
              <w:bottom w:w="100" w:type="dxa"/>
              <w:right w:w="100" w:type="dxa"/>
            </w:tcMar>
          </w:tcPr>
          <w:p w:rsidR="00DE247B" w:rsidRPr="00DE4D1F" w:rsidRDefault="00A3343D" w:rsidP="00440915">
            <w:pPr>
              <w:spacing w:after="0" w:line="216" w:lineRule="auto"/>
              <w:rPr>
                <w:rFonts w:ascii="Nikosh" w:hAnsi="Nikosh" w:cs="Nikosh"/>
              </w:rPr>
            </w:pPr>
            <w:proofErr w:type="spellStart"/>
            <w:r>
              <w:rPr>
                <w:rFonts w:ascii="Nikosh" w:hAnsi="Nikosh" w:cs="Nikosh"/>
              </w:rPr>
              <w:t>পরিবারের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মোট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সদস্য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সংখ্যা</w:t>
            </w:r>
            <w:proofErr w:type="spellEnd"/>
            <w:r>
              <w:rPr>
                <w:rFonts w:ascii="Nikosh" w:hAnsi="Nikosh" w:cs="Nikosh"/>
              </w:rPr>
              <w:t xml:space="preserve"> (</w:t>
            </w:r>
            <w:proofErr w:type="spellStart"/>
            <w:r>
              <w:rPr>
                <w:rFonts w:ascii="Nikosh" w:hAnsi="Nikosh" w:cs="Nikosh"/>
              </w:rPr>
              <w:t>ইংরেজি</w:t>
            </w:r>
            <w:proofErr w:type="spellEnd"/>
            <w:r>
              <w:rPr>
                <w:rFonts w:ascii="Nikosh" w:hAnsi="Nikosh" w:cs="Nikosh"/>
              </w:rPr>
              <w:t>)</w:t>
            </w:r>
          </w:p>
        </w:tc>
        <w:tc>
          <w:tcPr>
            <w:tcW w:w="612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50" w:type="dxa"/>
              <w:left w:w="120" w:type="dxa"/>
              <w:bottom w:w="150" w:type="dxa"/>
              <w:right w:w="100" w:type="dxa"/>
            </w:tcMar>
          </w:tcPr>
          <w:p w:rsidR="00DE247B" w:rsidRPr="00DE4D1F" w:rsidRDefault="00DE247B" w:rsidP="00440915">
            <w:pPr>
              <w:spacing w:after="0" w:line="216" w:lineRule="auto"/>
              <w:rPr>
                <w:rFonts w:ascii="Nikosh" w:hAnsi="Nikosh" w:cs="Nikosh"/>
              </w:rPr>
            </w:pPr>
          </w:p>
        </w:tc>
      </w:tr>
      <w:tr w:rsidR="00A3343D" w:rsidRPr="00DE4D1F" w:rsidTr="00F569CD">
        <w:trPr>
          <w:gridBefore w:val="1"/>
          <w:wBefore w:w="121" w:type="dxa"/>
          <w:trHeight w:val="227"/>
          <w:jc w:val="center"/>
        </w:trPr>
        <w:tc>
          <w:tcPr>
            <w:tcW w:w="3749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AFB"/>
            <w:tcMar>
              <w:top w:w="100" w:type="dxa"/>
              <w:left w:w="120" w:type="dxa"/>
              <w:bottom w:w="100" w:type="dxa"/>
              <w:right w:w="100" w:type="dxa"/>
            </w:tcMar>
          </w:tcPr>
          <w:p w:rsidR="00A3343D" w:rsidRDefault="00CE54C0" w:rsidP="00440915">
            <w:pPr>
              <w:spacing w:after="0" w:line="216" w:lineRule="auto"/>
              <w:rPr>
                <w:rFonts w:ascii="Nikosh" w:hAnsi="Nikosh" w:cs="Nikosh"/>
              </w:rPr>
            </w:pPr>
            <w:proofErr w:type="spellStart"/>
            <w:r>
              <w:rPr>
                <w:rFonts w:ascii="Nikosh" w:hAnsi="Nikosh" w:cs="Nikosh"/>
              </w:rPr>
              <w:lastRenderedPageBreak/>
              <w:t>পিতা</w:t>
            </w:r>
            <w:proofErr w:type="spellEnd"/>
            <w:r>
              <w:rPr>
                <w:rFonts w:ascii="Nikosh" w:hAnsi="Nikosh" w:cs="Nikosh"/>
              </w:rPr>
              <w:t>/</w:t>
            </w:r>
            <w:proofErr w:type="spellStart"/>
            <w:r>
              <w:rPr>
                <w:rFonts w:ascii="Nikosh" w:hAnsi="Nikosh" w:cs="Nikosh"/>
              </w:rPr>
              <w:t>মাতা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উভয়ের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অবর্তমানে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 w:rsidR="00A3343D">
              <w:rPr>
                <w:rFonts w:ascii="Nikosh" w:hAnsi="Nikosh" w:cs="Nikosh"/>
              </w:rPr>
              <w:t>অভিভাবকের</w:t>
            </w:r>
            <w:proofErr w:type="spellEnd"/>
            <w:r w:rsidR="00A3343D">
              <w:rPr>
                <w:rFonts w:ascii="Nikosh" w:hAnsi="Nikosh" w:cs="Nikosh"/>
              </w:rPr>
              <w:t xml:space="preserve"> </w:t>
            </w:r>
            <w:proofErr w:type="spellStart"/>
            <w:r w:rsidR="00A3343D">
              <w:rPr>
                <w:rFonts w:ascii="Nikosh" w:hAnsi="Nikosh" w:cs="Nikosh"/>
              </w:rPr>
              <w:t>নাম</w:t>
            </w:r>
            <w:proofErr w:type="spellEnd"/>
            <w:r w:rsidR="00A3343D">
              <w:rPr>
                <w:rFonts w:ascii="Nikosh" w:hAnsi="Nikosh" w:cs="Nikosh"/>
              </w:rPr>
              <w:t xml:space="preserve"> (</w:t>
            </w:r>
            <w:proofErr w:type="spellStart"/>
            <w:r w:rsidR="00A3343D">
              <w:rPr>
                <w:rFonts w:ascii="Nikosh" w:hAnsi="Nikosh" w:cs="Nikosh"/>
              </w:rPr>
              <w:t>বাংলা</w:t>
            </w:r>
            <w:proofErr w:type="spellEnd"/>
            <w:r w:rsidR="00A3343D">
              <w:rPr>
                <w:rFonts w:ascii="Nikosh" w:hAnsi="Nikosh" w:cs="Nikosh"/>
              </w:rPr>
              <w:t>):</w:t>
            </w:r>
          </w:p>
        </w:tc>
        <w:tc>
          <w:tcPr>
            <w:tcW w:w="612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50" w:type="dxa"/>
              <w:left w:w="120" w:type="dxa"/>
              <w:bottom w:w="150" w:type="dxa"/>
              <w:right w:w="100" w:type="dxa"/>
            </w:tcMar>
          </w:tcPr>
          <w:p w:rsidR="00A3343D" w:rsidRPr="007E2FF5" w:rsidRDefault="00A3343D" w:rsidP="00440915">
            <w:pPr>
              <w:spacing w:after="0" w:line="216" w:lineRule="auto"/>
              <w:rPr>
                <w:rFonts w:ascii="Nikosh" w:hAnsi="Nikosh" w:cs="Nikosh"/>
              </w:rPr>
            </w:pPr>
          </w:p>
        </w:tc>
      </w:tr>
      <w:tr w:rsidR="00CE54C0" w:rsidRPr="00DE4D1F" w:rsidTr="00F569CD">
        <w:trPr>
          <w:gridBefore w:val="1"/>
          <w:wBefore w:w="121" w:type="dxa"/>
          <w:trHeight w:val="227"/>
          <w:jc w:val="center"/>
        </w:trPr>
        <w:tc>
          <w:tcPr>
            <w:tcW w:w="3749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AFB"/>
            <w:tcMar>
              <w:top w:w="100" w:type="dxa"/>
              <w:left w:w="120" w:type="dxa"/>
              <w:bottom w:w="100" w:type="dxa"/>
              <w:right w:w="100" w:type="dxa"/>
            </w:tcMar>
          </w:tcPr>
          <w:p w:rsidR="00CE54C0" w:rsidRPr="007E2FF5" w:rsidRDefault="00CE54C0" w:rsidP="00CE54C0">
            <w:pPr>
              <w:spacing w:after="0" w:line="216" w:lineRule="auto"/>
              <w:rPr>
                <w:rFonts w:ascii="Nikosh" w:hAnsi="Nikosh" w:cs="Nikosh"/>
              </w:rPr>
            </w:pPr>
            <w:proofErr w:type="spellStart"/>
            <w:r>
              <w:rPr>
                <w:rFonts w:ascii="Nikosh" w:hAnsi="Nikosh" w:cs="Nikosh"/>
              </w:rPr>
              <w:t>অভিভাবকের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জাতীয়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পরিচয়পত্র</w:t>
            </w:r>
            <w:proofErr w:type="spellEnd"/>
            <w:r>
              <w:rPr>
                <w:rFonts w:ascii="Nikosh" w:hAnsi="Nikosh" w:cs="Nikosh"/>
              </w:rPr>
              <w:t xml:space="preserve"> (</w:t>
            </w:r>
            <w:proofErr w:type="spellStart"/>
            <w:r>
              <w:rPr>
                <w:rFonts w:ascii="Nikosh" w:hAnsi="Nikosh" w:cs="Nikosh"/>
              </w:rPr>
              <w:t>এনআইডি</w:t>
            </w:r>
            <w:proofErr w:type="spellEnd"/>
            <w:r>
              <w:rPr>
                <w:rFonts w:ascii="Nikosh" w:hAnsi="Nikosh" w:cs="Nikosh"/>
              </w:rPr>
              <w:t xml:space="preserve">) </w:t>
            </w:r>
            <w:proofErr w:type="spellStart"/>
            <w:r>
              <w:rPr>
                <w:rFonts w:ascii="Nikosh" w:hAnsi="Nikosh" w:cs="Nikosh"/>
              </w:rPr>
              <w:t>নং</w:t>
            </w:r>
            <w:proofErr w:type="spellEnd"/>
            <w:r>
              <w:rPr>
                <w:rFonts w:ascii="Nikosh" w:hAnsi="Nikosh" w:cs="Nikosh"/>
              </w:rPr>
              <w:t xml:space="preserve"> (</w:t>
            </w:r>
            <w:proofErr w:type="spellStart"/>
            <w:r>
              <w:rPr>
                <w:rFonts w:ascii="Nikosh" w:hAnsi="Nikosh" w:cs="Nikosh"/>
              </w:rPr>
              <w:t>ইংরেজি</w:t>
            </w:r>
            <w:proofErr w:type="spellEnd"/>
            <w:r>
              <w:rPr>
                <w:rFonts w:ascii="Nikosh" w:hAnsi="Nikosh" w:cs="Nikosh"/>
              </w:rPr>
              <w:t xml:space="preserve">): </w:t>
            </w:r>
            <w:r w:rsidRPr="007E2FF5">
              <w:rPr>
                <w:rFonts w:ascii="Nikosh" w:hAnsi="Nikosh" w:cs="Nikosh"/>
              </w:rPr>
              <w:t>*</w:t>
            </w:r>
          </w:p>
        </w:tc>
        <w:tc>
          <w:tcPr>
            <w:tcW w:w="612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50" w:type="dxa"/>
              <w:left w:w="120" w:type="dxa"/>
              <w:bottom w:w="150" w:type="dxa"/>
              <w:right w:w="100" w:type="dxa"/>
            </w:tcMar>
          </w:tcPr>
          <w:tbl>
            <w:tblPr>
              <w:tblStyle w:val="TableGrid"/>
              <w:tblW w:w="5793" w:type="dxa"/>
              <w:tblLook w:val="04A0" w:firstRow="1" w:lastRow="0" w:firstColumn="1" w:lastColumn="0" w:noHBand="0" w:noVBand="1"/>
            </w:tblPr>
            <w:tblGrid>
              <w:gridCol w:w="339"/>
              <w:gridCol w:w="339"/>
              <w:gridCol w:w="341"/>
              <w:gridCol w:w="341"/>
              <w:gridCol w:w="341"/>
              <w:gridCol w:w="341"/>
              <w:gridCol w:w="341"/>
              <w:gridCol w:w="341"/>
              <w:gridCol w:w="341"/>
              <w:gridCol w:w="341"/>
              <w:gridCol w:w="341"/>
              <w:gridCol w:w="341"/>
              <w:gridCol w:w="341"/>
              <w:gridCol w:w="341"/>
              <w:gridCol w:w="341"/>
              <w:gridCol w:w="341"/>
              <w:gridCol w:w="341"/>
            </w:tblGrid>
            <w:tr w:rsidR="00CE54C0" w:rsidTr="00AA7126">
              <w:trPr>
                <w:trHeight w:val="359"/>
              </w:trPr>
              <w:tc>
                <w:tcPr>
                  <w:tcW w:w="339" w:type="dxa"/>
                  <w:vAlign w:val="center"/>
                </w:tcPr>
                <w:p w:rsidR="00CE54C0" w:rsidRPr="005A5B7E" w:rsidRDefault="00CE54C0" w:rsidP="00CE54C0">
                  <w:pPr>
                    <w:jc w:val="center"/>
                    <w:rPr>
                      <w:rFonts w:ascii="Nikosh" w:hAnsi="Nikosh" w:cs="Nikosh"/>
                      <w:color w:val="948A54" w:themeColor="background2" w:themeShade="80"/>
                      <w:sz w:val="18"/>
                      <w:szCs w:val="18"/>
                    </w:rPr>
                  </w:pPr>
                </w:p>
              </w:tc>
              <w:tc>
                <w:tcPr>
                  <w:tcW w:w="339" w:type="dxa"/>
                  <w:vAlign w:val="center"/>
                </w:tcPr>
                <w:p w:rsidR="00CE54C0" w:rsidRPr="005A5B7E" w:rsidRDefault="00CE54C0" w:rsidP="00CE54C0">
                  <w:pPr>
                    <w:jc w:val="center"/>
                    <w:rPr>
                      <w:rFonts w:ascii="Nikosh" w:hAnsi="Nikosh" w:cs="Nikosh"/>
                      <w:color w:val="948A54" w:themeColor="background2" w:themeShade="80"/>
                      <w:sz w:val="18"/>
                      <w:szCs w:val="18"/>
                    </w:rPr>
                  </w:pPr>
                </w:p>
              </w:tc>
              <w:tc>
                <w:tcPr>
                  <w:tcW w:w="341" w:type="dxa"/>
                  <w:vAlign w:val="center"/>
                </w:tcPr>
                <w:p w:rsidR="00CE54C0" w:rsidRPr="005A5B7E" w:rsidRDefault="00CE54C0" w:rsidP="00CE54C0">
                  <w:pPr>
                    <w:jc w:val="center"/>
                    <w:rPr>
                      <w:rFonts w:ascii="Nikosh" w:hAnsi="Nikosh" w:cs="Nikosh"/>
                      <w:color w:val="948A54" w:themeColor="background2" w:themeShade="80"/>
                      <w:sz w:val="18"/>
                      <w:szCs w:val="18"/>
                    </w:rPr>
                  </w:pPr>
                </w:p>
              </w:tc>
              <w:tc>
                <w:tcPr>
                  <w:tcW w:w="341" w:type="dxa"/>
                  <w:vAlign w:val="center"/>
                </w:tcPr>
                <w:p w:rsidR="00CE54C0" w:rsidRPr="005A5B7E" w:rsidRDefault="00CE54C0" w:rsidP="00CE54C0">
                  <w:pPr>
                    <w:jc w:val="center"/>
                    <w:rPr>
                      <w:rFonts w:ascii="Nikosh" w:hAnsi="Nikosh" w:cs="Nikosh"/>
                      <w:color w:val="948A54" w:themeColor="background2" w:themeShade="80"/>
                      <w:sz w:val="18"/>
                      <w:szCs w:val="18"/>
                    </w:rPr>
                  </w:pPr>
                </w:p>
              </w:tc>
              <w:tc>
                <w:tcPr>
                  <w:tcW w:w="341" w:type="dxa"/>
                  <w:vAlign w:val="center"/>
                </w:tcPr>
                <w:p w:rsidR="00CE54C0" w:rsidRPr="005A5B7E" w:rsidRDefault="00CE54C0" w:rsidP="00CE54C0">
                  <w:pPr>
                    <w:jc w:val="center"/>
                    <w:rPr>
                      <w:rFonts w:ascii="Nikosh" w:hAnsi="Nikosh" w:cs="Nikosh"/>
                      <w:color w:val="948A54" w:themeColor="background2" w:themeShade="80"/>
                      <w:sz w:val="18"/>
                      <w:szCs w:val="18"/>
                    </w:rPr>
                  </w:pPr>
                </w:p>
              </w:tc>
              <w:tc>
                <w:tcPr>
                  <w:tcW w:w="341" w:type="dxa"/>
                  <w:vAlign w:val="center"/>
                </w:tcPr>
                <w:p w:rsidR="00CE54C0" w:rsidRPr="005A5B7E" w:rsidRDefault="00CE54C0" w:rsidP="00CE54C0">
                  <w:pPr>
                    <w:jc w:val="center"/>
                    <w:rPr>
                      <w:rFonts w:ascii="Nikosh" w:hAnsi="Nikosh" w:cs="Nikosh"/>
                      <w:color w:val="948A54" w:themeColor="background2" w:themeShade="80"/>
                      <w:sz w:val="18"/>
                      <w:szCs w:val="18"/>
                    </w:rPr>
                  </w:pPr>
                </w:p>
              </w:tc>
              <w:tc>
                <w:tcPr>
                  <w:tcW w:w="341" w:type="dxa"/>
                  <w:vAlign w:val="center"/>
                </w:tcPr>
                <w:p w:rsidR="00CE54C0" w:rsidRPr="005A5B7E" w:rsidRDefault="00CE54C0" w:rsidP="00CE54C0">
                  <w:pPr>
                    <w:jc w:val="center"/>
                    <w:rPr>
                      <w:rFonts w:ascii="Nikosh" w:hAnsi="Nikosh" w:cs="Nikosh"/>
                      <w:color w:val="948A54" w:themeColor="background2" w:themeShade="80"/>
                      <w:sz w:val="18"/>
                      <w:szCs w:val="18"/>
                    </w:rPr>
                  </w:pPr>
                </w:p>
              </w:tc>
              <w:tc>
                <w:tcPr>
                  <w:tcW w:w="341" w:type="dxa"/>
                  <w:vAlign w:val="center"/>
                </w:tcPr>
                <w:p w:rsidR="00CE54C0" w:rsidRPr="005A5B7E" w:rsidRDefault="00CE54C0" w:rsidP="00CE54C0">
                  <w:pPr>
                    <w:jc w:val="center"/>
                    <w:rPr>
                      <w:rFonts w:ascii="Nikosh" w:hAnsi="Nikosh" w:cs="Nikosh"/>
                      <w:color w:val="948A54" w:themeColor="background2" w:themeShade="80"/>
                      <w:sz w:val="18"/>
                      <w:szCs w:val="18"/>
                    </w:rPr>
                  </w:pPr>
                </w:p>
              </w:tc>
              <w:tc>
                <w:tcPr>
                  <w:tcW w:w="341" w:type="dxa"/>
                  <w:vAlign w:val="center"/>
                </w:tcPr>
                <w:p w:rsidR="00CE54C0" w:rsidRPr="005A5B7E" w:rsidRDefault="00CE54C0" w:rsidP="00CE54C0">
                  <w:pPr>
                    <w:jc w:val="center"/>
                    <w:rPr>
                      <w:rFonts w:ascii="Nikosh" w:hAnsi="Nikosh" w:cs="Nikosh"/>
                      <w:color w:val="948A54" w:themeColor="background2" w:themeShade="80"/>
                      <w:sz w:val="18"/>
                      <w:szCs w:val="18"/>
                    </w:rPr>
                  </w:pPr>
                </w:p>
              </w:tc>
              <w:tc>
                <w:tcPr>
                  <w:tcW w:w="341" w:type="dxa"/>
                  <w:vAlign w:val="center"/>
                </w:tcPr>
                <w:p w:rsidR="00CE54C0" w:rsidRPr="005A5B7E" w:rsidRDefault="00CE54C0" w:rsidP="00CE54C0">
                  <w:pPr>
                    <w:jc w:val="center"/>
                    <w:rPr>
                      <w:rFonts w:ascii="Nikosh" w:hAnsi="Nikosh" w:cs="Nikosh"/>
                      <w:color w:val="948A54" w:themeColor="background2" w:themeShade="80"/>
                      <w:sz w:val="18"/>
                      <w:szCs w:val="18"/>
                    </w:rPr>
                  </w:pPr>
                </w:p>
              </w:tc>
              <w:tc>
                <w:tcPr>
                  <w:tcW w:w="341" w:type="dxa"/>
                  <w:vAlign w:val="center"/>
                </w:tcPr>
                <w:p w:rsidR="00CE54C0" w:rsidRPr="005A5B7E" w:rsidRDefault="00CE54C0" w:rsidP="00CE54C0">
                  <w:pPr>
                    <w:jc w:val="center"/>
                    <w:rPr>
                      <w:rFonts w:ascii="Nikosh" w:hAnsi="Nikosh" w:cs="Nikosh"/>
                      <w:color w:val="948A54" w:themeColor="background2" w:themeShade="80"/>
                      <w:sz w:val="18"/>
                      <w:szCs w:val="18"/>
                    </w:rPr>
                  </w:pPr>
                </w:p>
              </w:tc>
              <w:tc>
                <w:tcPr>
                  <w:tcW w:w="341" w:type="dxa"/>
                  <w:vAlign w:val="center"/>
                </w:tcPr>
                <w:p w:rsidR="00CE54C0" w:rsidRPr="005A5B7E" w:rsidRDefault="00CE54C0" w:rsidP="00CE54C0">
                  <w:pPr>
                    <w:jc w:val="center"/>
                    <w:rPr>
                      <w:rFonts w:ascii="Nikosh" w:hAnsi="Nikosh" w:cs="Nikosh"/>
                      <w:color w:val="948A54" w:themeColor="background2" w:themeShade="80"/>
                      <w:sz w:val="18"/>
                      <w:szCs w:val="18"/>
                    </w:rPr>
                  </w:pPr>
                </w:p>
              </w:tc>
              <w:tc>
                <w:tcPr>
                  <w:tcW w:w="341" w:type="dxa"/>
                  <w:vAlign w:val="center"/>
                </w:tcPr>
                <w:p w:rsidR="00CE54C0" w:rsidRPr="005A5B7E" w:rsidRDefault="00CE54C0" w:rsidP="00CE54C0">
                  <w:pPr>
                    <w:jc w:val="center"/>
                    <w:rPr>
                      <w:rFonts w:ascii="Nikosh" w:hAnsi="Nikosh" w:cs="Nikosh"/>
                      <w:color w:val="948A54" w:themeColor="background2" w:themeShade="80"/>
                      <w:sz w:val="18"/>
                      <w:szCs w:val="18"/>
                    </w:rPr>
                  </w:pPr>
                </w:p>
              </w:tc>
              <w:tc>
                <w:tcPr>
                  <w:tcW w:w="341" w:type="dxa"/>
                  <w:vAlign w:val="center"/>
                </w:tcPr>
                <w:p w:rsidR="00CE54C0" w:rsidRPr="005A5B7E" w:rsidRDefault="00CE54C0" w:rsidP="00CE54C0">
                  <w:pPr>
                    <w:jc w:val="center"/>
                    <w:rPr>
                      <w:rFonts w:ascii="Nikosh" w:hAnsi="Nikosh" w:cs="Nikosh"/>
                      <w:color w:val="948A54" w:themeColor="background2" w:themeShade="80"/>
                      <w:sz w:val="18"/>
                      <w:szCs w:val="18"/>
                    </w:rPr>
                  </w:pPr>
                </w:p>
              </w:tc>
              <w:tc>
                <w:tcPr>
                  <w:tcW w:w="341" w:type="dxa"/>
                  <w:vAlign w:val="center"/>
                </w:tcPr>
                <w:p w:rsidR="00CE54C0" w:rsidRPr="005A5B7E" w:rsidRDefault="00CE54C0" w:rsidP="00CE54C0">
                  <w:pPr>
                    <w:jc w:val="center"/>
                    <w:rPr>
                      <w:rFonts w:ascii="Nikosh" w:hAnsi="Nikosh" w:cs="Nikosh"/>
                      <w:color w:val="948A54" w:themeColor="background2" w:themeShade="80"/>
                      <w:sz w:val="18"/>
                      <w:szCs w:val="18"/>
                    </w:rPr>
                  </w:pPr>
                </w:p>
              </w:tc>
              <w:tc>
                <w:tcPr>
                  <w:tcW w:w="341" w:type="dxa"/>
                  <w:vAlign w:val="center"/>
                </w:tcPr>
                <w:p w:rsidR="00CE54C0" w:rsidRPr="005A5B7E" w:rsidRDefault="00CE54C0" w:rsidP="00CE54C0">
                  <w:pPr>
                    <w:jc w:val="center"/>
                    <w:rPr>
                      <w:rFonts w:ascii="Nikosh" w:hAnsi="Nikosh" w:cs="Nikosh"/>
                      <w:color w:val="948A54" w:themeColor="background2" w:themeShade="80"/>
                      <w:sz w:val="18"/>
                      <w:szCs w:val="18"/>
                    </w:rPr>
                  </w:pPr>
                </w:p>
              </w:tc>
              <w:tc>
                <w:tcPr>
                  <w:tcW w:w="341" w:type="dxa"/>
                  <w:vAlign w:val="center"/>
                </w:tcPr>
                <w:p w:rsidR="00CE54C0" w:rsidRPr="005A5B7E" w:rsidRDefault="00CE54C0" w:rsidP="00CE54C0">
                  <w:pPr>
                    <w:jc w:val="center"/>
                    <w:rPr>
                      <w:rFonts w:ascii="Nikosh" w:hAnsi="Nikosh" w:cs="Nikosh"/>
                      <w:color w:val="948A54" w:themeColor="background2" w:themeShade="80"/>
                      <w:sz w:val="18"/>
                      <w:szCs w:val="18"/>
                    </w:rPr>
                  </w:pPr>
                </w:p>
              </w:tc>
            </w:tr>
          </w:tbl>
          <w:p w:rsidR="00CE54C0" w:rsidRPr="00DE4D1F" w:rsidRDefault="00CE54C0" w:rsidP="00CE54C0">
            <w:pPr>
              <w:spacing w:after="0" w:line="216" w:lineRule="auto"/>
              <w:rPr>
                <w:rFonts w:ascii="Nikosh" w:hAnsi="Nikosh" w:cs="Nikosh"/>
              </w:rPr>
            </w:pPr>
          </w:p>
        </w:tc>
      </w:tr>
      <w:tr w:rsidR="00A3343D" w:rsidRPr="00DE4D1F" w:rsidTr="00F569CD">
        <w:trPr>
          <w:gridBefore w:val="1"/>
          <w:wBefore w:w="121" w:type="dxa"/>
          <w:trHeight w:val="371"/>
          <w:jc w:val="center"/>
        </w:trPr>
        <w:tc>
          <w:tcPr>
            <w:tcW w:w="3749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AFB"/>
            <w:tcMar>
              <w:top w:w="100" w:type="dxa"/>
              <w:left w:w="120" w:type="dxa"/>
              <w:bottom w:w="100" w:type="dxa"/>
              <w:right w:w="100" w:type="dxa"/>
            </w:tcMar>
          </w:tcPr>
          <w:p w:rsidR="00A3343D" w:rsidRDefault="00CE54C0" w:rsidP="00440915">
            <w:pPr>
              <w:spacing w:after="0" w:line="216" w:lineRule="auto"/>
              <w:rPr>
                <w:rFonts w:ascii="Nikosh" w:hAnsi="Nikosh" w:cs="Nikosh"/>
              </w:rPr>
            </w:pPr>
            <w:proofErr w:type="spellStart"/>
            <w:r>
              <w:rPr>
                <w:rFonts w:ascii="Nikosh" w:hAnsi="Nikosh" w:cs="Nikosh"/>
              </w:rPr>
              <w:t>পিতা</w:t>
            </w:r>
            <w:proofErr w:type="spellEnd"/>
            <w:r>
              <w:rPr>
                <w:rFonts w:ascii="Nikosh" w:hAnsi="Nikosh" w:cs="Nikosh"/>
              </w:rPr>
              <w:t>/</w:t>
            </w:r>
            <w:proofErr w:type="spellStart"/>
            <w:r>
              <w:rPr>
                <w:rFonts w:ascii="Nikosh" w:hAnsi="Nikosh" w:cs="Nikosh"/>
              </w:rPr>
              <w:t>মাতা</w:t>
            </w:r>
            <w:proofErr w:type="spellEnd"/>
            <w:r>
              <w:rPr>
                <w:rFonts w:ascii="Nikosh" w:hAnsi="Nikosh" w:cs="Nikosh"/>
              </w:rPr>
              <w:t>/</w:t>
            </w:r>
            <w:proofErr w:type="spellStart"/>
            <w:r>
              <w:rPr>
                <w:rFonts w:ascii="Nikosh" w:hAnsi="Nikosh" w:cs="Nikosh"/>
              </w:rPr>
              <w:t>অভিভাবকের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 w:rsidR="00A3343D">
              <w:rPr>
                <w:rFonts w:ascii="Nikosh" w:hAnsi="Nikosh" w:cs="Nikosh"/>
              </w:rPr>
              <w:t>মোবাইল</w:t>
            </w:r>
            <w:proofErr w:type="spellEnd"/>
            <w:r w:rsidR="00A3343D">
              <w:rPr>
                <w:rFonts w:ascii="Nikosh" w:hAnsi="Nikosh" w:cs="Nikosh"/>
              </w:rPr>
              <w:t xml:space="preserve"> </w:t>
            </w:r>
            <w:proofErr w:type="spellStart"/>
            <w:r w:rsidR="00A3343D">
              <w:rPr>
                <w:rFonts w:ascii="Nikosh" w:hAnsi="Nikosh" w:cs="Nikosh"/>
              </w:rPr>
              <w:t>নম্বর</w:t>
            </w:r>
            <w:proofErr w:type="spellEnd"/>
            <w:r w:rsidR="00A3343D">
              <w:rPr>
                <w:rFonts w:ascii="Nikosh" w:hAnsi="Nikosh" w:cs="Nikosh"/>
              </w:rPr>
              <w:t xml:space="preserve"> (</w:t>
            </w:r>
            <w:proofErr w:type="spellStart"/>
            <w:r w:rsidR="00A3343D">
              <w:rPr>
                <w:rFonts w:ascii="Nikosh" w:hAnsi="Nikosh" w:cs="Nikosh"/>
              </w:rPr>
              <w:t>ইংরেজি</w:t>
            </w:r>
            <w:proofErr w:type="spellEnd"/>
            <w:r>
              <w:rPr>
                <w:rFonts w:ascii="Nikosh" w:hAnsi="Nikosh" w:cs="Nikosh"/>
              </w:rPr>
              <w:t>):</w:t>
            </w:r>
            <w:r w:rsidR="00A3343D" w:rsidRPr="007E2FF5">
              <w:rPr>
                <w:rFonts w:ascii="Nikosh" w:hAnsi="Nikosh" w:cs="Nikosh"/>
              </w:rPr>
              <w:t>*</w:t>
            </w:r>
          </w:p>
          <w:p w:rsidR="00915F2F" w:rsidRPr="00CA5DE8" w:rsidRDefault="00915F2F" w:rsidP="00CA5DE8">
            <w:pPr>
              <w:rPr>
                <w:rFonts w:ascii="Nikosh" w:hAnsi="Nikosh" w:cs="Nikosh"/>
                <w:b/>
                <w:bCs/>
                <w:sz w:val="24"/>
                <w:szCs w:val="24"/>
              </w:rPr>
            </w:pPr>
            <w:proofErr w:type="spellStart"/>
            <w:r w:rsidRPr="00EC63CB">
              <w:rPr>
                <w:rFonts w:ascii="Nikosh" w:hAnsi="Nikosh" w:cs="Nikosh"/>
                <w:b/>
                <w:bCs/>
                <w:sz w:val="24"/>
                <w:szCs w:val="24"/>
              </w:rPr>
              <w:t>মোবাইল</w:t>
            </w:r>
            <w:proofErr w:type="spellEnd"/>
            <w:r w:rsidRPr="00EC63CB">
              <w:rPr>
                <w:rFonts w:ascii="Nikosh" w:hAnsi="Nikosh" w:cs="Nikosh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C63CB">
              <w:rPr>
                <w:rFonts w:ascii="Nikosh" w:hAnsi="Nikosh" w:cs="Nikosh"/>
                <w:b/>
                <w:bCs/>
                <w:sz w:val="24"/>
                <w:szCs w:val="24"/>
              </w:rPr>
              <w:t>নম্বর</w:t>
            </w:r>
            <w:proofErr w:type="spellEnd"/>
            <w:r w:rsidRPr="00EC63CB">
              <w:rPr>
                <w:rFonts w:ascii="Nikosh" w:hAnsi="Nikosh" w:cs="Nikosh"/>
                <w:b/>
                <w:bCs/>
                <w:sz w:val="24"/>
                <w:szCs w:val="24"/>
              </w:rPr>
              <w:t xml:space="preserve"> ১১ </w:t>
            </w:r>
            <w:proofErr w:type="spellStart"/>
            <w:r w:rsidRPr="00EC63CB">
              <w:rPr>
                <w:rFonts w:ascii="Nikosh" w:hAnsi="Nikosh" w:cs="Nikosh"/>
                <w:b/>
                <w:bCs/>
                <w:sz w:val="24"/>
                <w:szCs w:val="24"/>
              </w:rPr>
              <w:t>সংখ্যার</w:t>
            </w:r>
            <w:proofErr w:type="spellEnd"/>
            <w:r w:rsidRPr="00EC63CB">
              <w:rPr>
                <w:rFonts w:ascii="Nikosh" w:hAnsi="Nikosh" w:cs="Nikosh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C63CB">
              <w:rPr>
                <w:rFonts w:ascii="Nikosh" w:hAnsi="Nikosh" w:cs="Nikosh"/>
                <w:b/>
                <w:bCs/>
                <w:sz w:val="24"/>
                <w:szCs w:val="24"/>
              </w:rPr>
              <w:t>হতে</w:t>
            </w:r>
            <w:proofErr w:type="spellEnd"/>
            <w:r w:rsidRPr="00EC63CB">
              <w:rPr>
                <w:rFonts w:ascii="Nikosh" w:hAnsi="Nikosh" w:cs="Nikosh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C63CB">
              <w:rPr>
                <w:rFonts w:ascii="Nikosh" w:hAnsi="Nikosh" w:cs="Nikosh"/>
                <w:b/>
                <w:bCs/>
                <w:sz w:val="24"/>
                <w:szCs w:val="24"/>
              </w:rPr>
              <w:t>হবে</w:t>
            </w:r>
            <w:proofErr w:type="spellEnd"/>
            <w:r w:rsidRPr="00EC63CB">
              <w:rPr>
                <w:rFonts w:ascii="Nikosh" w:hAnsi="Nikosh" w:cs="Nikosh"/>
                <w:b/>
                <w:bCs/>
                <w:sz w:val="24"/>
                <w:szCs w:val="24"/>
              </w:rPr>
              <w:t>।</w:t>
            </w:r>
          </w:p>
        </w:tc>
        <w:tc>
          <w:tcPr>
            <w:tcW w:w="612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50" w:type="dxa"/>
              <w:left w:w="120" w:type="dxa"/>
              <w:bottom w:w="150" w:type="dxa"/>
              <w:right w:w="100" w:type="dxa"/>
            </w:tcMar>
          </w:tcPr>
          <w:tbl>
            <w:tblPr>
              <w:tblStyle w:val="TableGrid"/>
              <w:tblW w:w="0" w:type="auto"/>
              <w:tblInd w:w="145" w:type="dxa"/>
              <w:tblLook w:val="04A0" w:firstRow="1" w:lastRow="0" w:firstColumn="1" w:lastColumn="0" w:noHBand="0" w:noVBand="1"/>
            </w:tblPr>
            <w:tblGrid>
              <w:gridCol w:w="389"/>
              <w:gridCol w:w="349"/>
              <w:gridCol w:w="342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</w:tblGrid>
            <w:tr w:rsidR="00666CAC" w:rsidTr="00953BF0">
              <w:tc>
                <w:tcPr>
                  <w:tcW w:w="389" w:type="dxa"/>
                </w:tcPr>
                <w:p w:rsidR="00666CAC" w:rsidRDefault="00666CAC" w:rsidP="00666CAC">
                  <w:pPr>
                    <w:spacing w:line="216" w:lineRule="auto"/>
                    <w:rPr>
                      <w:rFonts w:ascii="Nikosh" w:hAnsi="Nikosh" w:cs="Nikosh"/>
                    </w:rPr>
                  </w:pPr>
                  <w:r>
                    <w:rPr>
                      <w:rFonts w:ascii="Nikosh" w:hAnsi="Nikosh" w:cs="Nikosh"/>
                    </w:rPr>
                    <w:t>0</w:t>
                  </w:r>
                </w:p>
              </w:tc>
              <w:tc>
                <w:tcPr>
                  <w:tcW w:w="349" w:type="dxa"/>
                </w:tcPr>
                <w:p w:rsidR="00666CAC" w:rsidRDefault="00666CAC" w:rsidP="00666CAC">
                  <w:pPr>
                    <w:spacing w:line="216" w:lineRule="auto"/>
                    <w:rPr>
                      <w:rFonts w:ascii="Nikosh" w:hAnsi="Nikosh" w:cs="Nikosh"/>
                    </w:rPr>
                  </w:pPr>
                  <w:r>
                    <w:rPr>
                      <w:rFonts w:ascii="Nikosh" w:hAnsi="Nikosh" w:cs="Nikosh"/>
                    </w:rPr>
                    <w:t>1</w:t>
                  </w:r>
                </w:p>
              </w:tc>
              <w:tc>
                <w:tcPr>
                  <w:tcW w:w="342" w:type="dxa"/>
                </w:tcPr>
                <w:p w:rsidR="00666CAC" w:rsidRDefault="00666CAC" w:rsidP="00666CAC">
                  <w:pPr>
                    <w:spacing w:line="216" w:lineRule="auto"/>
                    <w:rPr>
                      <w:rFonts w:ascii="Nikosh" w:hAnsi="Nikosh" w:cs="Nikosh"/>
                    </w:rPr>
                  </w:pPr>
                </w:p>
              </w:tc>
              <w:tc>
                <w:tcPr>
                  <w:tcW w:w="360" w:type="dxa"/>
                </w:tcPr>
                <w:p w:rsidR="00666CAC" w:rsidRDefault="00666CAC" w:rsidP="00666CAC">
                  <w:pPr>
                    <w:spacing w:line="216" w:lineRule="auto"/>
                    <w:rPr>
                      <w:rFonts w:ascii="Nikosh" w:hAnsi="Nikosh" w:cs="Nikosh"/>
                    </w:rPr>
                  </w:pPr>
                </w:p>
              </w:tc>
              <w:tc>
                <w:tcPr>
                  <w:tcW w:w="360" w:type="dxa"/>
                </w:tcPr>
                <w:p w:rsidR="00666CAC" w:rsidRDefault="00666CAC" w:rsidP="00666CAC">
                  <w:pPr>
                    <w:spacing w:line="216" w:lineRule="auto"/>
                    <w:rPr>
                      <w:rFonts w:ascii="Nikosh" w:hAnsi="Nikosh" w:cs="Nikosh"/>
                    </w:rPr>
                  </w:pPr>
                </w:p>
              </w:tc>
              <w:tc>
                <w:tcPr>
                  <w:tcW w:w="360" w:type="dxa"/>
                </w:tcPr>
                <w:p w:rsidR="00666CAC" w:rsidRDefault="00666CAC" w:rsidP="00666CAC">
                  <w:pPr>
                    <w:spacing w:line="216" w:lineRule="auto"/>
                    <w:rPr>
                      <w:rFonts w:ascii="Nikosh" w:hAnsi="Nikosh" w:cs="Nikosh"/>
                    </w:rPr>
                  </w:pPr>
                </w:p>
              </w:tc>
              <w:tc>
                <w:tcPr>
                  <w:tcW w:w="360" w:type="dxa"/>
                </w:tcPr>
                <w:p w:rsidR="00666CAC" w:rsidRDefault="00666CAC" w:rsidP="00666CAC">
                  <w:pPr>
                    <w:spacing w:line="216" w:lineRule="auto"/>
                    <w:rPr>
                      <w:rFonts w:ascii="Nikosh" w:hAnsi="Nikosh" w:cs="Nikosh"/>
                    </w:rPr>
                  </w:pPr>
                </w:p>
              </w:tc>
              <w:tc>
                <w:tcPr>
                  <w:tcW w:w="360" w:type="dxa"/>
                </w:tcPr>
                <w:p w:rsidR="00666CAC" w:rsidRDefault="00666CAC" w:rsidP="00666CAC">
                  <w:pPr>
                    <w:spacing w:line="216" w:lineRule="auto"/>
                    <w:rPr>
                      <w:rFonts w:ascii="Nikosh" w:hAnsi="Nikosh" w:cs="Nikosh"/>
                    </w:rPr>
                  </w:pPr>
                </w:p>
              </w:tc>
              <w:tc>
                <w:tcPr>
                  <w:tcW w:w="360" w:type="dxa"/>
                </w:tcPr>
                <w:p w:rsidR="00666CAC" w:rsidRDefault="00666CAC" w:rsidP="00666CAC">
                  <w:pPr>
                    <w:spacing w:line="216" w:lineRule="auto"/>
                    <w:rPr>
                      <w:rFonts w:ascii="Nikosh" w:hAnsi="Nikosh" w:cs="Nikosh"/>
                    </w:rPr>
                  </w:pPr>
                </w:p>
              </w:tc>
              <w:tc>
                <w:tcPr>
                  <w:tcW w:w="360" w:type="dxa"/>
                </w:tcPr>
                <w:p w:rsidR="00666CAC" w:rsidRDefault="00666CAC" w:rsidP="00666CAC">
                  <w:pPr>
                    <w:spacing w:line="216" w:lineRule="auto"/>
                    <w:rPr>
                      <w:rFonts w:ascii="Nikosh" w:hAnsi="Nikosh" w:cs="Nikosh"/>
                    </w:rPr>
                  </w:pPr>
                </w:p>
              </w:tc>
              <w:tc>
                <w:tcPr>
                  <w:tcW w:w="360" w:type="dxa"/>
                </w:tcPr>
                <w:p w:rsidR="00666CAC" w:rsidRDefault="00666CAC" w:rsidP="00666CAC">
                  <w:pPr>
                    <w:spacing w:line="216" w:lineRule="auto"/>
                    <w:rPr>
                      <w:rFonts w:ascii="Nikosh" w:hAnsi="Nikosh" w:cs="Nikosh"/>
                    </w:rPr>
                  </w:pPr>
                </w:p>
              </w:tc>
            </w:tr>
          </w:tbl>
          <w:p w:rsidR="00A3343D" w:rsidRPr="00DE4D1F" w:rsidRDefault="00A3343D" w:rsidP="00440915">
            <w:pPr>
              <w:spacing w:after="0" w:line="216" w:lineRule="auto"/>
              <w:rPr>
                <w:rFonts w:ascii="Nikosh" w:hAnsi="Nikosh" w:cs="Nikosh"/>
              </w:rPr>
            </w:pPr>
          </w:p>
        </w:tc>
      </w:tr>
      <w:tr w:rsidR="00A3343D" w:rsidRPr="00DE4D1F" w:rsidTr="00F569CD">
        <w:trPr>
          <w:gridBefore w:val="1"/>
          <w:wBefore w:w="121" w:type="dxa"/>
          <w:trHeight w:val="371"/>
          <w:jc w:val="center"/>
        </w:trPr>
        <w:tc>
          <w:tcPr>
            <w:tcW w:w="3749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AFB"/>
            <w:tcMar>
              <w:top w:w="100" w:type="dxa"/>
              <w:left w:w="120" w:type="dxa"/>
              <w:bottom w:w="100" w:type="dxa"/>
              <w:right w:w="100" w:type="dxa"/>
            </w:tcMar>
          </w:tcPr>
          <w:p w:rsidR="00A3343D" w:rsidRDefault="00A3343D" w:rsidP="00440915">
            <w:pPr>
              <w:spacing w:after="0" w:line="216" w:lineRule="auto"/>
              <w:rPr>
                <w:rFonts w:ascii="Nikosh" w:hAnsi="Nikosh" w:cs="Nikosh"/>
              </w:rPr>
            </w:pPr>
            <w:proofErr w:type="spellStart"/>
            <w:r>
              <w:rPr>
                <w:rFonts w:ascii="Nikosh" w:hAnsi="Nikosh" w:cs="Nikosh"/>
              </w:rPr>
              <w:t>ইমেইল</w:t>
            </w:r>
            <w:proofErr w:type="spellEnd"/>
            <w:r w:rsidR="00D502D1">
              <w:rPr>
                <w:rFonts w:ascii="Nikosh" w:hAnsi="Nikosh" w:cs="Nikosh"/>
              </w:rPr>
              <w:t xml:space="preserve"> (</w:t>
            </w:r>
            <w:proofErr w:type="spellStart"/>
            <w:r w:rsidR="00D502D1">
              <w:rPr>
                <w:rFonts w:ascii="Nikosh" w:hAnsi="Nikosh" w:cs="Nikosh"/>
              </w:rPr>
              <w:t>যদি</w:t>
            </w:r>
            <w:proofErr w:type="spellEnd"/>
            <w:r w:rsidR="00D502D1">
              <w:rPr>
                <w:rFonts w:ascii="Nikosh" w:hAnsi="Nikosh" w:cs="Nikosh"/>
              </w:rPr>
              <w:t xml:space="preserve"> </w:t>
            </w:r>
            <w:proofErr w:type="spellStart"/>
            <w:r w:rsidR="00D502D1">
              <w:rPr>
                <w:rFonts w:ascii="Nikosh" w:hAnsi="Nikosh" w:cs="Nikosh"/>
              </w:rPr>
              <w:t>থাকে</w:t>
            </w:r>
            <w:proofErr w:type="spellEnd"/>
            <w:r w:rsidR="00D502D1">
              <w:rPr>
                <w:rFonts w:ascii="Nikosh" w:hAnsi="Nikosh" w:cs="Nikosh"/>
              </w:rPr>
              <w:t>)</w:t>
            </w:r>
          </w:p>
        </w:tc>
        <w:tc>
          <w:tcPr>
            <w:tcW w:w="612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50" w:type="dxa"/>
              <w:left w:w="120" w:type="dxa"/>
              <w:bottom w:w="150" w:type="dxa"/>
              <w:right w:w="100" w:type="dxa"/>
            </w:tcMar>
          </w:tcPr>
          <w:p w:rsidR="00A3343D" w:rsidRPr="008D7B45" w:rsidRDefault="008D7B45" w:rsidP="008D7B45">
            <w:pPr>
              <w:rPr>
                <w:rFonts w:ascii="Nikosh" w:hAnsi="Nikosh" w:cs="Nikosh"/>
                <w:color w:val="A6A6A6" w:themeColor="background1" w:themeShade="A6"/>
                <w:sz w:val="24"/>
                <w:szCs w:val="24"/>
              </w:rPr>
            </w:pPr>
            <w:r w:rsidRPr="00820A96">
              <w:rPr>
                <w:rFonts w:ascii="Nikosh" w:hAnsi="Nikosh" w:cs="Nikosh"/>
                <w:color w:val="A6A6A6" w:themeColor="background1" w:themeShade="A6"/>
                <w:sz w:val="24"/>
                <w:szCs w:val="24"/>
              </w:rPr>
              <w:t>Ex, abc@gmail.com</w:t>
            </w:r>
          </w:p>
        </w:tc>
      </w:tr>
      <w:tr w:rsidR="00A3343D" w:rsidRPr="00DE4D1F" w:rsidTr="00F569CD">
        <w:trPr>
          <w:gridBefore w:val="1"/>
          <w:wBefore w:w="121" w:type="dxa"/>
          <w:trHeight w:val="533"/>
          <w:jc w:val="center"/>
        </w:trPr>
        <w:tc>
          <w:tcPr>
            <w:tcW w:w="3749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AFB"/>
            <w:tcMar>
              <w:top w:w="100" w:type="dxa"/>
              <w:left w:w="120" w:type="dxa"/>
              <w:bottom w:w="100" w:type="dxa"/>
              <w:right w:w="100" w:type="dxa"/>
            </w:tcMar>
          </w:tcPr>
          <w:p w:rsidR="00A3343D" w:rsidRDefault="00A3343D" w:rsidP="00440915">
            <w:pPr>
              <w:spacing w:after="0" w:line="216" w:lineRule="auto"/>
              <w:rPr>
                <w:rFonts w:ascii="Nikosh" w:hAnsi="Nikosh" w:cs="Nikosh"/>
              </w:rPr>
            </w:pPr>
            <w:proofErr w:type="spellStart"/>
            <w:r>
              <w:rPr>
                <w:rFonts w:ascii="Nikosh" w:hAnsi="Nikosh" w:cs="Nikosh"/>
              </w:rPr>
              <w:t>শারীরিক</w:t>
            </w:r>
            <w:proofErr w:type="spellEnd"/>
            <w:r>
              <w:rPr>
                <w:rFonts w:ascii="Nikosh" w:hAnsi="Nikosh" w:cs="Nikosh"/>
              </w:rPr>
              <w:t xml:space="preserve"> ও </w:t>
            </w:r>
            <w:proofErr w:type="spellStart"/>
            <w:r>
              <w:rPr>
                <w:rFonts w:ascii="Nikosh" w:hAnsi="Nikosh" w:cs="Nikosh"/>
              </w:rPr>
              <w:t>মানসিক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অক্ষমতা</w:t>
            </w:r>
            <w:proofErr w:type="spellEnd"/>
            <w:r>
              <w:rPr>
                <w:rFonts w:ascii="Nikosh" w:hAnsi="Nikosh" w:cs="Nikosh"/>
              </w:rPr>
              <w:t>:</w:t>
            </w:r>
            <w:r w:rsidRPr="007E2FF5">
              <w:rPr>
                <w:rFonts w:ascii="Nikosh" w:hAnsi="Nikosh" w:cs="Nikosh"/>
              </w:rPr>
              <w:t xml:space="preserve"> *</w:t>
            </w:r>
          </w:p>
        </w:tc>
        <w:tc>
          <w:tcPr>
            <w:tcW w:w="612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50" w:type="dxa"/>
              <w:left w:w="120" w:type="dxa"/>
              <w:bottom w:w="150" w:type="dxa"/>
              <w:right w:w="100" w:type="dxa"/>
            </w:tcMar>
          </w:tcPr>
          <w:p w:rsidR="00EE3C56" w:rsidRPr="00EE3C56" w:rsidRDefault="00EE3C56" w:rsidP="00EE3C56">
            <w:pPr>
              <w:pStyle w:val="ListParagraph"/>
              <w:numPr>
                <w:ilvl w:val="0"/>
                <w:numId w:val="15"/>
              </w:numPr>
              <w:spacing w:after="160" w:line="259" w:lineRule="auto"/>
              <w:rPr>
                <w:rFonts w:ascii="Nikosh" w:hAnsi="Nikosh" w:cs="Nikosh"/>
                <w:sz w:val="24"/>
                <w:szCs w:val="24"/>
                <w:u w:val="single"/>
              </w:rPr>
            </w:pPr>
            <w:proofErr w:type="spellStart"/>
            <w:r w:rsidRPr="00EE3C56">
              <w:rPr>
                <w:rFonts w:ascii="Nikosh" w:hAnsi="Nikosh" w:cs="Nikosh"/>
                <w:sz w:val="24"/>
                <w:szCs w:val="24"/>
                <w:u w:val="single"/>
              </w:rPr>
              <w:t>হ্যাঁ</w:t>
            </w:r>
            <w:proofErr w:type="spellEnd"/>
          </w:p>
          <w:p w:rsidR="00A3343D" w:rsidRPr="00EE3C56" w:rsidRDefault="00EE3C56" w:rsidP="00EE3C56">
            <w:pPr>
              <w:pStyle w:val="ListParagraph"/>
              <w:numPr>
                <w:ilvl w:val="0"/>
                <w:numId w:val="15"/>
              </w:numPr>
              <w:spacing w:after="0" w:line="216" w:lineRule="auto"/>
              <w:rPr>
                <w:rFonts w:ascii="Nikosh" w:hAnsi="Nikosh" w:cs="Nikosh"/>
              </w:rPr>
            </w:pPr>
            <w:proofErr w:type="spellStart"/>
            <w:r w:rsidRPr="00EE3C56">
              <w:rPr>
                <w:rFonts w:ascii="Nikosh" w:hAnsi="Nikosh" w:cs="Nikosh"/>
                <w:sz w:val="24"/>
                <w:szCs w:val="24"/>
                <w:u w:val="single"/>
              </w:rPr>
              <w:t>না</w:t>
            </w:r>
            <w:proofErr w:type="spellEnd"/>
          </w:p>
        </w:tc>
      </w:tr>
      <w:tr w:rsidR="00A3343D" w:rsidRPr="00DE4D1F" w:rsidTr="00F569CD">
        <w:trPr>
          <w:gridBefore w:val="1"/>
          <w:wBefore w:w="121" w:type="dxa"/>
          <w:trHeight w:val="317"/>
          <w:jc w:val="center"/>
        </w:trPr>
        <w:tc>
          <w:tcPr>
            <w:tcW w:w="3749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AFB"/>
            <w:tcMar>
              <w:top w:w="100" w:type="dxa"/>
              <w:left w:w="120" w:type="dxa"/>
              <w:bottom w:w="100" w:type="dxa"/>
              <w:right w:w="100" w:type="dxa"/>
            </w:tcMar>
          </w:tcPr>
          <w:p w:rsidR="00A3343D" w:rsidRDefault="00A3343D" w:rsidP="00440915">
            <w:pPr>
              <w:spacing w:after="0" w:line="216" w:lineRule="auto"/>
              <w:rPr>
                <w:rFonts w:ascii="Nikosh" w:hAnsi="Nikosh" w:cs="Nikosh"/>
              </w:rPr>
            </w:pPr>
            <w:proofErr w:type="spellStart"/>
            <w:r>
              <w:rPr>
                <w:rFonts w:ascii="Nikosh" w:hAnsi="Nikosh" w:cs="Nikosh"/>
              </w:rPr>
              <w:t>অন্যান্য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বৃত্তি</w:t>
            </w:r>
            <w:proofErr w:type="spellEnd"/>
            <w:r>
              <w:rPr>
                <w:rFonts w:ascii="Nikosh" w:hAnsi="Nikosh" w:cs="Nikosh"/>
              </w:rPr>
              <w:t xml:space="preserve">: </w:t>
            </w:r>
            <w:r w:rsidRPr="007E2FF5">
              <w:rPr>
                <w:rFonts w:ascii="Nikosh" w:hAnsi="Nikosh" w:cs="Nikosh"/>
              </w:rPr>
              <w:t>*</w:t>
            </w:r>
          </w:p>
        </w:tc>
        <w:tc>
          <w:tcPr>
            <w:tcW w:w="612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50" w:type="dxa"/>
              <w:left w:w="120" w:type="dxa"/>
              <w:bottom w:w="150" w:type="dxa"/>
              <w:right w:w="100" w:type="dxa"/>
            </w:tcMar>
          </w:tcPr>
          <w:p w:rsidR="00CA5DE8" w:rsidRPr="00EE3C56" w:rsidRDefault="00CA5DE8" w:rsidP="00CA5DE8">
            <w:pPr>
              <w:pStyle w:val="ListParagraph"/>
              <w:numPr>
                <w:ilvl w:val="0"/>
                <w:numId w:val="15"/>
              </w:numPr>
              <w:spacing w:after="160" w:line="259" w:lineRule="auto"/>
              <w:rPr>
                <w:rFonts w:ascii="Nikosh" w:hAnsi="Nikosh" w:cs="Nikosh"/>
                <w:sz w:val="24"/>
                <w:szCs w:val="24"/>
                <w:u w:val="single"/>
              </w:rPr>
            </w:pPr>
            <w:proofErr w:type="spellStart"/>
            <w:r w:rsidRPr="00EE3C56">
              <w:rPr>
                <w:rFonts w:ascii="Nikosh" w:hAnsi="Nikosh" w:cs="Nikosh"/>
                <w:sz w:val="24"/>
                <w:szCs w:val="24"/>
                <w:u w:val="single"/>
              </w:rPr>
              <w:t>হ্যাঁ</w:t>
            </w:r>
            <w:proofErr w:type="spellEnd"/>
          </w:p>
          <w:p w:rsidR="00A3343D" w:rsidRPr="00CA5DE8" w:rsidRDefault="00CA5DE8" w:rsidP="00CA5DE8">
            <w:pPr>
              <w:pStyle w:val="ListParagraph"/>
              <w:numPr>
                <w:ilvl w:val="0"/>
                <w:numId w:val="15"/>
              </w:numPr>
              <w:spacing w:after="0" w:line="216" w:lineRule="auto"/>
              <w:rPr>
                <w:rFonts w:ascii="Nikosh" w:hAnsi="Nikosh" w:cs="Nikosh"/>
              </w:rPr>
            </w:pPr>
            <w:proofErr w:type="spellStart"/>
            <w:r w:rsidRPr="00CA5DE8">
              <w:rPr>
                <w:rFonts w:ascii="Nikosh" w:hAnsi="Nikosh" w:cs="Nikosh"/>
                <w:sz w:val="24"/>
                <w:szCs w:val="24"/>
                <w:u w:val="single"/>
              </w:rPr>
              <w:t>না</w:t>
            </w:r>
            <w:proofErr w:type="spellEnd"/>
          </w:p>
        </w:tc>
      </w:tr>
      <w:tr w:rsidR="00A3343D" w:rsidRPr="00DE4D1F" w:rsidTr="00F569CD">
        <w:trPr>
          <w:gridBefore w:val="1"/>
          <w:wBefore w:w="121" w:type="dxa"/>
          <w:trHeight w:val="317"/>
          <w:jc w:val="center"/>
        </w:trPr>
        <w:tc>
          <w:tcPr>
            <w:tcW w:w="3749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AFB"/>
            <w:tcMar>
              <w:top w:w="100" w:type="dxa"/>
              <w:left w:w="120" w:type="dxa"/>
              <w:bottom w:w="100" w:type="dxa"/>
              <w:right w:w="100" w:type="dxa"/>
            </w:tcMar>
          </w:tcPr>
          <w:p w:rsidR="00A3343D" w:rsidRDefault="00A3343D" w:rsidP="00440915">
            <w:pPr>
              <w:spacing w:after="0" w:line="216" w:lineRule="auto"/>
              <w:rPr>
                <w:rFonts w:ascii="Nikosh" w:hAnsi="Nikosh" w:cs="Nikosh"/>
              </w:rPr>
            </w:pPr>
            <w:proofErr w:type="spellStart"/>
            <w:r>
              <w:rPr>
                <w:rFonts w:ascii="Nikosh" w:hAnsi="Nikosh" w:cs="Nikosh"/>
              </w:rPr>
              <w:t>অনগ্রসর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এলাকা</w:t>
            </w:r>
            <w:proofErr w:type="spellEnd"/>
            <w:r>
              <w:rPr>
                <w:rFonts w:ascii="Nikosh" w:hAnsi="Nikosh" w:cs="Nikosh"/>
              </w:rPr>
              <w:t>:</w:t>
            </w:r>
          </w:p>
        </w:tc>
        <w:tc>
          <w:tcPr>
            <w:tcW w:w="612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50" w:type="dxa"/>
              <w:left w:w="120" w:type="dxa"/>
              <w:bottom w:w="150" w:type="dxa"/>
              <w:right w:w="100" w:type="dxa"/>
            </w:tcMar>
          </w:tcPr>
          <w:p w:rsidR="00CA5DE8" w:rsidRPr="00EE3C56" w:rsidRDefault="00CA5DE8" w:rsidP="00CA5DE8">
            <w:pPr>
              <w:pStyle w:val="ListParagraph"/>
              <w:numPr>
                <w:ilvl w:val="0"/>
                <w:numId w:val="15"/>
              </w:numPr>
              <w:spacing w:after="160" w:line="259" w:lineRule="auto"/>
              <w:rPr>
                <w:rFonts w:ascii="Nikosh" w:hAnsi="Nikosh" w:cs="Nikosh"/>
                <w:sz w:val="24"/>
                <w:szCs w:val="24"/>
                <w:u w:val="single"/>
              </w:rPr>
            </w:pPr>
            <w:proofErr w:type="spellStart"/>
            <w:r w:rsidRPr="00EE3C56">
              <w:rPr>
                <w:rFonts w:ascii="Nikosh" w:hAnsi="Nikosh" w:cs="Nikosh"/>
                <w:sz w:val="24"/>
                <w:szCs w:val="24"/>
                <w:u w:val="single"/>
              </w:rPr>
              <w:t>হ্যাঁ</w:t>
            </w:r>
            <w:proofErr w:type="spellEnd"/>
          </w:p>
          <w:p w:rsidR="00A3343D" w:rsidRPr="00CA5DE8" w:rsidRDefault="00CA5DE8" w:rsidP="00CA5DE8">
            <w:pPr>
              <w:pStyle w:val="ListParagraph"/>
              <w:numPr>
                <w:ilvl w:val="0"/>
                <w:numId w:val="15"/>
              </w:numPr>
              <w:spacing w:after="0" w:line="216" w:lineRule="auto"/>
              <w:rPr>
                <w:rFonts w:ascii="Nikosh" w:hAnsi="Nikosh" w:cs="Nikosh"/>
              </w:rPr>
            </w:pPr>
            <w:proofErr w:type="spellStart"/>
            <w:r w:rsidRPr="00CA5DE8">
              <w:rPr>
                <w:rFonts w:ascii="Nikosh" w:hAnsi="Nikosh" w:cs="Nikosh"/>
                <w:sz w:val="24"/>
                <w:szCs w:val="24"/>
                <w:u w:val="single"/>
              </w:rPr>
              <w:t>না</w:t>
            </w:r>
            <w:proofErr w:type="spellEnd"/>
          </w:p>
        </w:tc>
      </w:tr>
      <w:tr w:rsidR="00A3343D" w:rsidRPr="00DE4D1F" w:rsidTr="00F569CD">
        <w:trPr>
          <w:gridBefore w:val="1"/>
          <w:wBefore w:w="121" w:type="dxa"/>
          <w:trHeight w:val="317"/>
          <w:jc w:val="center"/>
        </w:trPr>
        <w:tc>
          <w:tcPr>
            <w:tcW w:w="3749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AFB"/>
            <w:tcMar>
              <w:top w:w="100" w:type="dxa"/>
              <w:left w:w="120" w:type="dxa"/>
              <w:bottom w:w="100" w:type="dxa"/>
              <w:right w:w="100" w:type="dxa"/>
            </w:tcMar>
          </w:tcPr>
          <w:p w:rsidR="00A3343D" w:rsidRDefault="00A3343D" w:rsidP="00440915">
            <w:pPr>
              <w:spacing w:after="0" w:line="216" w:lineRule="auto"/>
              <w:rPr>
                <w:rFonts w:ascii="Nikosh" w:hAnsi="Nikosh" w:cs="Nikosh"/>
              </w:rPr>
            </w:pPr>
            <w:proofErr w:type="spellStart"/>
            <w:r>
              <w:rPr>
                <w:rFonts w:ascii="Nikosh" w:hAnsi="Nikosh" w:cs="Nikosh"/>
              </w:rPr>
              <w:t>আবেদনের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কারণসমূহ</w:t>
            </w:r>
            <w:proofErr w:type="spellEnd"/>
            <w:r>
              <w:rPr>
                <w:rFonts w:ascii="Nikosh" w:hAnsi="Nikosh" w:cs="Nikosh"/>
              </w:rPr>
              <w:t xml:space="preserve">: </w:t>
            </w:r>
            <w:r w:rsidRPr="007E2FF5">
              <w:rPr>
                <w:rFonts w:ascii="Nikosh" w:hAnsi="Nikosh" w:cs="Nikosh"/>
              </w:rPr>
              <w:t>*</w:t>
            </w:r>
          </w:p>
        </w:tc>
        <w:tc>
          <w:tcPr>
            <w:tcW w:w="612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50" w:type="dxa"/>
              <w:left w:w="120" w:type="dxa"/>
              <w:bottom w:w="150" w:type="dxa"/>
              <w:right w:w="100" w:type="dxa"/>
            </w:tcMar>
          </w:tcPr>
          <w:p w:rsidR="002A2FEE" w:rsidRPr="002A2FEE" w:rsidRDefault="002A2FEE" w:rsidP="002A2FEE">
            <w:pPr>
              <w:pStyle w:val="ListParagraph"/>
              <w:numPr>
                <w:ilvl w:val="0"/>
                <w:numId w:val="17"/>
              </w:numPr>
              <w:rPr>
                <w:rFonts w:ascii="Nikosh" w:hAnsi="Nikosh" w:cs="Nikosh"/>
                <w:sz w:val="24"/>
                <w:szCs w:val="24"/>
                <w:u w:val="single"/>
              </w:rPr>
            </w:pPr>
            <w:proofErr w:type="spellStart"/>
            <w:r w:rsidRPr="002A2FEE">
              <w:rPr>
                <w:rFonts w:ascii="Nikosh" w:hAnsi="Nikosh" w:cs="Nikosh"/>
                <w:sz w:val="24"/>
                <w:szCs w:val="24"/>
                <w:u w:val="single"/>
              </w:rPr>
              <w:t>দূরারোগ্য</w:t>
            </w:r>
            <w:proofErr w:type="spellEnd"/>
            <w:r w:rsidRPr="002A2FEE">
              <w:rPr>
                <w:rFonts w:ascii="Nikosh" w:hAnsi="Nikosh" w:cs="Nikosh"/>
                <w:sz w:val="24"/>
                <w:szCs w:val="24"/>
                <w:u w:val="single"/>
              </w:rPr>
              <w:t xml:space="preserve"> </w:t>
            </w:r>
            <w:proofErr w:type="spellStart"/>
            <w:r w:rsidRPr="002A2FEE">
              <w:rPr>
                <w:rFonts w:ascii="Nikosh" w:hAnsi="Nikosh" w:cs="Nikosh"/>
                <w:sz w:val="24"/>
                <w:szCs w:val="24"/>
                <w:u w:val="single"/>
              </w:rPr>
              <w:t>ব্যাধি</w:t>
            </w:r>
            <w:proofErr w:type="spellEnd"/>
          </w:p>
          <w:p w:rsidR="002A2FEE" w:rsidRPr="002A2FEE" w:rsidRDefault="002A2FEE" w:rsidP="002A2FEE">
            <w:pPr>
              <w:pStyle w:val="ListParagraph"/>
              <w:numPr>
                <w:ilvl w:val="0"/>
                <w:numId w:val="17"/>
              </w:numPr>
              <w:rPr>
                <w:rFonts w:ascii="Nikosh" w:hAnsi="Nikosh" w:cs="Nikosh"/>
                <w:sz w:val="24"/>
                <w:szCs w:val="24"/>
                <w:u w:val="single"/>
              </w:rPr>
            </w:pPr>
            <w:proofErr w:type="spellStart"/>
            <w:r w:rsidRPr="002A2FEE">
              <w:rPr>
                <w:rFonts w:ascii="Nikosh" w:hAnsi="Nikosh" w:cs="Nikosh"/>
                <w:sz w:val="24"/>
                <w:szCs w:val="24"/>
                <w:u w:val="single"/>
              </w:rPr>
              <w:t>দৈব</w:t>
            </w:r>
            <w:proofErr w:type="spellEnd"/>
            <w:r w:rsidRPr="002A2FEE">
              <w:rPr>
                <w:rFonts w:ascii="Nikosh" w:hAnsi="Nikosh" w:cs="Nikosh"/>
                <w:sz w:val="24"/>
                <w:szCs w:val="24"/>
                <w:u w:val="single"/>
              </w:rPr>
              <w:t xml:space="preserve"> </w:t>
            </w:r>
            <w:proofErr w:type="spellStart"/>
            <w:r w:rsidRPr="002A2FEE">
              <w:rPr>
                <w:rFonts w:ascii="Nikosh" w:hAnsi="Nikosh" w:cs="Nikosh"/>
                <w:sz w:val="24"/>
                <w:szCs w:val="24"/>
                <w:u w:val="single"/>
              </w:rPr>
              <w:t>দূর্ঘটনা</w:t>
            </w:r>
            <w:proofErr w:type="spellEnd"/>
          </w:p>
          <w:p w:rsidR="002A2FEE" w:rsidRPr="002A2FEE" w:rsidRDefault="002A2FEE" w:rsidP="002A2FEE">
            <w:pPr>
              <w:pStyle w:val="ListParagraph"/>
              <w:numPr>
                <w:ilvl w:val="0"/>
                <w:numId w:val="17"/>
              </w:numPr>
              <w:rPr>
                <w:rFonts w:ascii="Nikosh" w:hAnsi="Nikosh" w:cs="Nikosh"/>
                <w:sz w:val="24"/>
                <w:szCs w:val="24"/>
                <w:u w:val="single"/>
              </w:rPr>
            </w:pPr>
            <w:proofErr w:type="spellStart"/>
            <w:r w:rsidRPr="002A2FEE">
              <w:rPr>
                <w:rFonts w:ascii="Nikosh" w:hAnsi="Nikosh" w:cs="Nikosh"/>
                <w:sz w:val="24"/>
                <w:szCs w:val="24"/>
                <w:u w:val="single"/>
              </w:rPr>
              <w:t>শিক্ষা</w:t>
            </w:r>
            <w:proofErr w:type="spellEnd"/>
            <w:r w:rsidRPr="002A2FEE">
              <w:rPr>
                <w:rFonts w:ascii="Nikosh" w:hAnsi="Nikosh" w:cs="Nikosh"/>
                <w:sz w:val="24"/>
                <w:szCs w:val="24"/>
                <w:u w:val="single"/>
              </w:rPr>
              <w:t xml:space="preserve"> </w:t>
            </w:r>
            <w:proofErr w:type="spellStart"/>
            <w:r w:rsidRPr="002A2FEE">
              <w:rPr>
                <w:rFonts w:ascii="Nikosh" w:hAnsi="Nikosh" w:cs="Nikosh"/>
                <w:sz w:val="24"/>
                <w:szCs w:val="24"/>
                <w:u w:val="single"/>
              </w:rPr>
              <w:t>গ্রহণ</w:t>
            </w:r>
            <w:proofErr w:type="spellEnd"/>
            <w:r w:rsidRPr="002A2FEE">
              <w:rPr>
                <w:rFonts w:ascii="Nikosh" w:hAnsi="Nikosh" w:cs="Nikosh"/>
                <w:sz w:val="24"/>
                <w:szCs w:val="24"/>
                <w:u w:val="single"/>
              </w:rPr>
              <w:t xml:space="preserve"> </w:t>
            </w:r>
            <w:proofErr w:type="spellStart"/>
            <w:r w:rsidRPr="002A2FEE">
              <w:rPr>
                <w:rFonts w:ascii="Nikosh" w:hAnsi="Nikosh" w:cs="Nikosh"/>
                <w:sz w:val="24"/>
                <w:szCs w:val="24"/>
                <w:u w:val="single"/>
              </w:rPr>
              <w:t>কাজে</w:t>
            </w:r>
            <w:proofErr w:type="spellEnd"/>
            <w:r w:rsidRPr="002A2FEE">
              <w:rPr>
                <w:rFonts w:ascii="Nikosh" w:hAnsi="Nikosh" w:cs="Nikosh"/>
                <w:sz w:val="24"/>
                <w:szCs w:val="24"/>
                <w:u w:val="single"/>
              </w:rPr>
              <w:t xml:space="preserve"> </w:t>
            </w:r>
            <w:proofErr w:type="spellStart"/>
            <w:r w:rsidRPr="002A2FEE">
              <w:rPr>
                <w:rFonts w:ascii="Nikosh" w:hAnsi="Nikosh" w:cs="Nikosh"/>
                <w:sz w:val="24"/>
                <w:szCs w:val="24"/>
                <w:u w:val="single"/>
              </w:rPr>
              <w:t>ব্যয়</w:t>
            </w:r>
            <w:proofErr w:type="spellEnd"/>
          </w:p>
          <w:p w:rsidR="002A2FEE" w:rsidRPr="002A2FEE" w:rsidRDefault="002A2FEE" w:rsidP="002A2FEE">
            <w:pPr>
              <w:pStyle w:val="ListParagraph"/>
              <w:numPr>
                <w:ilvl w:val="0"/>
                <w:numId w:val="17"/>
              </w:numPr>
              <w:rPr>
                <w:rFonts w:ascii="Nikosh" w:hAnsi="Nikosh" w:cs="Nikosh"/>
                <w:sz w:val="24"/>
                <w:szCs w:val="24"/>
                <w:u w:val="single"/>
              </w:rPr>
            </w:pPr>
            <w:proofErr w:type="spellStart"/>
            <w:r w:rsidRPr="002A2FEE">
              <w:rPr>
                <w:rFonts w:ascii="Nikosh" w:hAnsi="Nikosh" w:cs="Nikosh"/>
                <w:sz w:val="24"/>
                <w:szCs w:val="24"/>
                <w:u w:val="single"/>
              </w:rPr>
              <w:t>দুস্থ</w:t>
            </w:r>
            <w:proofErr w:type="spellEnd"/>
          </w:p>
          <w:p w:rsidR="002A2FEE" w:rsidRPr="002A2FEE" w:rsidRDefault="002A2FEE" w:rsidP="002A2FEE">
            <w:pPr>
              <w:pStyle w:val="ListParagraph"/>
              <w:numPr>
                <w:ilvl w:val="0"/>
                <w:numId w:val="17"/>
              </w:numPr>
              <w:rPr>
                <w:rFonts w:ascii="Nikosh" w:hAnsi="Nikosh" w:cs="Nikosh"/>
                <w:sz w:val="24"/>
                <w:szCs w:val="24"/>
                <w:u w:val="single"/>
              </w:rPr>
            </w:pPr>
            <w:proofErr w:type="spellStart"/>
            <w:r w:rsidRPr="002A2FEE">
              <w:rPr>
                <w:rFonts w:ascii="Nikosh" w:hAnsi="Nikosh" w:cs="Nikosh"/>
                <w:sz w:val="24"/>
                <w:szCs w:val="24"/>
                <w:u w:val="single"/>
              </w:rPr>
              <w:t>মেধাবী</w:t>
            </w:r>
            <w:proofErr w:type="spellEnd"/>
          </w:p>
          <w:p w:rsidR="002A2FEE" w:rsidRPr="002A2FEE" w:rsidRDefault="002A2FEE" w:rsidP="002A2FEE">
            <w:pPr>
              <w:pStyle w:val="ListParagraph"/>
              <w:numPr>
                <w:ilvl w:val="0"/>
                <w:numId w:val="17"/>
              </w:numPr>
              <w:rPr>
                <w:rFonts w:ascii="Nikosh" w:hAnsi="Nikosh" w:cs="Nikosh"/>
                <w:sz w:val="24"/>
                <w:szCs w:val="24"/>
                <w:u w:val="single"/>
              </w:rPr>
            </w:pPr>
            <w:proofErr w:type="spellStart"/>
            <w:r w:rsidRPr="002A2FEE">
              <w:rPr>
                <w:rFonts w:ascii="Nikosh" w:hAnsi="Nikosh" w:cs="Nikosh"/>
                <w:sz w:val="24"/>
                <w:szCs w:val="24"/>
                <w:u w:val="single"/>
              </w:rPr>
              <w:t>প্রতিবন্ধী</w:t>
            </w:r>
            <w:proofErr w:type="spellEnd"/>
          </w:p>
          <w:p w:rsidR="002A2FEE" w:rsidRPr="002A2FEE" w:rsidRDefault="002A2FEE" w:rsidP="002A2FEE">
            <w:pPr>
              <w:pStyle w:val="ListParagraph"/>
              <w:numPr>
                <w:ilvl w:val="0"/>
                <w:numId w:val="17"/>
              </w:numPr>
              <w:rPr>
                <w:rFonts w:ascii="Nikosh" w:hAnsi="Nikosh" w:cs="Nikosh"/>
                <w:sz w:val="24"/>
                <w:szCs w:val="24"/>
                <w:u w:val="single"/>
              </w:rPr>
            </w:pPr>
            <w:proofErr w:type="spellStart"/>
            <w:r w:rsidRPr="002A2FEE">
              <w:rPr>
                <w:rFonts w:ascii="Nikosh" w:hAnsi="Nikosh" w:cs="Nikosh"/>
                <w:sz w:val="24"/>
                <w:szCs w:val="24"/>
                <w:u w:val="single"/>
              </w:rPr>
              <w:t>অসহায়</w:t>
            </w:r>
            <w:proofErr w:type="spellEnd"/>
          </w:p>
          <w:p w:rsidR="002A2FEE" w:rsidRPr="002A2FEE" w:rsidRDefault="002A2FEE" w:rsidP="002A2FEE">
            <w:pPr>
              <w:pStyle w:val="ListParagraph"/>
              <w:numPr>
                <w:ilvl w:val="0"/>
                <w:numId w:val="17"/>
              </w:numPr>
              <w:rPr>
                <w:rFonts w:ascii="Nikosh" w:hAnsi="Nikosh" w:cs="Nikosh"/>
                <w:sz w:val="24"/>
                <w:szCs w:val="24"/>
                <w:u w:val="single"/>
              </w:rPr>
            </w:pPr>
            <w:proofErr w:type="spellStart"/>
            <w:r w:rsidRPr="002A2FEE">
              <w:rPr>
                <w:rFonts w:ascii="Nikosh" w:hAnsi="Nikosh" w:cs="Nikosh"/>
                <w:sz w:val="24"/>
                <w:szCs w:val="24"/>
                <w:u w:val="single"/>
              </w:rPr>
              <w:t>রোগাগ্রস্থ</w:t>
            </w:r>
            <w:proofErr w:type="spellEnd"/>
          </w:p>
          <w:p w:rsidR="002A2FEE" w:rsidRPr="002A2FEE" w:rsidRDefault="002A2FEE" w:rsidP="002A2FEE">
            <w:pPr>
              <w:pStyle w:val="ListParagraph"/>
              <w:numPr>
                <w:ilvl w:val="0"/>
                <w:numId w:val="17"/>
              </w:numPr>
              <w:rPr>
                <w:rFonts w:ascii="Nikosh" w:hAnsi="Nikosh" w:cs="Nikosh"/>
                <w:sz w:val="24"/>
                <w:szCs w:val="24"/>
                <w:u w:val="single"/>
              </w:rPr>
            </w:pPr>
            <w:proofErr w:type="spellStart"/>
            <w:r w:rsidRPr="002A2FEE">
              <w:rPr>
                <w:rFonts w:ascii="Nikosh" w:hAnsi="Nikosh" w:cs="Nikosh"/>
                <w:sz w:val="24"/>
                <w:szCs w:val="24"/>
                <w:u w:val="single"/>
              </w:rPr>
              <w:t>গরীব</w:t>
            </w:r>
            <w:proofErr w:type="spellEnd"/>
          </w:p>
          <w:p w:rsidR="00A3343D" w:rsidRPr="002A2FEE" w:rsidRDefault="002A2FEE" w:rsidP="002A2FEE">
            <w:pPr>
              <w:pStyle w:val="ListParagraph"/>
              <w:numPr>
                <w:ilvl w:val="0"/>
                <w:numId w:val="17"/>
              </w:numPr>
              <w:spacing w:after="0" w:line="216" w:lineRule="auto"/>
              <w:rPr>
                <w:rFonts w:ascii="Nikosh" w:hAnsi="Nikosh" w:cs="Nikosh"/>
              </w:rPr>
            </w:pPr>
            <w:proofErr w:type="spellStart"/>
            <w:r w:rsidRPr="002A2FEE">
              <w:rPr>
                <w:rFonts w:ascii="Nikosh" w:hAnsi="Nikosh" w:cs="Nikosh"/>
                <w:sz w:val="24"/>
                <w:szCs w:val="24"/>
                <w:u w:val="single"/>
              </w:rPr>
              <w:t>অনগ্রসর</w:t>
            </w:r>
            <w:proofErr w:type="spellEnd"/>
            <w:r w:rsidRPr="002A2FEE">
              <w:rPr>
                <w:rFonts w:ascii="Nikosh" w:hAnsi="Nikosh" w:cs="Nikosh"/>
                <w:sz w:val="24"/>
                <w:szCs w:val="24"/>
                <w:u w:val="single"/>
              </w:rPr>
              <w:t xml:space="preserve"> </w:t>
            </w:r>
            <w:proofErr w:type="spellStart"/>
            <w:r w:rsidRPr="002A2FEE">
              <w:rPr>
                <w:rFonts w:ascii="Nikosh" w:hAnsi="Nikosh" w:cs="Nikosh"/>
                <w:sz w:val="24"/>
                <w:szCs w:val="24"/>
                <w:u w:val="single"/>
              </w:rPr>
              <w:t>সম্প্রদায়</w:t>
            </w:r>
            <w:proofErr w:type="spellEnd"/>
          </w:p>
        </w:tc>
      </w:tr>
      <w:tr w:rsidR="00A3343D" w:rsidRPr="00DE4D1F" w:rsidTr="00F569CD">
        <w:trPr>
          <w:gridBefore w:val="1"/>
          <w:wBefore w:w="121" w:type="dxa"/>
          <w:trHeight w:val="317"/>
          <w:jc w:val="center"/>
        </w:trPr>
        <w:tc>
          <w:tcPr>
            <w:tcW w:w="3749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AFB"/>
            <w:tcMar>
              <w:top w:w="100" w:type="dxa"/>
              <w:left w:w="120" w:type="dxa"/>
              <w:bottom w:w="100" w:type="dxa"/>
              <w:right w:w="100" w:type="dxa"/>
            </w:tcMar>
          </w:tcPr>
          <w:p w:rsidR="00A3343D" w:rsidRDefault="00A3343D" w:rsidP="00440915">
            <w:pPr>
              <w:spacing w:after="0" w:line="216" w:lineRule="auto"/>
              <w:rPr>
                <w:rFonts w:ascii="Nikosh" w:hAnsi="Nikosh" w:cs="Nikosh"/>
              </w:rPr>
            </w:pPr>
            <w:proofErr w:type="spellStart"/>
            <w:r>
              <w:rPr>
                <w:rFonts w:ascii="Nikosh" w:hAnsi="Nikosh" w:cs="Nikosh"/>
              </w:rPr>
              <w:t>শিক্ষার্থীর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নিজ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বিভাগ</w:t>
            </w:r>
            <w:proofErr w:type="spellEnd"/>
            <w:r>
              <w:rPr>
                <w:rFonts w:ascii="Nikosh" w:hAnsi="Nikosh" w:cs="Nikosh"/>
              </w:rPr>
              <w:t xml:space="preserve">: </w:t>
            </w:r>
            <w:r w:rsidRPr="007E2FF5">
              <w:rPr>
                <w:rFonts w:ascii="Nikosh" w:hAnsi="Nikosh" w:cs="Nikosh"/>
              </w:rPr>
              <w:t>*</w:t>
            </w:r>
          </w:p>
        </w:tc>
        <w:tc>
          <w:tcPr>
            <w:tcW w:w="612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50" w:type="dxa"/>
              <w:left w:w="120" w:type="dxa"/>
              <w:bottom w:w="150" w:type="dxa"/>
              <w:right w:w="100" w:type="dxa"/>
            </w:tcMar>
          </w:tcPr>
          <w:p w:rsidR="00A3343D" w:rsidRPr="00DE4D1F" w:rsidRDefault="00A3343D" w:rsidP="00440915">
            <w:pPr>
              <w:spacing w:after="0" w:line="216" w:lineRule="auto"/>
              <w:rPr>
                <w:rFonts w:ascii="Nikosh" w:hAnsi="Nikosh" w:cs="Nikosh"/>
              </w:rPr>
            </w:pPr>
          </w:p>
        </w:tc>
      </w:tr>
      <w:tr w:rsidR="00A3343D" w:rsidRPr="00DE4D1F" w:rsidTr="00F569CD">
        <w:trPr>
          <w:gridBefore w:val="1"/>
          <w:wBefore w:w="121" w:type="dxa"/>
          <w:trHeight w:val="317"/>
          <w:jc w:val="center"/>
        </w:trPr>
        <w:tc>
          <w:tcPr>
            <w:tcW w:w="3749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AFB"/>
            <w:tcMar>
              <w:top w:w="100" w:type="dxa"/>
              <w:left w:w="120" w:type="dxa"/>
              <w:bottom w:w="100" w:type="dxa"/>
              <w:right w:w="100" w:type="dxa"/>
            </w:tcMar>
          </w:tcPr>
          <w:p w:rsidR="00A3343D" w:rsidRDefault="00A3343D" w:rsidP="00440915">
            <w:pPr>
              <w:spacing w:after="0" w:line="216" w:lineRule="auto"/>
              <w:rPr>
                <w:rFonts w:ascii="Nikosh" w:hAnsi="Nikosh" w:cs="Nikosh"/>
              </w:rPr>
            </w:pPr>
            <w:proofErr w:type="spellStart"/>
            <w:r>
              <w:rPr>
                <w:rFonts w:ascii="Nikosh" w:hAnsi="Nikosh" w:cs="Nikosh"/>
              </w:rPr>
              <w:t>শিক্ষার্থীর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নিজ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জেলা</w:t>
            </w:r>
            <w:proofErr w:type="spellEnd"/>
            <w:r>
              <w:rPr>
                <w:rFonts w:ascii="Nikosh" w:hAnsi="Nikosh" w:cs="Nikosh"/>
              </w:rPr>
              <w:t xml:space="preserve">:  </w:t>
            </w:r>
            <w:r w:rsidRPr="007E2FF5">
              <w:rPr>
                <w:rFonts w:ascii="Nikosh" w:hAnsi="Nikosh" w:cs="Nikosh"/>
              </w:rPr>
              <w:t>*</w:t>
            </w:r>
          </w:p>
        </w:tc>
        <w:tc>
          <w:tcPr>
            <w:tcW w:w="612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50" w:type="dxa"/>
              <w:left w:w="120" w:type="dxa"/>
              <w:bottom w:w="150" w:type="dxa"/>
              <w:right w:w="100" w:type="dxa"/>
            </w:tcMar>
          </w:tcPr>
          <w:p w:rsidR="00A3343D" w:rsidRPr="00DE4D1F" w:rsidRDefault="00A3343D" w:rsidP="00440915">
            <w:pPr>
              <w:spacing w:after="0" w:line="216" w:lineRule="auto"/>
              <w:rPr>
                <w:rFonts w:ascii="Nikosh" w:hAnsi="Nikosh" w:cs="Nikosh"/>
              </w:rPr>
            </w:pPr>
          </w:p>
        </w:tc>
      </w:tr>
      <w:tr w:rsidR="00A3343D" w:rsidRPr="00DE4D1F" w:rsidTr="00F569CD">
        <w:trPr>
          <w:gridBefore w:val="1"/>
          <w:wBefore w:w="121" w:type="dxa"/>
          <w:trHeight w:val="389"/>
          <w:jc w:val="center"/>
        </w:trPr>
        <w:tc>
          <w:tcPr>
            <w:tcW w:w="3749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AFB"/>
            <w:tcMar>
              <w:top w:w="100" w:type="dxa"/>
              <w:left w:w="120" w:type="dxa"/>
              <w:bottom w:w="100" w:type="dxa"/>
              <w:right w:w="100" w:type="dxa"/>
            </w:tcMar>
          </w:tcPr>
          <w:p w:rsidR="00A3343D" w:rsidRDefault="00A3343D" w:rsidP="00440915">
            <w:pPr>
              <w:spacing w:after="0" w:line="216" w:lineRule="auto"/>
              <w:rPr>
                <w:rFonts w:ascii="Nikosh" w:hAnsi="Nikosh" w:cs="Nikosh"/>
              </w:rPr>
            </w:pPr>
            <w:proofErr w:type="spellStart"/>
            <w:r>
              <w:rPr>
                <w:rFonts w:ascii="Nikosh" w:hAnsi="Nikosh" w:cs="Nikosh"/>
              </w:rPr>
              <w:t>শিক্ষার্থীর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নিজ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উপজেলা</w:t>
            </w:r>
            <w:proofErr w:type="spellEnd"/>
            <w:r>
              <w:rPr>
                <w:rFonts w:ascii="Nikosh" w:hAnsi="Nikosh" w:cs="Nikosh"/>
              </w:rPr>
              <w:t xml:space="preserve">: </w:t>
            </w:r>
            <w:r w:rsidRPr="007E2FF5">
              <w:rPr>
                <w:rFonts w:ascii="Nikosh" w:hAnsi="Nikosh" w:cs="Nikosh"/>
              </w:rPr>
              <w:t>*</w:t>
            </w:r>
          </w:p>
        </w:tc>
        <w:tc>
          <w:tcPr>
            <w:tcW w:w="612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50" w:type="dxa"/>
              <w:left w:w="120" w:type="dxa"/>
              <w:bottom w:w="150" w:type="dxa"/>
              <w:right w:w="100" w:type="dxa"/>
            </w:tcMar>
          </w:tcPr>
          <w:p w:rsidR="00A3343D" w:rsidRPr="00DE4D1F" w:rsidRDefault="00A3343D" w:rsidP="00440915">
            <w:pPr>
              <w:spacing w:after="0" w:line="216" w:lineRule="auto"/>
              <w:rPr>
                <w:rFonts w:ascii="Nikosh" w:hAnsi="Nikosh" w:cs="Nikosh"/>
              </w:rPr>
            </w:pPr>
          </w:p>
        </w:tc>
      </w:tr>
      <w:tr w:rsidR="00A3343D" w:rsidRPr="00DE4D1F" w:rsidTr="00F569CD">
        <w:trPr>
          <w:gridBefore w:val="1"/>
          <w:wBefore w:w="121" w:type="dxa"/>
          <w:trHeight w:val="317"/>
          <w:jc w:val="center"/>
        </w:trPr>
        <w:tc>
          <w:tcPr>
            <w:tcW w:w="3749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AFB"/>
            <w:tcMar>
              <w:top w:w="100" w:type="dxa"/>
              <w:left w:w="120" w:type="dxa"/>
              <w:bottom w:w="100" w:type="dxa"/>
              <w:right w:w="100" w:type="dxa"/>
            </w:tcMar>
          </w:tcPr>
          <w:p w:rsidR="00A3343D" w:rsidRDefault="00A3343D" w:rsidP="00440915">
            <w:pPr>
              <w:spacing w:after="0" w:line="216" w:lineRule="auto"/>
              <w:rPr>
                <w:rFonts w:ascii="Nikosh" w:hAnsi="Nikosh" w:cs="Nikosh"/>
              </w:rPr>
            </w:pPr>
            <w:proofErr w:type="spellStart"/>
            <w:r>
              <w:rPr>
                <w:rFonts w:ascii="Nikosh" w:hAnsi="Nikosh" w:cs="Nikosh"/>
              </w:rPr>
              <w:t>শিক্ষার্থীর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বর্তমান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ঠিকানা</w:t>
            </w:r>
            <w:proofErr w:type="spellEnd"/>
            <w:r>
              <w:rPr>
                <w:rFonts w:ascii="Nikosh" w:hAnsi="Nikosh" w:cs="Nikosh"/>
              </w:rPr>
              <w:t xml:space="preserve"> (</w:t>
            </w:r>
            <w:proofErr w:type="spellStart"/>
            <w:r>
              <w:rPr>
                <w:rFonts w:ascii="Nikosh" w:hAnsi="Nikosh" w:cs="Nikosh"/>
              </w:rPr>
              <w:t>বাংলা</w:t>
            </w:r>
            <w:proofErr w:type="spellEnd"/>
            <w:r>
              <w:rPr>
                <w:rFonts w:ascii="Nikosh" w:hAnsi="Nikosh" w:cs="Nikosh"/>
              </w:rPr>
              <w:t xml:space="preserve">): </w:t>
            </w:r>
            <w:r w:rsidRPr="007E2FF5">
              <w:rPr>
                <w:rFonts w:ascii="Nikosh" w:hAnsi="Nikosh" w:cs="Nikosh"/>
              </w:rPr>
              <w:t>*</w:t>
            </w:r>
          </w:p>
        </w:tc>
        <w:tc>
          <w:tcPr>
            <w:tcW w:w="612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50" w:type="dxa"/>
              <w:left w:w="120" w:type="dxa"/>
              <w:bottom w:w="150" w:type="dxa"/>
              <w:right w:w="100" w:type="dxa"/>
            </w:tcMar>
          </w:tcPr>
          <w:p w:rsidR="00A3343D" w:rsidRPr="00DE4D1F" w:rsidRDefault="00A3343D" w:rsidP="00440915">
            <w:pPr>
              <w:spacing w:after="0" w:line="216" w:lineRule="auto"/>
              <w:rPr>
                <w:rFonts w:ascii="Nikosh" w:hAnsi="Nikosh" w:cs="Nikosh"/>
              </w:rPr>
            </w:pPr>
          </w:p>
        </w:tc>
      </w:tr>
      <w:tr w:rsidR="00F569CD" w:rsidRPr="00DE4D1F" w:rsidTr="00F569CD">
        <w:trPr>
          <w:gridBefore w:val="1"/>
          <w:wBefore w:w="121" w:type="dxa"/>
          <w:trHeight w:val="317"/>
          <w:jc w:val="center"/>
        </w:trPr>
        <w:tc>
          <w:tcPr>
            <w:tcW w:w="3749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AFB"/>
            <w:tcMar>
              <w:top w:w="100" w:type="dxa"/>
              <w:left w:w="120" w:type="dxa"/>
              <w:bottom w:w="100" w:type="dxa"/>
              <w:right w:w="100" w:type="dxa"/>
            </w:tcMar>
          </w:tcPr>
          <w:p w:rsidR="00F569CD" w:rsidRPr="00DE4D1F" w:rsidRDefault="00F569CD" w:rsidP="00F569CD">
            <w:pPr>
              <w:spacing w:after="0" w:line="216" w:lineRule="auto"/>
              <w:rPr>
                <w:rFonts w:ascii="Nikosh" w:hAnsi="Nikosh" w:cs="Nikosh"/>
              </w:rPr>
            </w:pPr>
            <w:proofErr w:type="spellStart"/>
            <w:r>
              <w:rPr>
                <w:rFonts w:ascii="Nikosh" w:hAnsi="Nikosh" w:cs="Nikosh"/>
              </w:rPr>
              <w:t>শিক্ষার্থী</w:t>
            </w:r>
            <w:r w:rsidR="00885042">
              <w:rPr>
                <w:rFonts w:ascii="Nikosh" w:hAnsi="Nikosh" w:cs="Nikosh"/>
              </w:rPr>
              <w:t>র</w:t>
            </w:r>
            <w:proofErr w:type="spellEnd"/>
            <w:r w:rsidR="00885042">
              <w:rPr>
                <w:rFonts w:ascii="Nikosh" w:hAnsi="Nikosh" w:cs="Nikosh"/>
              </w:rPr>
              <w:t xml:space="preserve"> </w:t>
            </w:r>
            <w:proofErr w:type="spellStart"/>
            <w:r w:rsidR="00885042">
              <w:rPr>
                <w:rFonts w:ascii="Nikosh" w:hAnsi="Nikosh" w:cs="Nikosh"/>
              </w:rPr>
              <w:t>নিজনামে</w:t>
            </w:r>
            <w:proofErr w:type="spellEnd"/>
            <w:r w:rsidR="00885042">
              <w:rPr>
                <w:rFonts w:ascii="Nikosh" w:hAnsi="Nikosh" w:cs="Nikosh"/>
              </w:rPr>
              <w:t xml:space="preserve">/ </w:t>
            </w:r>
            <w:proofErr w:type="spellStart"/>
            <w:r w:rsidR="00885042">
              <w:rPr>
                <w:rFonts w:ascii="Nikosh" w:hAnsi="Nikosh" w:cs="Nikosh"/>
              </w:rPr>
              <w:t>শিক্ষার্থীর</w:t>
            </w:r>
            <w:proofErr w:type="spellEnd"/>
            <w:r w:rsidR="00885042">
              <w:rPr>
                <w:rFonts w:ascii="Nikosh" w:hAnsi="Nikosh" w:cs="Nikosh"/>
              </w:rPr>
              <w:t xml:space="preserve"> সাথে</w:t>
            </w:r>
            <w:bookmarkStart w:id="0" w:name="_GoBack"/>
            <w:bookmarkEnd w:id="0"/>
            <w:r>
              <w:rPr>
                <w:rFonts w:ascii="Nikosh" w:hAnsi="Nikosh" w:cs="Nikosh"/>
              </w:rPr>
              <w:t xml:space="preserve"> (</w:t>
            </w:r>
            <w:proofErr w:type="spellStart"/>
            <w:r>
              <w:rPr>
                <w:rFonts w:ascii="Nikosh" w:hAnsi="Nikosh" w:cs="Nikosh"/>
              </w:rPr>
              <w:t>পিতা</w:t>
            </w:r>
            <w:proofErr w:type="spellEnd"/>
            <w:r>
              <w:rPr>
                <w:rFonts w:ascii="Nikosh" w:hAnsi="Nikosh" w:cs="Nikosh"/>
              </w:rPr>
              <w:t>/</w:t>
            </w:r>
            <w:proofErr w:type="spellStart"/>
            <w:r>
              <w:rPr>
                <w:rFonts w:ascii="Nikosh" w:hAnsi="Nikosh" w:cs="Nikosh"/>
              </w:rPr>
              <w:t>মাতার</w:t>
            </w:r>
            <w:proofErr w:type="spellEnd"/>
            <w:r>
              <w:rPr>
                <w:rFonts w:ascii="Nikosh" w:hAnsi="Nikosh" w:cs="Nikosh"/>
              </w:rPr>
              <w:t xml:space="preserve">) </w:t>
            </w:r>
            <w:proofErr w:type="spellStart"/>
            <w:r>
              <w:rPr>
                <w:rFonts w:ascii="Nikosh" w:hAnsi="Nikosh" w:cs="Nikosh"/>
              </w:rPr>
              <w:t>যৌথ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ব্যাংক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একাউন্ট</w:t>
            </w:r>
            <w:proofErr w:type="spellEnd"/>
            <w:r>
              <w:rPr>
                <w:rFonts w:ascii="Nikosh" w:hAnsi="Nikosh" w:cs="Nikosh"/>
              </w:rPr>
              <w:t xml:space="preserve">  </w:t>
            </w:r>
            <w:proofErr w:type="spellStart"/>
            <w:r>
              <w:rPr>
                <w:rFonts w:ascii="Nikosh" w:hAnsi="Nikosh" w:cs="Nikosh"/>
              </w:rPr>
              <w:t>নম্বর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r w:rsidRPr="00923CAA">
              <w:rPr>
                <w:rFonts w:ascii="Nikosh" w:hAnsi="Nikosh" w:cs="Nikosh"/>
                <w:color w:val="FF0000"/>
                <w:sz w:val="24"/>
                <w:szCs w:val="24"/>
              </w:rPr>
              <w:t>*</w:t>
            </w:r>
          </w:p>
        </w:tc>
        <w:tc>
          <w:tcPr>
            <w:tcW w:w="612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50" w:type="dxa"/>
              <w:left w:w="120" w:type="dxa"/>
              <w:bottom w:w="150" w:type="dxa"/>
              <w:right w:w="100" w:type="dxa"/>
            </w:tcMar>
          </w:tcPr>
          <w:p w:rsidR="00F569CD" w:rsidRPr="00DE4D1F" w:rsidRDefault="00F569CD" w:rsidP="00F569CD">
            <w:pPr>
              <w:spacing w:after="0" w:line="216" w:lineRule="auto"/>
              <w:rPr>
                <w:rFonts w:ascii="Nikosh" w:hAnsi="Nikosh" w:cs="Nikosh"/>
              </w:rPr>
            </w:pPr>
          </w:p>
        </w:tc>
      </w:tr>
      <w:tr w:rsidR="00F569CD" w:rsidRPr="00DE4D1F" w:rsidTr="00F569CD">
        <w:trPr>
          <w:gridBefore w:val="1"/>
          <w:wBefore w:w="121" w:type="dxa"/>
          <w:trHeight w:val="317"/>
          <w:jc w:val="center"/>
        </w:trPr>
        <w:tc>
          <w:tcPr>
            <w:tcW w:w="3749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AFB"/>
            <w:tcMar>
              <w:top w:w="100" w:type="dxa"/>
              <w:left w:w="120" w:type="dxa"/>
              <w:bottom w:w="100" w:type="dxa"/>
              <w:right w:w="100" w:type="dxa"/>
            </w:tcMar>
          </w:tcPr>
          <w:p w:rsidR="00F569CD" w:rsidRPr="00DE4D1F" w:rsidRDefault="00F569CD" w:rsidP="00F569CD">
            <w:pPr>
              <w:spacing w:after="0" w:line="216" w:lineRule="auto"/>
              <w:rPr>
                <w:rFonts w:ascii="Nikosh" w:hAnsi="Nikosh" w:cs="Nikosh"/>
              </w:rPr>
            </w:pPr>
            <w:proofErr w:type="spellStart"/>
            <w:r>
              <w:rPr>
                <w:rFonts w:ascii="Nikosh" w:hAnsi="Nikosh" w:cs="Nikosh"/>
              </w:rPr>
              <w:t>ব্যাংকের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নাম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r w:rsidRPr="00923CAA">
              <w:rPr>
                <w:rFonts w:ascii="Nikosh" w:hAnsi="Nikosh" w:cs="Nikosh"/>
                <w:color w:val="FF0000"/>
                <w:sz w:val="24"/>
                <w:szCs w:val="24"/>
              </w:rPr>
              <w:t>*</w:t>
            </w:r>
          </w:p>
        </w:tc>
        <w:tc>
          <w:tcPr>
            <w:tcW w:w="612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50" w:type="dxa"/>
              <w:left w:w="120" w:type="dxa"/>
              <w:bottom w:w="150" w:type="dxa"/>
              <w:right w:w="100" w:type="dxa"/>
            </w:tcMar>
          </w:tcPr>
          <w:p w:rsidR="00F569CD" w:rsidRPr="00DE4D1F" w:rsidRDefault="00F569CD" w:rsidP="00F569CD">
            <w:pPr>
              <w:spacing w:after="0" w:line="216" w:lineRule="auto"/>
              <w:rPr>
                <w:rFonts w:ascii="Nikosh" w:hAnsi="Nikosh" w:cs="Nikosh"/>
              </w:rPr>
            </w:pPr>
          </w:p>
        </w:tc>
      </w:tr>
      <w:tr w:rsidR="00F569CD" w:rsidRPr="00DE4D1F" w:rsidTr="00F569CD">
        <w:trPr>
          <w:gridBefore w:val="1"/>
          <w:wBefore w:w="121" w:type="dxa"/>
          <w:trHeight w:val="317"/>
          <w:jc w:val="center"/>
        </w:trPr>
        <w:tc>
          <w:tcPr>
            <w:tcW w:w="3749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AFB"/>
            <w:tcMar>
              <w:top w:w="100" w:type="dxa"/>
              <w:left w:w="120" w:type="dxa"/>
              <w:bottom w:w="100" w:type="dxa"/>
              <w:right w:w="100" w:type="dxa"/>
            </w:tcMar>
          </w:tcPr>
          <w:p w:rsidR="00F569CD" w:rsidRPr="00DE4D1F" w:rsidRDefault="00F569CD" w:rsidP="00F569CD">
            <w:pPr>
              <w:spacing w:after="0" w:line="216" w:lineRule="auto"/>
              <w:rPr>
                <w:rFonts w:ascii="Nikosh" w:hAnsi="Nikosh" w:cs="Nikosh"/>
              </w:rPr>
            </w:pPr>
            <w:proofErr w:type="spellStart"/>
            <w:r>
              <w:rPr>
                <w:rFonts w:ascii="Nikosh" w:hAnsi="Nikosh" w:cs="Nikosh"/>
              </w:rPr>
              <w:t>ব্যাংকের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শাখা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r w:rsidRPr="00923CAA">
              <w:rPr>
                <w:rFonts w:ascii="Nikosh" w:hAnsi="Nikosh" w:cs="Nikosh"/>
                <w:color w:val="FF0000"/>
                <w:sz w:val="24"/>
                <w:szCs w:val="24"/>
              </w:rPr>
              <w:t>*</w:t>
            </w:r>
          </w:p>
        </w:tc>
        <w:tc>
          <w:tcPr>
            <w:tcW w:w="612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50" w:type="dxa"/>
              <w:left w:w="120" w:type="dxa"/>
              <w:bottom w:w="150" w:type="dxa"/>
              <w:right w:w="100" w:type="dxa"/>
            </w:tcMar>
          </w:tcPr>
          <w:p w:rsidR="00F569CD" w:rsidRDefault="00F569CD" w:rsidP="00F569CD">
            <w:pPr>
              <w:spacing w:after="0" w:line="216" w:lineRule="auto"/>
              <w:rPr>
                <w:rFonts w:ascii="Nikosh" w:hAnsi="Nikosh" w:cs="Nikosh"/>
              </w:rPr>
            </w:pPr>
          </w:p>
          <w:p w:rsidR="00F569CD" w:rsidRPr="00DE4D1F" w:rsidRDefault="00F569CD" w:rsidP="00F569CD">
            <w:pPr>
              <w:spacing w:after="0" w:line="216" w:lineRule="auto"/>
              <w:rPr>
                <w:rFonts w:ascii="Nikosh" w:hAnsi="Nikosh" w:cs="Nikosh"/>
              </w:rPr>
            </w:pPr>
          </w:p>
        </w:tc>
      </w:tr>
      <w:tr w:rsidR="00F569CD" w:rsidRPr="00DE4D1F" w:rsidTr="00F569CD">
        <w:trPr>
          <w:gridBefore w:val="1"/>
          <w:wBefore w:w="121" w:type="dxa"/>
          <w:trHeight w:val="317"/>
          <w:jc w:val="center"/>
        </w:trPr>
        <w:tc>
          <w:tcPr>
            <w:tcW w:w="3749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AFB"/>
            <w:tcMar>
              <w:top w:w="100" w:type="dxa"/>
              <w:left w:w="120" w:type="dxa"/>
              <w:bottom w:w="100" w:type="dxa"/>
              <w:right w:w="100" w:type="dxa"/>
            </w:tcMar>
          </w:tcPr>
          <w:p w:rsidR="00F569CD" w:rsidRPr="00DE4D1F" w:rsidRDefault="00F569CD" w:rsidP="00F569CD">
            <w:pPr>
              <w:spacing w:after="0" w:line="216" w:lineRule="auto"/>
              <w:rPr>
                <w:rFonts w:ascii="Nikosh" w:hAnsi="Nikosh" w:cs="Nikosh"/>
              </w:rPr>
            </w:pPr>
            <w:proofErr w:type="spellStart"/>
            <w:r>
              <w:rPr>
                <w:rFonts w:ascii="Nikosh" w:hAnsi="Nikosh" w:cs="Nikosh"/>
              </w:rPr>
              <w:t>ব্যাংকের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রাউটিং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নম্বর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r w:rsidRPr="00923CAA">
              <w:rPr>
                <w:rFonts w:ascii="Nikosh" w:hAnsi="Nikosh" w:cs="Nikosh"/>
                <w:color w:val="FF0000"/>
                <w:sz w:val="24"/>
                <w:szCs w:val="24"/>
              </w:rPr>
              <w:t>*</w:t>
            </w:r>
          </w:p>
        </w:tc>
        <w:tc>
          <w:tcPr>
            <w:tcW w:w="612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50" w:type="dxa"/>
              <w:left w:w="120" w:type="dxa"/>
              <w:bottom w:w="150" w:type="dxa"/>
              <w:right w:w="100" w:type="dxa"/>
            </w:tcMar>
          </w:tcPr>
          <w:p w:rsidR="00F569CD" w:rsidRDefault="00F569CD" w:rsidP="00F569CD">
            <w:pPr>
              <w:spacing w:after="0" w:line="216" w:lineRule="auto"/>
              <w:rPr>
                <w:rFonts w:ascii="Nikosh" w:hAnsi="Nikosh" w:cs="Nikosh"/>
              </w:rPr>
            </w:pPr>
          </w:p>
          <w:p w:rsidR="00F569CD" w:rsidRPr="00DE4D1F" w:rsidRDefault="00F569CD" w:rsidP="00F569CD">
            <w:pPr>
              <w:spacing w:after="0" w:line="216" w:lineRule="auto"/>
              <w:rPr>
                <w:rFonts w:ascii="Nikosh" w:hAnsi="Nikosh" w:cs="Nikosh"/>
              </w:rPr>
            </w:pPr>
          </w:p>
        </w:tc>
      </w:tr>
      <w:tr w:rsidR="00DE247B" w:rsidRPr="00DE4D1F" w:rsidTr="00F569CD">
        <w:trPr>
          <w:gridBefore w:val="1"/>
          <w:wBefore w:w="121" w:type="dxa"/>
          <w:jc w:val="center"/>
        </w:trPr>
        <w:tc>
          <w:tcPr>
            <w:tcW w:w="9869" w:type="dxa"/>
            <w:gridSpan w:val="3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AFAFA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DE247B" w:rsidRDefault="00C1397A" w:rsidP="00440915">
            <w:pPr>
              <w:spacing w:after="0" w:line="216" w:lineRule="auto"/>
              <w:rPr>
                <w:rFonts w:ascii="Nikosh" w:hAnsi="Nikosh" w:cs="Nikosh"/>
                <w:color w:val="333333"/>
                <w:sz w:val="19"/>
              </w:rPr>
            </w:pPr>
            <w:proofErr w:type="spellStart"/>
            <w:r w:rsidRPr="00A3343D">
              <w:rPr>
                <w:rFonts w:ascii="Nikosh" w:hAnsi="Nikosh" w:cs="Nikosh"/>
                <w:color w:val="333333"/>
                <w:sz w:val="19"/>
              </w:rPr>
              <w:lastRenderedPageBreak/>
              <w:t>সংযুক্তি</w:t>
            </w:r>
            <w:proofErr w:type="spellEnd"/>
            <w:r w:rsidR="00CB5160">
              <w:rPr>
                <w:rFonts w:ascii="Nikosh" w:hAnsi="Nikosh" w:cs="Nikosh"/>
                <w:color w:val="333333"/>
                <w:sz w:val="19"/>
              </w:rPr>
              <w:t>:</w:t>
            </w:r>
          </w:p>
          <w:p w:rsidR="00F569CD" w:rsidRDefault="00F569CD" w:rsidP="00F569CD">
            <w:pPr>
              <w:pStyle w:val="ListParagraph"/>
              <w:numPr>
                <w:ilvl w:val="0"/>
                <w:numId w:val="18"/>
              </w:numPr>
              <w:spacing w:after="0" w:line="360" w:lineRule="auto"/>
              <w:rPr>
                <w:rFonts w:ascii="Nikosh" w:hAnsi="Nikosh" w:cs="Nikosh"/>
                <w:sz w:val="24"/>
                <w:szCs w:val="24"/>
              </w:rPr>
            </w:pPr>
            <w:proofErr w:type="spellStart"/>
            <w:r w:rsidRPr="00487CB8">
              <w:rPr>
                <w:rFonts w:ascii="Nikosh" w:hAnsi="Nikosh" w:cs="Nikosh"/>
                <w:sz w:val="24"/>
                <w:szCs w:val="24"/>
              </w:rPr>
              <w:t>শিক্ষা</w:t>
            </w:r>
            <w:proofErr w:type="spellEnd"/>
            <w:r w:rsidRPr="00487CB8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487CB8">
              <w:rPr>
                <w:rFonts w:ascii="Nikosh" w:hAnsi="Nikosh" w:cs="Nikosh"/>
                <w:sz w:val="24"/>
                <w:szCs w:val="24"/>
              </w:rPr>
              <w:t>প্রতিষ্ঠান</w:t>
            </w:r>
            <w:proofErr w:type="spellEnd"/>
            <w:r w:rsidRPr="00487CB8">
              <w:rPr>
                <w:rFonts w:ascii="Nikosh" w:hAnsi="Nikosh" w:cs="Nikosh"/>
                <w:sz w:val="24"/>
                <w:szCs w:val="24"/>
              </w:rPr>
              <w:t xml:space="preserve"> MICR  </w:t>
            </w:r>
            <w:proofErr w:type="spellStart"/>
            <w:r w:rsidRPr="00487CB8">
              <w:rPr>
                <w:rFonts w:ascii="Nikosh" w:hAnsi="Nikosh" w:cs="Nikosh"/>
                <w:sz w:val="24"/>
                <w:szCs w:val="24"/>
              </w:rPr>
              <w:t>চেক</w:t>
            </w:r>
            <w:proofErr w:type="spellEnd"/>
            <w:r w:rsidRPr="00487CB8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487CB8">
              <w:rPr>
                <w:rFonts w:ascii="Nikosh" w:hAnsi="Nikosh" w:cs="Nikosh"/>
                <w:sz w:val="24"/>
                <w:szCs w:val="24"/>
              </w:rPr>
              <w:t>পাতার</w:t>
            </w:r>
            <w:proofErr w:type="spellEnd"/>
            <w:r w:rsidRPr="00487CB8">
              <w:rPr>
                <w:rFonts w:ascii="Nikosh" w:hAnsi="Nikosh" w:cs="Nikosh"/>
                <w:sz w:val="24"/>
                <w:szCs w:val="24"/>
              </w:rPr>
              <w:t xml:space="preserve">  </w:t>
            </w:r>
            <w:proofErr w:type="spellStart"/>
            <w:r w:rsidRPr="00487CB8">
              <w:rPr>
                <w:rFonts w:ascii="Nikosh" w:hAnsi="Nikosh" w:cs="Nikosh"/>
                <w:sz w:val="24"/>
                <w:szCs w:val="24"/>
              </w:rPr>
              <w:t>কপি</w:t>
            </w:r>
            <w:proofErr w:type="spellEnd"/>
            <w:r w:rsidRPr="00487CB8">
              <w:rPr>
                <w:rFonts w:ascii="Nikosh" w:hAnsi="Nikosh" w:cs="Nikosh"/>
                <w:sz w:val="24"/>
                <w:szCs w:val="24"/>
              </w:rPr>
              <w:t xml:space="preserve"> </w:t>
            </w:r>
          </w:p>
          <w:p w:rsidR="00F569CD" w:rsidRPr="00F569CD" w:rsidRDefault="00A3343D" w:rsidP="00F569CD">
            <w:pPr>
              <w:pStyle w:val="ListParagraph"/>
              <w:numPr>
                <w:ilvl w:val="0"/>
                <w:numId w:val="18"/>
              </w:numPr>
              <w:spacing w:after="0" w:line="360" w:lineRule="auto"/>
              <w:rPr>
                <w:rFonts w:ascii="Nikosh" w:hAnsi="Nikosh" w:cs="Nikosh"/>
                <w:sz w:val="24"/>
                <w:szCs w:val="24"/>
              </w:rPr>
            </w:pPr>
            <w:proofErr w:type="spellStart"/>
            <w:r w:rsidRPr="00F569CD">
              <w:rPr>
                <w:rFonts w:ascii="Nikosh" w:hAnsi="Nikosh" w:cs="Nikosh"/>
                <w:sz w:val="24"/>
                <w:szCs w:val="24"/>
              </w:rPr>
              <w:t>প্রতিষ্ঠান</w:t>
            </w:r>
            <w:proofErr w:type="spellEnd"/>
            <w:r w:rsidRPr="00F569CD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F569CD">
              <w:rPr>
                <w:rFonts w:ascii="Nikosh" w:hAnsi="Nikosh" w:cs="Nikosh"/>
                <w:sz w:val="24"/>
                <w:szCs w:val="24"/>
              </w:rPr>
              <w:t>প্রধান</w:t>
            </w:r>
            <w:proofErr w:type="spellEnd"/>
            <w:r w:rsidRPr="00F569CD">
              <w:rPr>
                <w:rFonts w:ascii="Nikosh" w:hAnsi="Nikosh" w:cs="Nikosh"/>
                <w:sz w:val="24"/>
                <w:szCs w:val="24"/>
              </w:rPr>
              <w:t>/</w:t>
            </w:r>
            <w:proofErr w:type="spellStart"/>
            <w:r w:rsidRPr="00F569CD">
              <w:rPr>
                <w:rFonts w:ascii="Nikosh" w:hAnsi="Nikosh" w:cs="Nikosh"/>
                <w:sz w:val="24"/>
                <w:szCs w:val="24"/>
              </w:rPr>
              <w:t>বিভাগীয়</w:t>
            </w:r>
            <w:proofErr w:type="spellEnd"/>
            <w:r w:rsidRPr="00F569CD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F569CD">
              <w:rPr>
                <w:rFonts w:ascii="Nikosh" w:hAnsi="Nikosh" w:cs="Nikosh"/>
                <w:sz w:val="24"/>
                <w:szCs w:val="24"/>
              </w:rPr>
              <w:t>প্রধানের</w:t>
            </w:r>
            <w:proofErr w:type="spellEnd"/>
            <w:r w:rsidRPr="00F569CD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F569CD">
              <w:rPr>
                <w:rFonts w:ascii="Nikosh" w:hAnsi="Nikosh" w:cs="Nikosh"/>
                <w:sz w:val="24"/>
                <w:szCs w:val="24"/>
              </w:rPr>
              <w:t>প্রত্যয়ন</w:t>
            </w:r>
            <w:proofErr w:type="spellEnd"/>
            <w:r w:rsidRPr="00F569CD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F569CD">
              <w:rPr>
                <w:rFonts w:ascii="Nikosh" w:hAnsi="Nikosh" w:cs="Nikosh"/>
                <w:sz w:val="24"/>
                <w:szCs w:val="24"/>
              </w:rPr>
              <w:t>পত্র</w:t>
            </w:r>
            <w:proofErr w:type="spellEnd"/>
            <w:r w:rsidRPr="00F569CD">
              <w:rPr>
                <w:rFonts w:ascii="Nikosh" w:hAnsi="Nikosh" w:cs="Nikosh"/>
                <w:sz w:val="24"/>
                <w:szCs w:val="24"/>
              </w:rPr>
              <w:t xml:space="preserve"> </w:t>
            </w:r>
            <w:r w:rsidRPr="00F569CD">
              <w:rPr>
                <w:rFonts w:ascii="Nikosh" w:hAnsi="Nikosh" w:cs="Nikosh"/>
                <w:color w:val="FF0000"/>
                <w:sz w:val="24"/>
                <w:szCs w:val="24"/>
              </w:rPr>
              <w:t>*</w:t>
            </w:r>
          </w:p>
          <w:p w:rsidR="00DE247B" w:rsidRPr="00F569CD" w:rsidRDefault="00A3343D" w:rsidP="00F569CD">
            <w:pPr>
              <w:pStyle w:val="ListParagraph"/>
              <w:numPr>
                <w:ilvl w:val="0"/>
                <w:numId w:val="18"/>
              </w:numPr>
              <w:spacing w:after="0" w:line="360" w:lineRule="auto"/>
              <w:rPr>
                <w:rFonts w:ascii="Nikosh" w:hAnsi="Nikosh" w:cs="Nikosh"/>
                <w:sz w:val="24"/>
                <w:szCs w:val="24"/>
              </w:rPr>
            </w:pPr>
            <w:proofErr w:type="spellStart"/>
            <w:r w:rsidRPr="00F569CD">
              <w:rPr>
                <w:rFonts w:ascii="Nikosh" w:hAnsi="Nikosh" w:cs="Nikosh"/>
                <w:sz w:val="24"/>
                <w:szCs w:val="24"/>
              </w:rPr>
              <w:t>জন্ম</w:t>
            </w:r>
            <w:proofErr w:type="spellEnd"/>
            <w:r w:rsidRPr="00F569CD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F569CD">
              <w:rPr>
                <w:rFonts w:ascii="Nikosh" w:hAnsi="Nikosh" w:cs="Nikosh"/>
                <w:sz w:val="24"/>
                <w:szCs w:val="24"/>
              </w:rPr>
              <w:t>নিবন্ধন</w:t>
            </w:r>
            <w:proofErr w:type="spellEnd"/>
            <w:r w:rsidRPr="00F569CD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F569CD">
              <w:rPr>
                <w:rFonts w:ascii="Nikosh" w:hAnsi="Nikosh" w:cs="Nikosh"/>
                <w:sz w:val="24"/>
                <w:szCs w:val="24"/>
              </w:rPr>
              <w:t>সনদ</w:t>
            </w:r>
            <w:proofErr w:type="spellEnd"/>
            <w:r w:rsidRPr="00F569CD">
              <w:rPr>
                <w:rFonts w:ascii="Nikosh" w:hAnsi="Nikosh" w:cs="Nikosh"/>
                <w:sz w:val="24"/>
                <w:szCs w:val="24"/>
              </w:rPr>
              <w:t>/</w:t>
            </w:r>
            <w:proofErr w:type="spellStart"/>
            <w:r w:rsidRPr="00F569CD">
              <w:rPr>
                <w:rFonts w:ascii="Nikosh" w:hAnsi="Nikosh" w:cs="Nikosh"/>
                <w:sz w:val="24"/>
                <w:szCs w:val="24"/>
              </w:rPr>
              <w:t>জাতীয়</w:t>
            </w:r>
            <w:proofErr w:type="spellEnd"/>
            <w:r w:rsidRPr="00F569CD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F569CD">
              <w:rPr>
                <w:rFonts w:ascii="Nikosh" w:hAnsi="Nikosh" w:cs="Nikosh"/>
                <w:sz w:val="24"/>
                <w:szCs w:val="24"/>
              </w:rPr>
              <w:t>পরিচয়পত্রের</w:t>
            </w:r>
            <w:proofErr w:type="spellEnd"/>
            <w:r w:rsidRPr="00F569CD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F569CD">
              <w:rPr>
                <w:rFonts w:ascii="Nikosh" w:hAnsi="Nikosh" w:cs="Nikosh"/>
                <w:sz w:val="24"/>
                <w:szCs w:val="24"/>
              </w:rPr>
              <w:t>কপি</w:t>
            </w:r>
            <w:proofErr w:type="spellEnd"/>
            <w:r w:rsidRPr="00F569CD">
              <w:rPr>
                <w:rFonts w:ascii="Nikosh" w:hAnsi="Nikosh" w:cs="Nikosh"/>
                <w:color w:val="FF0000"/>
                <w:sz w:val="24"/>
                <w:szCs w:val="24"/>
              </w:rPr>
              <w:t>*</w:t>
            </w:r>
          </w:p>
        </w:tc>
      </w:tr>
      <w:tr w:rsidR="00DE247B" w:rsidRPr="00DE4D1F" w:rsidTr="00F569CD">
        <w:trPr>
          <w:jc w:val="center"/>
        </w:trPr>
        <w:tc>
          <w:tcPr>
            <w:tcW w:w="3951" w:type="dxa"/>
            <w:gridSpan w:val="3"/>
          </w:tcPr>
          <w:p w:rsidR="00DE4D1F" w:rsidRDefault="00DE4D1F" w:rsidP="00440915">
            <w:pPr>
              <w:spacing w:after="0" w:line="216" w:lineRule="auto"/>
              <w:jc w:val="center"/>
              <w:rPr>
                <w:rFonts w:ascii="Nikosh" w:hAnsi="Nikosh" w:cs="Nikosh"/>
                <w:color w:val="888888"/>
              </w:rPr>
            </w:pPr>
          </w:p>
          <w:p w:rsidR="007E2FF5" w:rsidRDefault="007E2FF5" w:rsidP="00440915">
            <w:pPr>
              <w:spacing w:after="0" w:line="216" w:lineRule="auto"/>
              <w:jc w:val="center"/>
              <w:rPr>
                <w:rFonts w:ascii="Nikosh" w:hAnsi="Nikosh" w:cs="Nikosh"/>
                <w:color w:val="888888"/>
              </w:rPr>
            </w:pPr>
          </w:p>
          <w:p w:rsidR="00666CAC" w:rsidRDefault="00666CAC" w:rsidP="00440915">
            <w:pPr>
              <w:spacing w:after="0" w:line="216" w:lineRule="auto"/>
              <w:jc w:val="center"/>
              <w:rPr>
                <w:rFonts w:ascii="Nikosh" w:hAnsi="Nikosh" w:cs="Nikosh"/>
                <w:color w:val="888888"/>
              </w:rPr>
            </w:pPr>
          </w:p>
          <w:p w:rsidR="00DE247B" w:rsidRPr="00DE4D1F" w:rsidRDefault="00C1397A" w:rsidP="00440915">
            <w:pPr>
              <w:spacing w:after="0" w:line="216" w:lineRule="auto"/>
              <w:jc w:val="center"/>
              <w:rPr>
                <w:rFonts w:ascii="Nikosh" w:hAnsi="Nikosh" w:cs="Nikosh"/>
              </w:rPr>
            </w:pPr>
            <w:r w:rsidRPr="00DE4D1F">
              <w:rPr>
                <w:rFonts w:ascii="Nikosh" w:hAnsi="Nikosh" w:cs="Nikosh"/>
                <w:color w:val="888888"/>
              </w:rPr>
              <w:t>-------------------------------------------</w:t>
            </w:r>
            <w:r w:rsidRPr="00DE4D1F">
              <w:rPr>
                <w:rFonts w:ascii="Nikosh" w:hAnsi="Nikosh" w:cs="Nikosh"/>
                <w:color w:val="888888"/>
              </w:rPr>
              <w:br/>
            </w:r>
            <w:proofErr w:type="spellStart"/>
            <w:r w:rsidRPr="00DE4D1F">
              <w:rPr>
                <w:rFonts w:ascii="Nikosh" w:hAnsi="Nikosh" w:cs="Nikosh"/>
                <w:sz w:val="20"/>
              </w:rPr>
              <w:t>আবেদনকারী</w:t>
            </w:r>
            <w:proofErr w:type="spellEnd"/>
            <w:r w:rsidRPr="00DE4D1F">
              <w:rPr>
                <w:rFonts w:ascii="Nikosh" w:hAnsi="Nikosh" w:cs="Nikosh"/>
                <w:sz w:val="20"/>
              </w:rPr>
              <w:t xml:space="preserve"> </w:t>
            </w:r>
            <w:proofErr w:type="spellStart"/>
            <w:r w:rsidRPr="00DE4D1F">
              <w:rPr>
                <w:rFonts w:ascii="Nikosh" w:hAnsi="Nikosh" w:cs="Nikosh"/>
                <w:sz w:val="20"/>
              </w:rPr>
              <w:t>শিক্ষক</w:t>
            </w:r>
            <w:proofErr w:type="spellEnd"/>
            <w:r w:rsidRPr="00DE4D1F">
              <w:rPr>
                <w:rFonts w:ascii="Nikosh" w:hAnsi="Nikosh" w:cs="Nikosh"/>
                <w:sz w:val="20"/>
              </w:rPr>
              <w:t>/</w:t>
            </w:r>
            <w:proofErr w:type="spellStart"/>
            <w:r w:rsidRPr="00DE4D1F">
              <w:rPr>
                <w:rFonts w:ascii="Nikosh" w:hAnsi="Nikosh" w:cs="Nikosh"/>
                <w:sz w:val="20"/>
              </w:rPr>
              <w:t>কর্মচারীর</w:t>
            </w:r>
            <w:proofErr w:type="spellEnd"/>
            <w:r w:rsidRPr="00DE4D1F">
              <w:rPr>
                <w:rFonts w:ascii="Nikosh" w:hAnsi="Nikosh" w:cs="Nikosh"/>
                <w:sz w:val="20"/>
              </w:rPr>
              <w:t xml:space="preserve"> </w:t>
            </w:r>
            <w:proofErr w:type="spellStart"/>
            <w:r w:rsidRPr="00DE4D1F">
              <w:rPr>
                <w:rFonts w:ascii="Nikosh" w:hAnsi="Nikosh" w:cs="Nikosh"/>
                <w:sz w:val="20"/>
              </w:rPr>
              <w:t>স্বাক্ষর</w:t>
            </w:r>
            <w:proofErr w:type="spellEnd"/>
            <w:r w:rsidRPr="00DE4D1F">
              <w:rPr>
                <w:rFonts w:ascii="Nikosh" w:hAnsi="Nikosh" w:cs="Nikosh"/>
                <w:sz w:val="20"/>
              </w:rPr>
              <w:t xml:space="preserve"> ও তারিখ</w:t>
            </w:r>
          </w:p>
        </w:tc>
        <w:tc>
          <w:tcPr>
            <w:tcW w:w="6039" w:type="dxa"/>
          </w:tcPr>
          <w:p w:rsidR="00DE4D1F" w:rsidRDefault="00DE4D1F" w:rsidP="00440915">
            <w:pPr>
              <w:spacing w:after="0" w:line="216" w:lineRule="auto"/>
              <w:jc w:val="center"/>
              <w:rPr>
                <w:rFonts w:ascii="Nikosh" w:hAnsi="Nikosh" w:cs="Nikosh"/>
                <w:color w:val="888888"/>
              </w:rPr>
            </w:pPr>
          </w:p>
          <w:p w:rsidR="007E2FF5" w:rsidRDefault="007E2FF5" w:rsidP="00440915">
            <w:pPr>
              <w:spacing w:after="0" w:line="216" w:lineRule="auto"/>
              <w:jc w:val="center"/>
              <w:rPr>
                <w:rFonts w:ascii="Nikosh" w:hAnsi="Nikosh" w:cs="Nikosh"/>
                <w:color w:val="888888"/>
              </w:rPr>
            </w:pPr>
          </w:p>
          <w:p w:rsidR="00666CAC" w:rsidRDefault="00666CAC" w:rsidP="00440915">
            <w:pPr>
              <w:spacing w:after="0" w:line="216" w:lineRule="auto"/>
              <w:jc w:val="center"/>
              <w:rPr>
                <w:rFonts w:ascii="Nikosh" w:hAnsi="Nikosh" w:cs="Nikosh"/>
                <w:color w:val="888888"/>
              </w:rPr>
            </w:pPr>
          </w:p>
          <w:p w:rsidR="00DE247B" w:rsidRPr="00DE4D1F" w:rsidRDefault="00C1397A" w:rsidP="00440915">
            <w:pPr>
              <w:spacing w:after="0" w:line="216" w:lineRule="auto"/>
              <w:jc w:val="center"/>
              <w:rPr>
                <w:rFonts w:ascii="Nikosh" w:hAnsi="Nikosh" w:cs="Nikosh"/>
              </w:rPr>
            </w:pPr>
            <w:r w:rsidRPr="00DE4D1F">
              <w:rPr>
                <w:rFonts w:ascii="Nikosh" w:hAnsi="Nikosh" w:cs="Nikosh"/>
                <w:color w:val="888888"/>
              </w:rPr>
              <w:t>-------------------------------------------</w:t>
            </w:r>
            <w:r w:rsidRPr="00DE4D1F">
              <w:rPr>
                <w:rFonts w:ascii="Nikosh" w:hAnsi="Nikosh" w:cs="Nikosh"/>
                <w:color w:val="888888"/>
              </w:rPr>
              <w:br/>
            </w:r>
            <w:proofErr w:type="spellStart"/>
            <w:r w:rsidRPr="00DE4D1F">
              <w:rPr>
                <w:rFonts w:ascii="Nikosh" w:hAnsi="Nikosh" w:cs="Nikosh"/>
                <w:sz w:val="20"/>
              </w:rPr>
              <w:t>প্রতিষ্ঠান</w:t>
            </w:r>
            <w:proofErr w:type="spellEnd"/>
            <w:r w:rsidRPr="00DE4D1F">
              <w:rPr>
                <w:rFonts w:ascii="Nikosh" w:hAnsi="Nikosh" w:cs="Nikosh"/>
                <w:sz w:val="20"/>
              </w:rPr>
              <w:t xml:space="preserve"> </w:t>
            </w:r>
            <w:proofErr w:type="spellStart"/>
            <w:r w:rsidRPr="00DE4D1F">
              <w:rPr>
                <w:rFonts w:ascii="Nikosh" w:hAnsi="Nikosh" w:cs="Nikosh"/>
                <w:sz w:val="20"/>
              </w:rPr>
              <w:t>প্রধানের</w:t>
            </w:r>
            <w:proofErr w:type="spellEnd"/>
            <w:r w:rsidRPr="00DE4D1F">
              <w:rPr>
                <w:rFonts w:ascii="Nikosh" w:hAnsi="Nikosh" w:cs="Nikosh"/>
                <w:sz w:val="20"/>
              </w:rPr>
              <w:t xml:space="preserve"> </w:t>
            </w:r>
            <w:proofErr w:type="spellStart"/>
            <w:r w:rsidRPr="00DE4D1F">
              <w:rPr>
                <w:rFonts w:ascii="Nikosh" w:hAnsi="Nikosh" w:cs="Nikosh"/>
                <w:sz w:val="20"/>
              </w:rPr>
              <w:t>স্বাক্ষর</w:t>
            </w:r>
            <w:proofErr w:type="spellEnd"/>
            <w:r w:rsidRPr="00DE4D1F">
              <w:rPr>
                <w:rFonts w:ascii="Nikosh" w:hAnsi="Nikosh" w:cs="Nikosh"/>
                <w:sz w:val="20"/>
              </w:rPr>
              <w:t xml:space="preserve"> ও সিল</w:t>
            </w:r>
          </w:p>
        </w:tc>
      </w:tr>
    </w:tbl>
    <w:p w:rsidR="00C1397A" w:rsidRPr="00C76FA6" w:rsidRDefault="00C1397A">
      <w:pPr>
        <w:rPr>
          <w:rFonts w:ascii="Nikosh" w:hAnsi="Nikosh" w:cs="Nikosh"/>
        </w:rPr>
      </w:pPr>
    </w:p>
    <w:sectPr w:rsidR="00C1397A" w:rsidRPr="00C76FA6" w:rsidSect="00F569CD">
      <w:pgSz w:w="11909" w:h="16834" w:code="9"/>
      <w:pgMar w:top="720" w:right="1152" w:bottom="72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Kalpurush">
    <w:panose1 w:val="02000600000000000000"/>
    <w:charset w:val="00"/>
    <w:family w:val="auto"/>
    <w:pitch w:val="variable"/>
    <w:sig w:usb0="0001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Nikosh">
    <w:panose1 w:val="02000000000000000000"/>
    <w:charset w:val="00"/>
    <w:family w:val="auto"/>
    <w:pitch w:val="variable"/>
    <w:sig w:usb0="00018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00894287"/>
    <w:multiLevelType w:val="hybridMultilevel"/>
    <w:tmpl w:val="E3DAD9B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6993C07"/>
    <w:multiLevelType w:val="hybridMultilevel"/>
    <w:tmpl w:val="25D4967C"/>
    <w:lvl w:ilvl="0" w:tplc="04090003">
      <w:start w:val="1"/>
      <w:numFmt w:val="bullet"/>
      <w:lvlText w:val="o"/>
      <w:lvlJc w:val="left"/>
      <w:pPr>
        <w:ind w:left="1184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90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4" w:hanging="360"/>
      </w:pPr>
      <w:rPr>
        <w:rFonts w:ascii="Wingdings" w:hAnsi="Wingdings" w:hint="default"/>
      </w:rPr>
    </w:lvl>
  </w:abstractNum>
  <w:abstractNum w:abstractNumId="11">
    <w:nsid w:val="39CC0C3D"/>
    <w:multiLevelType w:val="hybridMultilevel"/>
    <w:tmpl w:val="48C87F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D470043"/>
    <w:multiLevelType w:val="hybridMultilevel"/>
    <w:tmpl w:val="84C6481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048144D"/>
    <w:multiLevelType w:val="hybridMultilevel"/>
    <w:tmpl w:val="AB601B20"/>
    <w:lvl w:ilvl="0" w:tplc="0A560504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50A2E72"/>
    <w:multiLevelType w:val="hybridMultilevel"/>
    <w:tmpl w:val="146E34F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6944562"/>
    <w:multiLevelType w:val="hybridMultilevel"/>
    <w:tmpl w:val="10B8A05E"/>
    <w:lvl w:ilvl="0" w:tplc="A4EECC2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2F05C58"/>
    <w:multiLevelType w:val="hybridMultilevel"/>
    <w:tmpl w:val="C9A693D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F683800"/>
    <w:multiLevelType w:val="hybridMultilevel"/>
    <w:tmpl w:val="DE1A360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11"/>
  </w:num>
  <w:num w:numId="12">
    <w:abstractNumId w:val="12"/>
  </w:num>
  <w:num w:numId="13">
    <w:abstractNumId w:val="15"/>
  </w:num>
  <w:num w:numId="14">
    <w:abstractNumId w:val="13"/>
  </w:num>
  <w:num w:numId="15">
    <w:abstractNumId w:val="17"/>
  </w:num>
  <w:num w:numId="16">
    <w:abstractNumId w:val="16"/>
  </w:num>
  <w:num w:numId="17">
    <w:abstractNumId w:val="14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85D11"/>
    <w:rsid w:val="0015074B"/>
    <w:rsid w:val="0029639D"/>
    <w:rsid w:val="002A2FEE"/>
    <w:rsid w:val="00326F90"/>
    <w:rsid w:val="00382C0A"/>
    <w:rsid w:val="003E2391"/>
    <w:rsid w:val="00440915"/>
    <w:rsid w:val="005F4B72"/>
    <w:rsid w:val="00617432"/>
    <w:rsid w:val="00666CAC"/>
    <w:rsid w:val="00757BCA"/>
    <w:rsid w:val="007E2FF5"/>
    <w:rsid w:val="00885042"/>
    <w:rsid w:val="008D7B45"/>
    <w:rsid w:val="009003BA"/>
    <w:rsid w:val="00915F2F"/>
    <w:rsid w:val="009F77E9"/>
    <w:rsid w:val="00A3343D"/>
    <w:rsid w:val="00A46E69"/>
    <w:rsid w:val="00AA1D8D"/>
    <w:rsid w:val="00AC6FF6"/>
    <w:rsid w:val="00AE5A14"/>
    <w:rsid w:val="00B47730"/>
    <w:rsid w:val="00C1397A"/>
    <w:rsid w:val="00C76FA6"/>
    <w:rsid w:val="00CA5DE8"/>
    <w:rsid w:val="00CB0664"/>
    <w:rsid w:val="00CB5160"/>
    <w:rsid w:val="00CE54C0"/>
    <w:rsid w:val="00D36978"/>
    <w:rsid w:val="00D502D1"/>
    <w:rsid w:val="00DE247B"/>
    <w:rsid w:val="00DE4D1F"/>
    <w:rsid w:val="00E90338"/>
    <w:rsid w:val="00E9182A"/>
    <w:rsid w:val="00EB6878"/>
    <w:rsid w:val="00EE3C56"/>
    <w:rsid w:val="00F569CD"/>
    <w:rsid w:val="00FA425B"/>
    <w:rsid w:val="00FC693F"/>
    <w:rsid w:val="00FE0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CFD5C037-9A43-4728-B7EE-25C8FC719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2391"/>
    <w:rPr>
      <w:rFonts w:ascii="Kalpurush" w:hAnsi="Kalpurush"/>
      <w:color w:val="2222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3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382C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2C0A"/>
    <w:rPr>
      <w:rFonts w:ascii="Segoe UI" w:hAnsi="Segoe UI" w:cs="Segoe UI"/>
      <w:color w:val="22222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44728E7-C107-4DAC-B73B-97BEF24586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3</Pages>
  <Words>310</Words>
  <Characters>1771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2077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HP</cp:lastModifiedBy>
  <cp:revision>33</cp:revision>
  <cp:lastPrinted>2026-09-23T10:01:00Z</cp:lastPrinted>
  <dcterms:created xsi:type="dcterms:W3CDTF">2026-09-22T06:36:00Z</dcterms:created>
  <dcterms:modified xsi:type="dcterms:W3CDTF">2026-09-24T05:26:00Z</dcterms:modified>
  <cp:category/>
</cp:coreProperties>
</file>