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DE247B" w:rsidRPr="00C76FA6" w:rsidTr="00DE4D1F">
        <w:trPr>
          <w:trHeight w:val="621"/>
          <w:jc w:val="center"/>
        </w:trPr>
        <w:tc>
          <w:tcPr>
            <w:tcW w:w="9936" w:type="dxa"/>
            <w:shd w:val="clear" w:color="auto" w:fill="003366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EA7E3D" w:rsidRPr="00EA7E3D" w:rsidRDefault="00EA7E3D" w:rsidP="00EA7E3D">
            <w:pPr>
              <w:spacing w:before="80" w:after="40"/>
              <w:jc w:val="center"/>
              <w:rPr>
                <w:rFonts w:ascii="Nikosh" w:hAnsi="Nikosh" w:cs="Nikosh"/>
                <w:b/>
                <w:color w:val="FFFFFF"/>
                <w:sz w:val="32"/>
              </w:rPr>
            </w:pPr>
            <w:proofErr w:type="spellStart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>বেসরকারি</w:t>
            </w:r>
            <w:proofErr w:type="spellEnd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>শিক্ষা</w:t>
            </w:r>
            <w:proofErr w:type="spellEnd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>প্রতিষ্ঠানের</w:t>
            </w:r>
            <w:proofErr w:type="spellEnd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>আর্থিক</w:t>
            </w:r>
            <w:proofErr w:type="spellEnd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b/>
                <w:color w:val="FFFFFF"/>
                <w:sz w:val="32"/>
              </w:rPr>
              <w:t>অনুদান</w:t>
            </w:r>
            <w:proofErr w:type="spellEnd"/>
          </w:p>
        </w:tc>
      </w:tr>
    </w:tbl>
    <w:p w:rsidR="00DE247B" w:rsidRPr="00DE4D1F" w:rsidRDefault="00C1397A">
      <w:pPr>
        <w:spacing w:before="120" w:after="240"/>
        <w:jc w:val="right"/>
        <w:rPr>
          <w:rFonts w:ascii="Nikosh" w:hAnsi="Nikosh" w:cs="Nikosh"/>
        </w:rPr>
      </w:pPr>
      <w:r w:rsidRPr="00DE4D1F">
        <w:rPr>
          <w:rFonts w:ascii="Nikosh" w:hAnsi="Nikosh" w:cs="Nikosh"/>
          <w:color w:val="C00000"/>
          <w:sz w:val="19"/>
        </w:rPr>
        <w:t>(</w:t>
      </w:r>
      <w:proofErr w:type="spellStart"/>
      <w:r w:rsidRPr="00DE4D1F">
        <w:rPr>
          <w:rFonts w:ascii="Nikosh" w:hAnsi="Nikosh" w:cs="Nikosh"/>
          <w:color w:val="C00000"/>
          <w:sz w:val="19"/>
        </w:rPr>
        <w:t>বি.দ্র</w:t>
      </w:r>
      <w:proofErr w:type="spellEnd"/>
      <w:r w:rsidRPr="00DE4D1F">
        <w:rPr>
          <w:rFonts w:ascii="Nikosh" w:hAnsi="Nikosh" w:cs="Nikosh"/>
          <w:color w:val="C00000"/>
          <w:sz w:val="19"/>
        </w:rPr>
        <w:t>. তারকা * চিহ্নিত ঘরসমূহ অবশ্যই পূরণ করতে হবে)</w:t>
      </w:r>
    </w:p>
    <w:tbl>
      <w:tblPr>
        <w:tblW w:w="9758" w:type="dxa"/>
        <w:jc w:val="center"/>
        <w:tblLook w:val="04A0" w:firstRow="1" w:lastRow="0" w:firstColumn="1" w:lastColumn="0" w:noHBand="0" w:noVBand="1"/>
      </w:tblPr>
      <w:tblGrid>
        <w:gridCol w:w="164"/>
        <w:gridCol w:w="3912"/>
        <w:gridCol w:w="12"/>
        <w:gridCol w:w="753"/>
        <w:gridCol w:w="4917"/>
      </w:tblGrid>
      <w:tr w:rsidR="00085D11" w:rsidRPr="00DE4D1F" w:rsidTr="00EA7E3D">
        <w:trPr>
          <w:gridBefore w:val="1"/>
          <w:wBefore w:w="164" w:type="dxa"/>
          <w:trHeight w:val="340"/>
          <w:jc w:val="center"/>
        </w:trPr>
        <w:tc>
          <w:tcPr>
            <w:tcW w:w="9594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085D11" w:rsidP="00085D11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সংক্রান্ত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EA7E3D">
        <w:trPr>
          <w:gridBefore w:val="1"/>
          <w:wBefore w:w="164" w:type="dxa"/>
          <w:trHeight w:val="340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4D1F" w:rsidRPr="00DE4D1F" w:rsidRDefault="00DE4D1F" w:rsidP="00DE4D1F">
            <w:pPr>
              <w:spacing w:after="0" w:line="216" w:lineRule="auto"/>
              <w:rPr>
                <w:rFonts w:ascii="Nikosh" w:hAnsi="Nikosh" w:cs="Nikosh"/>
                <w:sz w:val="21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মোবাইল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0513BF" w:rsidTr="00953BF0">
              <w:tc>
                <w:tcPr>
                  <w:tcW w:w="389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0513BF" w:rsidRDefault="000513BF" w:rsidP="000513BF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DE4D1F" w:rsidRPr="00DE4D1F" w:rsidRDefault="00DE4D1F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trHeight w:val="277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EIIN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বাংলা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নাম (ইংরেজি)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স্তর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513BF" w:rsidRPr="005F4B72" w:rsidRDefault="000513BF" w:rsidP="006540C1">
            <w:pPr>
              <w:pStyle w:val="ListParagraph"/>
              <w:numPr>
                <w:ilvl w:val="0"/>
                <w:numId w:val="12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নিম্ন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0513BF" w:rsidRPr="005F4B72" w:rsidRDefault="000513BF" w:rsidP="006540C1">
            <w:pPr>
              <w:pStyle w:val="ListParagraph"/>
              <w:numPr>
                <w:ilvl w:val="0"/>
                <w:numId w:val="12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</w:p>
          <w:p w:rsidR="000513BF" w:rsidRDefault="000513BF" w:rsidP="006540C1">
            <w:pPr>
              <w:pStyle w:val="ListParagraph"/>
              <w:numPr>
                <w:ilvl w:val="0"/>
                <w:numId w:val="12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উচ্চ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6540C1" w:rsidRPr="006540C1" w:rsidRDefault="006540C1" w:rsidP="006540C1">
            <w:pPr>
              <w:pStyle w:val="ListParagraph"/>
              <w:numPr>
                <w:ilvl w:val="0"/>
                <w:numId w:val="12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পাশ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DE247B" w:rsidRPr="000513BF" w:rsidRDefault="000513BF" w:rsidP="006540C1">
            <w:pPr>
              <w:pStyle w:val="ListParagraph"/>
              <w:numPr>
                <w:ilvl w:val="0"/>
                <w:numId w:val="12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0513BF">
              <w:rPr>
                <w:rFonts w:ascii="Nikosh" w:hAnsi="Nikosh" w:cs="Nikosh"/>
              </w:rPr>
              <w:t>স্নাতক</w:t>
            </w:r>
            <w:proofErr w:type="spellEnd"/>
            <w:r w:rsidRPr="000513BF">
              <w:rPr>
                <w:rFonts w:ascii="Nikosh" w:hAnsi="Nikosh" w:cs="Nikosh"/>
              </w:rPr>
              <w:t xml:space="preserve"> ও </w:t>
            </w:r>
            <w:proofErr w:type="spellStart"/>
            <w:r w:rsidRPr="000513BF">
              <w:rPr>
                <w:rFonts w:ascii="Nikosh" w:hAnsi="Nikosh" w:cs="Nikosh"/>
              </w:rPr>
              <w:t>স্নাতকোত্তর</w:t>
            </w:r>
            <w:proofErr w:type="spellEnd"/>
            <w:r w:rsidRPr="000513BF">
              <w:rPr>
                <w:rFonts w:ascii="Nikosh" w:hAnsi="Nikosh" w:cs="Nikosh"/>
              </w:rPr>
              <w:t xml:space="preserve">  </w:t>
            </w: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বিভাগ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sz w:val="21"/>
              </w:rPr>
              <w:t>শিক্ষা প্রতিষ্ঠানের জেলা</w:t>
            </w:r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3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উপজেলা</w:t>
            </w:r>
            <w:proofErr w:type="spellEnd"/>
            <w:r w:rsidR="00BD2F56">
              <w:rPr>
                <w:rFonts w:ascii="Nikosh" w:hAnsi="Nikosh" w:cs="Nikosh"/>
                <w:sz w:val="21"/>
              </w:rPr>
              <w:t>/</w:t>
            </w:r>
            <w:proofErr w:type="spellStart"/>
            <w:r w:rsidR="00BD2F56">
              <w:rPr>
                <w:rFonts w:ascii="Nikosh" w:hAnsi="Nikosh" w:cs="Nikosh"/>
                <w:sz w:val="21"/>
              </w:rPr>
              <w:t>থানা</w:t>
            </w:r>
            <w:proofErr w:type="spellEnd"/>
          </w:p>
        </w:tc>
        <w:tc>
          <w:tcPr>
            <w:tcW w:w="5682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EA7E3D">
        <w:trPr>
          <w:gridBefore w:val="1"/>
          <w:wBefore w:w="164" w:type="dxa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প্রতিষ্ঠানের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ধরণ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631831" w:rsidRPr="00631831" w:rsidRDefault="00631831" w:rsidP="00631831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631831">
              <w:rPr>
                <w:rFonts w:ascii="Nikosh" w:hAnsi="Nikosh" w:cs="Nikosh" w:hint="cs"/>
              </w:rPr>
              <w:t>এমপিও</w:t>
            </w:r>
            <w:proofErr w:type="spellEnd"/>
            <w:r w:rsidRPr="00631831">
              <w:rPr>
                <w:rFonts w:ascii="Nikosh" w:hAnsi="Nikosh" w:cs="Nikosh"/>
              </w:rPr>
              <w:t xml:space="preserve"> </w:t>
            </w:r>
            <w:proofErr w:type="spellStart"/>
            <w:r w:rsidRPr="00631831">
              <w:rPr>
                <w:rFonts w:ascii="Nikosh" w:hAnsi="Nikosh" w:cs="Nikosh" w:hint="cs"/>
              </w:rPr>
              <w:t>ভুক্ত</w:t>
            </w:r>
            <w:proofErr w:type="spellEnd"/>
          </w:p>
          <w:p w:rsidR="00631831" w:rsidRPr="00631831" w:rsidRDefault="00631831" w:rsidP="00631831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631831">
              <w:rPr>
                <w:rFonts w:ascii="Nikosh" w:hAnsi="Nikosh" w:cs="Nikosh" w:hint="cs"/>
              </w:rPr>
              <w:t>অনুমতি</w:t>
            </w:r>
            <w:proofErr w:type="spellEnd"/>
            <w:r w:rsidRPr="00631831">
              <w:rPr>
                <w:rFonts w:ascii="Nikosh" w:hAnsi="Nikosh" w:cs="Nikosh"/>
              </w:rPr>
              <w:t xml:space="preserve"> </w:t>
            </w:r>
            <w:proofErr w:type="spellStart"/>
            <w:r w:rsidRPr="00631831">
              <w:rPr>
                <w:rFonts w:ascii="Nikosh" w:hAnsi="Nikosh" w:cs="Nikosh" w:hint="cs"/>
              </w:rPr>
              <w:t>প্রাপ্ত</w:t>
            </w:r>
            <w:proofErr w:type="spellEnd"/>
          </w:p>
          <w:p w:rsidR="00DE247B" w:rsidRPr="00631831" w:rsidRDefault="00631831" w:rsidP="00631831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631831">
              <w:rPr>
                <w:rFonts w:ascii="Nikosh" w:hAnsi="Nikosh" w:cs="Nikosh" w:hint="cs"/>
              </w:rPr>
              <w:t>স্বীকৃতি</w:t>
            </w:r>
            <w:proofErr w:type="spellEnd"/>
            <w:r w:rsidRPr="00631831">
              <w:rPr>
                <w:rFonts w:ascii="Nikosh" w:hAnsi="Nikosh" w:cs="Nikosh"/>
              </w:rPr>
              <w:t xml:space="preserve"> </w:t>
            </w:r>
            <w:proofErr w:type="spellStart"/>
            <w:r w:rsidRPr="00631831">
              <w:rPr>
                <w:rFonts w:ascii="Nikosh" w:hAnsi="Nikosh" w:cs="Nikosh" w:hint="cs"/>
              </w:rPr>
              <w:t>প্রাপ্ত</w:t>
            </w:r>
            <w:bookmarkStart w:id="0" w:name="_GoBack"/>
            <w:bookmarkEnd w:id="0"/>
            <w:proofErr w:type="spellEnd"/>
          </w:p>
        </w:tc>
      </w:tr>
      <w:tr w:rsidR="00DE4D1F" w:rsidRPr="00DE4D1F" w:rsidTr="00EA7E3D">
        <w:trPr>
          <w:gridBefore w:val="1"/>
          <w:wBefore w:w="164" w:type="dxa"/>
          <w:trHeight w:val="349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প্রতিষ্ঠানের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দাপ্তিরিক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ইমেইল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BD2F56" w:rsidP="00DE4D1F">
            <w:pPr>
              <w:spacing w:after="0" w:line="216" w:lineRule="auto"/>
              <w:rPr>
                <w:rFonts w:ascii="Nikosh" w:hAnsi="Nikosh" w:cs="Nikosh"/>
              </w:rPr>
            </w:pPr>
            <w:r w:rsidRPr="00820A96"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  <w:t>Ex, abc@gmail.com</w:t>
            </w:r>
          </w:p>
        </w:tc>
      </w:tr>
      <w:tr w:rsidR="00DE4D1F" w:rsidRPr="00DE4D1F" w:rsidTr="00EA7E3D">
        <w:trPr>
          <w:gridBefore w:val="1"/>
          <w:wBefore w:w="164" w:type="dxa"/>
          <w:trHeight w:val="241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আবেদনের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কারণসমূহ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6540C1" w:rsidRPr="006540C1" w:rsidRDefault="006540C1" w:rsidP="006540C1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6540C1">
              <w:rPr>
                <w:rFonts w:ascii="Nikosh" w:hAnsi="Nikosh" w:cs="Nikosh" w:hint="cs"/>
              </w:rPr>
              <w:t>আসবাবপত্র</w:t>
            </w:r>
            <w:proofErr w:type="spellEnd"/>
            <w:r w:rsidRPr="006540C1">
              <w:rPr>
                <w:rFonts w:ascii="Nikosh" w:hAnsi="Nikosh" w:cs="Nikosh"/>
              </w:rPr>
              <w:t xml:space="preserve"> </w:t>
            </w:r>
          </w:p>
          <w:p w:rsidR="00DE247B" w:rsidRPr="006540C1" w:rsidRDefault="006540C1" w:rsidP="006540C1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6540C1">
              <w:rPr>
                <w:rFonts w:ascii="Nikosh" w:hAnsi="Nikosh" w:cs="Nikosh" w:hint="cs"/>
              </w:rPr>
              <w:t>মেরামত</w:t>
            </w:r>
            <w:proofErr w:type="spellEnd"/>
            <w:r w:rsidRPr="006540C1">
              <w:rPr>
                <w:rFonts w:ascii="Nikosh" w:hAnsi="Nikosh" w:cs="Nikosh"/>
              </w:rPr>
              <w:t xml:space="preserve"> </w:t>
            </w:r>
            <w:r w:rsidRPr="006540C1">
              <w:rPr>
                <w:rFonts w:ascii="Nikosh" w:hAnsi="Nikosh" w:cs="Nikosh" w:hint="cs"/>
              </w:rPr>
              <w:t>ও</w:t>
            </w:r>
            <w:r w:rsidRPr="006540C1">
              <w:rPr>
                <w:rFonts w:ascii="Nikosh" w:hAnsi="Nikosh" w:cs="Nikosh"/>
              </w:rPr>
              <w:t xml:space="preserve"> </w:t>
            </w:r>
            <w:proofErr w:type="spellStart"/>
            <w:r w:rsidRPr="006540C1">
              <w:rPr>
                <w:rFonts w:ascii="Nikosh" w:hAnsi="Nikosh" w:cs="Nikosh" w:hint="cs"/>
              </w:rPr>
              <w:t>সংস্কার</w:t>
            </w:r>
            <w:proofErr w:type="spellEnd"/>
          </w:p>
        </w:tc>
      </w:tr>
      <w:tr w:rsidR="00EA7E3D" w:rsidRPr="00DE4D1F" w:rsidTr="00631831">
        <w:trPr>
          <w:gridBefore w:val="1"/>
          <w:wBefore w:w="164" w:type="dxa"/>
          <w:trHeight w:val="439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EA7E3D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মোবাইল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BD2F56" w:rsidTr="00953BF0">
              <w:tc>
                <w:tcPr>
                  <w:tcW w:w="389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BD2F56" w:rsidRDefault="00BD2F56" w:rsidP="00BD2F56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EA7E3D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EA7E3D">
        <w:trPr>
          <w:gridBefore w:val="1"/>
          <w:wBefore w:w="164" w:type="dxa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প্রতিষ্ঠানের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নিজস্ব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ব্যাংক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EA7E3D">
        <w:trPr>
          <w:gridBefore w:val="1"/>
          <w:wBefore w:w="164" w:type="dxa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EA7E3D">
        <w:trPr>
          <w:gridBefore w:val="1"/>
          <w:wBefore w:w="164" w:type="dxa"/>
          <w:trHeight w:val="268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EA7E3D">
        <w:trPr>
          <w:gridBefore w:val="1"/>
          <w:wBefore w:w="164" w:type="dxa"/>
          <w:trHeight w:val="169"/>
          <w:jc w:val="center"/>
        </w:trPr>
        <w:tc>
          <w:tcPr>
            <w:tcW w:w="3924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EA7E3D" w:rsidP="00DE4D1F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রাউটিং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DE4D1F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gridBefore w:val="1"/>
          <w:wBefore w:w="164" w:type="dxa"/>
          <w:jc w:val="center"/>
        </w:trPr>
        <w:tc>
          <w:tcPr>
            <w:tcW w:w="9594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7E3D" w:rsidRPr="00EA7E3D" w:rsidRDefault="00C1397A" w:rsidP="00EA7E3D">
            <w:pPr>
              <w:spacing w:after="0" w:line="360" w:lineRule="auto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333333"/>
                <w:sz w:val="19"/>
              </w:rPr>
              <w:t>সংযুক্তি</w:t>
            </w:r>
            <w:r w:rsidR="00BD2F56">
              <w:rPr>
                <w:rFonts w:ascii="Nikosh" w:hAnsi="Nikosh" w:cs="Nikosh"/>
                <w:color w:val="333333"/>
                <w:sz w:val="19"/>
              </w:rPr>
              <w:t>:</w:t>
            </w:r>
          </w:p>
          <w:p w:rsidR="00EA7E3D" w:rsidRPr="00EA7E3D" w:rsidRDefault="00EA7E3D" w:rsidP="00EA7E3D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শিক্ষা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প্রতিষ্ঠান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MICR 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চেক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পাতার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EA7E3D" w:rsidRPr="00EA7E3D" w:rsidRDefault="00EA7E3D" w:rsidP="00EA7E3D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Nikosh" w:hAnsi="Nikosh" w:cs="Nikosh"/>
                <w:color w:val="FF0000"/>
                <w:sz w:val="24"/>
                <w:szCs w:val="24"/>
              </w:rPr>
            </w:pP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অনুদানের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প্রয়োজনীয়তার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বিষয়ে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ম্যানেজিং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কমিটি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গভর্নিং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বডির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সভাপতি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কর্তৃক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প্রদত্ত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এবং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উপজেলা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মাধ্যমিক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শিক্ষা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অফিসার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থানা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মাধ্যমিক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শিক্ষা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অফিসার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কর্তৃক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প্রতিপাদিত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প্রত্যয়ন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EA7E3D">
              <w:rPr>
                <w:rFonts w:ascii="Nikosh" w:hAnsi="Nikosh" w:cs="Nikosh"/>
                <w:sz w:val="24"/>
                <w:szCs w:val="24"/>
              </w:rPr>
              <w:t>পত্র</w:t>
            </w:r>
            <w:proofErr w:type="spellEnd"/>
            <w:r w:rsidRPr="00EA7E3D">
              <w:rPr>
                <w:rFonts w:ascii="Nikosh" w:hAnsi="Nikosh" w:cs="Nikosh"/>
                <w:sz w:val="24"/>
                <w:szCs w:val="24"/>
              </w:rPr>
              <w:t xml:space="preserve"> ।  </w:t>
            </w:r>
            <w:r w:rsidRPr="00EA7E3D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  <w:p w:rsidR="00DE247B" w:rsidRPr="00DE4D1F" w:rsidRDefault="00DE247B" w:rsidP="00DE4D1F">
            <w:pPr>
              <w:spacing w:after="0" w:line="216" w:lineRule="auto"/>
              <w:ind w:left="288"/>
              <w:rPr>
                <w:rFonts w:ascii="Nikosh" w:hAnsi="Nikosh" w:cs="Nikosh"/>
              </w:rPr>
            </w:pPr>
          </w:p>
        </w:tc>
      </w:tr>
      <w:tr w:rsidR="00DE247B" w:rsidRPr="00DE4D1F" w:rsidTr="00EA7E3D">
        <w:trPr>
          <w:jc w:val="center"/>
        </w:trPr>
        <w:tc>
          <w:tcPr>
            <w:tcW w:w="4841" w:type="dxa"/>
            <w:gridSpan w:val="4"/>
          </w:tcPr>
          <w:p w:rsidR="00DE4D1F" w:rsidRDefault="00DE4D1F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EA7E3D" w:rsidRDefault="00EA7E3D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>
            <w:pPr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আবেদনকারী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তারিখ</w:t>
            </w:r>
          </w:p>
        </w:tc>
        <w:tc>
          <w:tcPr>
            <w:tcW w:w="4917" w:type="dxa"/>
          </w:tcPr>
          <w:p w:rsidR="00DE4D1F" w:rsidRDefault="00DE4D1F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EA7E3D" w:rsidRDefault="00EA7E3D">
            <w:pPr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>
            <w:pPr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সিল</w:t>
            </w:r>
          </w:p>
        </w:tc>
      </w:tr>
    </w:tbl>
    <w:p w:rsidR="00C1397A" w:rsidRPr="00C76FA6" w:rsidRDefault="00C1397A">
      <w:pPr>
        <w:rPr>
          <w:rFonts w:ascii="Nikosh" w:hAnsi="Nikosh" w:cs="Nikosh"/>
        </w:rPr>
      </w:pPr>
    </w:p>
    <w:sectPr w:rsidR="00C1397A" w:rsidRPr="00C76FA6" w:rsidSect="00C76FA6">
      <w:pgSz w:w="11909" w:h="16834" w:code="9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6603B7"/>
    <w:multiLevelType w:val="hybridMultilevel"/>
    <w:tmpl w:val="265ACC8A"/>
    <w:lvl w:ilvl="0" w:tplc="68A2ADA4">
      <w:start w:val="1"/>
      <w:numFmt w:val="bullet"/>
      <w:lvlText w:val=""/>
      <w:lvlJc w:val="left"/>
      <w:pPr>
        <w:ind w:left="824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0">
    <w:nsid w:val="00894287"/>
    <w:multiLevelType w:val="hybridMultilevel"/>
    <w:tmpl w:val="E3DAD9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23562C"/>
    <w:multiLevelType w:val="hybridMultilevel"/>
    <w:tmpl w:val="4A6A11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C05753"/>
    <w:multiLevelType w:val="hybridMultilevel"/>
    <w:tmpl w:val="ABB0F3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F05C58"/>
    <w:multiLevelType w:val="hybridMultilevel"/>
    <w:tmpl w:val="458683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DE78AE"/>
    <w:multiLevelType w:val="hybridMultilevel"/>
    <w:tmpl w:val="0AF8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3"/>
  </w:num>
  <w:num w:numId="1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3BF"/>
    <w:rsid w:val="0006063C"/>
    <w:rsid w:val="00085D11"/>
    <w:rsid w:val="0015074B"/>
    <w:rsid w:val="0029639D"/>
    <w:rsid w:val="00326F90"/>
    <w:rsid w:val="00631831"/>
    <w:rsid w:val="006540C1"/>
    <w:rsid w:val="00AA1D8D"/>
    <w:rsid w:val="00AE5A14"/>
    <w:rsid w:val="00B47730"/>
    <w:rsid w:val="00BD2F56"/>
    <w:rsid w:val="00C1397A"/>
    <w:rsid w:val="00C76FA6"/>
    <w:rsid w:val="00CB0664"/>
    <w:rsid w:val="00D36978"/>
    <w:rsid w:val="00DC1ED2"/>
    <w:rsid w:val="00DE247B"/>
    <w:rsid w:val="00DE4D1F"/>
    <w:rsid w:val="00EA7E3D"/>
    <w:rsid w:val="00FA42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FD5C037-9A43-4728-B7EE-25C8FC7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F56"/>
    <w:rPr>
      <w:rFonts w:ascii="Kalpurush" w:hAnsi="Kalpurush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3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035D21-524C-49D1-BFF9-90A4FD863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7</cp:revision>
  <dcterms:created xsi:type="dcterms:W3CDTF">2026-09-22T09:28:00Z</dcterms:created>
  <dcterms:modified xsi:type="dcterms:W3CDTF">2026-09-23T10:59:00Z</dcterms:modified>
  <cp:category/>
</cp:coreProperties>
</file>