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05"/>
      </w:tblGrid>
      <w:tr w:rsidR="00DE247B" w:rsidRPr="00C76FA6" w:rsidTr="00440915">
        <w:trPr>
          <w:trHeight w:val="441"/>
          <w:jc w:val="center"/>
        </w:trPr>
        <w:tc>
          <w:tcPr>
            <w:tcW w:w="9936" w:type="dxa"/>
            <w:shd w:val="clear" w:color="auto" w:fill="003366"/>
            <w:tcMar>
              <w:top w:w="180" w:type="dxa"/>
              <w:left w:w="200" w:type="dxa"/>
              <w:bottom w:w="180" w:type="dxa"/>
              <w:right w:w="200" w:type="dxa"/>
            </w:tcMar>
          </w:tcPr>
          <w:p w:rsidR="00DE247B" w:rsidRPr="00617432" w:rsidRDefault="00617432" w:rsidP="00617432">
            <w:pPr>
              <w:spacing w:before="80" w:after="40"/>
              <w:jc w:val="center"/>
              <w:rPr>
                <w:rFonts w:ascii="Nikosh" w:hAnsi="Nikosh" w:cs="Nikosh"/>
                <w:sz w:val="44"/>
                <w:szCs w:val="44"/>
              </w:rPr>
            </w:pPr>
            <w:proofErr w:type="spellStart"/>
            <w:r w:rsidRPr="00617432">
              <w:rPr>
                <w:rFonts w:ascii="Nikosh" w:hAnsi="Nikosh" w:cs="Nikosh"/>
                <w:b/>
                <w:color w:val="FFFFFF"/>
                <w:sz w:val="44"/>
                <w:szCs w:val="44"/>
              </w:rPr>
              <w:t>সরকারি-</w:t>
            </w:r>
            <w:r w:rsidR="00C1397A" w:rsidRPr="00617432">
              <w:rPr>
                <w:rFonts w:ascii="Nikosh" w:hAnsi="Nikosh" w:cs="Nikosh"/>
                <w:b/>
                <w:color w:val="FFFFFF"/>
                <w:sz w:val="44"/>
                <w:szCs w:val="44"/>
              </w:rPr>
              <w:t>বেসরকারি</w:t>
            </w:r>
            <w:proofErr w:type="spellEnd"/>
            <w:r w:rsidR="00C1397A" w:rsidRPr="00617432">
              <w:rPr>
                <w:rFonts w:ascii="Nikosh" w:hAnsi="Nikosh" w:cs="Nikosh"/>
                <w:b/>
                <w:color w:val="FFFFFF"/>
                <w:sz w:val="44"/>
                <w:szCs w:val="44"/>
              </w:rPr>
              <w:t xml:space="preserve"> </w:t>
            </w:r>
            <w:proofErr w:type="spellStart"/>
            <w:r w:rsidR="00C1397A" w:rsidRPr="00617432">
              <w:rPr>
                <w:rFonts w:ascii="Nikosh" w:hAnsi="Nikosh" w:cs="Nikosh"/>
                <w:b/>
                <w:color w:val="FFFFFF"/>
                <w:sz w:val="44"/>
                <w:szCs w:val="44"/>
              </w:rPr>
              <w:t>শিক্ষা</w:t>
            </w:r>
            <w:proofErr w:type="spellEnd"/>
            <w:r w:rsidR="00C1397A" w:rsidRPr="00617432">
              <w:rPr>
                <w:rFonts w:ascii="Nikosh" w:hAnsi="Nikosh" w:cs="Nikosh"/>
                <w:b/>
                <w:color w:val="FFFFFF"/>
                <w:sz w:val="44"/>
                <w:szCs w:val="44"/>
              </w:rPr>
              <w:t xml:space="preserve"> </w:t>
            </w:r>
            <w:proofErr w:type="spellStart"/>
            <w:r w:rsidR="00C1397A" w:rsidRPr="00617432">
              <w:rPr>
                <w:rFonts w:ascii="Nikosh" w:hAnsi="Nikosh" w:cs="Nikosh"/>
                <w:b/>
                <w:color w:val="FFFFFF"/>
                <w:sz w:val="44"/>
                <w:szCs w:val="44"/>
              </w:rPr>
              <w:t>প্রতিষ্ঠানের</w:t>
            </w:r>
            <w:proofErr w:type="spellEnd"/>
            <w:r w:rsidR="00C1397A" w:rsidRPr="00617432">
              <w:rPr>
                <w:rFonts w:ascii="Nikosh" w:hAnsi="Nikosh" w:cs="Nikosh"/>
                <w:b/>
                <w:color w:val="FFFFFF"/>
                <w:sz w:val="44"/>
                <w:szCs w:val="44"/>
              </w:rPr>
              <w:t xml:space="preserve"> </w:t>
            </w:r>
            <w:proofErr w:type="spellStart"/>
            <w:r w:rsidRPr="00617432">
              <w:rPr>
                <w:rFonts w:ascii="Nikosh" w:hAnsi="Nikosh" w:cs="Nikosh"/>
                <w:b/>
                <w:color w:val="FFFFFF"/>
                <w:sz w:val="44"/>
                <w:szCs w:val="44"/>
              </w:rPr>
              <w:t>শিক্ষার্থীরদের</w:t>
            </w:r>
            <w:proofErr w:type="spellEnd"/>
            <w:r w:rsidR="00C1397A" w:rsidRPr="00617432">
              <w:rPr>
                <w:rFonts w:ascii="Nikosh" w:hAnsi="Nikosh" w:cs="Nikosh"/>
                <w:b/>
                <w:color w:val="FFFFFF"/>
                <w:sz w:val="44"/>
                <w:szCs w:val="44"/>
              </w:rPr>
              <w:t xml:space="preserve"> </w:t>
            </w:r>
            <w:proofErr w:type="spellStart"/>
            <w:r w:rsidR="00C1397A" w:rsidRPr="00617432">
              <w:rPr>
                <w:rFonts w:ascii="Nikosh" w:hAnsi="Nikosh" w:cs="Nikosh"/>
                <w:b/>
                <w:color w:val="FFFFFF"/>
                <w:sz w:val="44"/>
                <w:szCs w:val="44"/>
              </w:rPr>
              <w:t>আর্থিক</w:t>
            </w:r>
            <w:proofErr w:type="spellEnd"/>
            <w:r w:rsidR="00C1397A" w:rsidRPr="00617432">
              <w:rPr>
                <w:rFonts w:ascii="Nikosh" w:hAnsi="Nikosh" w:cs="Nikosh"/>
                <w:b/>
                <w:color w:val="FFFFFF"/>
                <w:sz w:val="44"/>
                <w:szCs w:val="44"/>
              </w:rPr>
              <w:t xml:space="preserve"> </w:t>
            </w:r>
            <w:proofErr w:type="spellStart"/>
            <w:r w:rsidR="00C1397A" w:rsidRPr="00617432">
              <w:rPr>
                <w:rFonts w:ascii="Nikosh" w:hAnsi="Nikosh" w:cs="Nikosh"/>
                <w:b/>
                <w:color w:val="FFFFFF"/>
                <w:sz w:val="44"/>
                <w:szCs w:val="44"/>
              </w:rPr>
              <w:t>অনুদান</w:t>
            </w:r>
            <w:proofErr w:type="spellEnd"/>
            <w:r w:rsidRPr="00617432">
              <w:rPr>
                <w:rFonts w:ascii="Nikosh" w:hAnsi="Nikosh" w:cs="Nikosh"/>
                <w:b/>
                <w:color w:val="FFFFFF"/>
                <w:sz w:val="44"/>
                <w:szCs w:val="44"/>
              </w:rPr>
              <w:t xml:space="preserve"> (৬ষ্ঠ </w:t>
            </w:r>
            <w:proofErr w:type="spellStart"/>
            <w:r w:rsidRPr="00617432">
              <w:rPr>
                <w:rFonts w:ascii="Nikosh" w:hAnsi="Nikosh" w:cs="Nikosh"/>
                <w:b/>
                <w:color w:val="FFFFFF"/>
                <w:sz w:val="44"/>
                <w:szCs w:val="44"/>
              </w:rPr>
              <w:t>শ্রেণি</w:t>
            </w:r>
            <w:proofErr w:type="spellEnd"/>
            <w:r w:rsidRPr="00617432">
              <w:rPr>
                <w:rFonts w:ascii="Nikosh" w:hAnsi="Nikosh" w:cs="Nikosh"/>
                <w:b/>
                <w:color w:val="FFFFFF"/>
                <w:sz w:val="44"/>
                <w:szCs w:val="44"/>
              </w:rPr>
              <w:t xml:space="preserve"> </w:t>
            </w:r>
            <w:proofErr w:type="spellStart"/>
            <w:r w:rsidRPr="00617432">
              <w:rPr>
                <w:rFonts w:ascii="Nikosh" w:hAnsi="Nikosh" w:cs="Nikosh"/>
                <w:b/>
                <w:color w:val="FFFFFF"/>
                <w:sz w:val="44"/>
                <w:szCs w:val="44"/>
              </w:rPr>
              <w:t>থেকে</w:t>
            </w:r>
            <w:proofErr w:type="spellEnd"/>
            <w:r w:rsidRPr="00617432">
              <w:rPr>
                <w:rFonts w:ascii="Nikosh" w:hAnsi="Nikosh" w:cs="Nikosh"/>
                <w:b/>
                <w:color w:val="FFFFFF"/>
                <w:sz w:val="44"/>
                <w:szCs w:val="44"/>
              </w:rPr>
              <w:t xml:space="preserve"> </w:t>
            </w:r>
            <w:proofErr w:type="spellStart"/>
            <w:r w:rsidRPr="00617432">
              <w:rPr>
                <w:rFonts w:ascii="Nikosh" w:hAnsi="Nikosh" w:cs="Nikosh"/>
                <w:b/>
                <w:color w:val="FFFFFF"/>
                <w:sz w:val="44"/>
                <w:szCs w:val="44"/>
              </w:rPr>
              <w:t>স্নাতক</w:t>
            </w:r>
            <w:proofErr w:type="spellEnd"/>
            <w:r w:rsidRPr="00617432">
              <w:rPr>
                <w:rFonts w:ascii="Nikosh" w:hAnsi="Nikosh" w:cs="Nikosh"/>
                <w:b/>
                <w:color w:val="FFFFFF"/>
                <w:sz w:val="44"/>
                <w:szCs w:val="44"/>
              </w:rPr>
              <w:t>/</w:t>
            </w:r>
            <w:proofErr w:type="spellStart"/>
            <w:r w:rsidRPr="00617432">
              <w:rPr>
                <w:rFonts w:ascii="Nikosh" w:hAnsi="Nikosh" w:cs="Nikosh"/>
                <w:b/>
                <w:color w:val="FFFFFF"/>
                <w:sz w:val="44"/>
                <w:szCs w:val="44"/>
              </w:rPr>
              <w:t>তদুর্দ্ধ</w:t>
            </w:r>
            <w:proofErr w:type="spellEnd"/>
            <w:r w:rsidRPr="00617432">
              <w:rPr>
                <w:rFonts w:ascii="Nikosh" w:hAnsi="Nikosh" w:cs="Nikosh"/>
                <w:b/>
                <w:color w:val="FFFFFF"/>
                <w:sz w:val="44"/>
                <w:szCs w:val="44"/>
              </w:rPr>
              <w:t>)</w:t>
            </w:r>
          </w:p>
        </w:tc>
      </w:tr>
    </w:tbl>
    <w:p w:rsidR="00DE247B" w:rsidRPr="00DE4D1F" w:rsidRDefault="00C1397A">
      <w:pPr>
        <w:spacing w:before="120" w:after="240"/>
        <w:jc w:val="right"/>
        <w:rPr>
          <w:rFonts w:ascii="Nikosh" w:hAnsi="Nikosh" w:cs="Nikosh"/>
        </w:rPr>
      </w:pPr>
      <w:r w:rsidRPr="00DE4D1F">
        <w:rPr>
          <w:rFonts w:ascii="Nikosh" w:hAnsi="Nikosh" w:cs="Nikosh"/>
          <w:color w:val="C00000"/>
          <w:sz w:val="19"/>
        </w:rPr>
        <w:t>(</w:t>
      </w:r>
      <w:proofErr w:type="spellStart"/>
      <w:r w:rsidRPr="00DE4D1F">
        <w:rPr>
          <w:rFonts w:ascii="Nikosh" w:hAnsi="Nikosh" w:cs="Nikosh"/>
          <w:color w:val="C00000"/>
          <w:sz w:val="19"/>
        </w:rPr>
        <w:t>বি.দ্র</w:t>
      </w:r>
      <w:proofErr w:type="spellEnd"/>
      <w:r w:rsidRPr="00DE4D1F">
        <w:rPr>
          <w:rFonts w:ascii="Nikosh" w:hAnsi="Nikosh" w:cs="Nikosh"/>
          <w:color w:val="C00000"/>
          <w:sz w:val="19"/>
        </w:rPr>
        <w:t>. তারকা * চিহ্নিত ঘরসমূহ অবশ্যই পূরণ করতে হবে)</w:t>
      </w:r>
    </w:p>
    <w:tbl>
      <w:tblPr>
        <w:tblW w:w="9990" w:type="dxa"/>
        <w:jc w:val="center"/>
        <w:tblLook w:val="04A0" w:firstRow="1" w:lastRow="0" w:firstColumn="1" w:lastColumn="0" w:noHBand="0" w:noVBand="1"/>
      </w:tblPr>
      <w:tblGrid>
        <w:gridCol w:w="121"/>
        <w:gridCol w:w="3749"/>
        <w:gridCol w:w="81"/>
        <w:gridCol w:w="6039"/>
      </w:tblGrid>
      <w:tr w:rsidR="00085D11" w:rsidRPr="00DE4D1F" w:rsidTr="00F569CD">
        <w:trPr>
          <w:gridBefore w:val="1"/>
          <w:wBefore w:w="121" w:type="dxa"/>
          <w:trHeight w:val="340"/>
          <w:jc w:val="center"/>
        </w:trPr>
        <w:tc>
          <w:tcPr>
            <w:tcW w:w="9869" w:type="dxa"/>
            <w:gridSpan w:val="3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085D11" w:rsidRPr="00DE4D1F" w:rsidRDefault="00085D11" w:rsidP="00440915">
            <w:pPr>
              <w:spacing w:after="0" w:line="216" w:lineRule="auto"/>
              <w:jc w:val="center"/>
              <w:rPr>
                <w:rFonts w:ascii="Nikosh" w:hAnsi="Nikosh" w:cs="Nikosh"/>
              </w:rPr>
            </w:pPr>
            <w:proofErr w:type="spellStart"/>
            <w:r w:rsidRPr="00DE4D1F">
              <w:rPr>
                <w:rFonts w:ascii="Nikosh" w:hAnsi="Nikosh" w:cs="Nikosh"/>
                <w:color w:val="003366"/>
                <w:sz w:val="24"/>
              </w:rPr>
              <w:t>প্রতিষ্ঠান</w:t>
            </w:r>
            <w:proofErr w:type="spellEnd"/>
            <w:r w:rsidRPr="00DE4D1F">
              <w:rPr>
                <w:rFonts w:ascii="Nikosh" w:hAnsi="Nikosh" w:cs="Nikosh"/>
                <w:color w:val="003366"/>
                <w:sz w:val="24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color w:val="003366"/>
                <w:sz w:val="24"/>
              </w:rPr>
              <w:t>সংক্রান্ত</w:t>
            </w:r>
            <w:proofErr w:type="spellEnd"/>
            <w:r w:rsidRPr="00DE4D1F">
              <w:rPr>
                <w:rFonts w:ascii="Nikosh" w:hAnsi="Nikosh" w:cs="Nikosh"/>
                <w:color w:val="003366"/>
                <w:sz w:val="24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color w:val="003366"/>
                <w:sz w:val="24"/>
              </w:rPr>
              <w:t>তথ্য</w:t>
            </w:r>
            <w:proofErr w:type="spellEnd"/>
          </w:p>
        </w:tc>
      </w:tr>
      <w:tr w:rsidR="00DE4D1F" w:rsidRPr="00DE4D1F" w:rsidTr="00F569CD">
        <w:trPr>
          <w:gridBefore w:val="1"/>
          <w:wBefore w:w="121" w:type="dxa"/>
          <w:trHeight w:val="331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4D1F" w:rsidRPr="00DE4D1F" w:rsidRDefault="00DE4D1F" w:rsidP="00440915">
            <w:pPr>
              <w:spacing w:after="0" w:line="216" w:lineRule="auto"/>
              <w:rPr>
                <w:rFonts w:ascii="Nikosh" w:hAnsi="Nikosh" w:cs="Nikosh"/>
                <w:sz w:val="21"/>
              </w:rPr>
            </w:pPr>
            <w:proofErr w:type="spellStart"/>
            <w:r w:rsidRPr="00DE4D1F">
              <w:rPr>
                <w:rFonts w:ascii="Nikosh" w:hAnsi="Nikosh" w:cs="Nikosh"/>
                <w:sz w:val="21"/>
              </w:rPr>
              <w:t>শিক্ষা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প্রতিষ্ঠান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প্রধানের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মোবাইল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নম্বর</w:t>
            </w:r>
            <w:proofErr w:type="spellEnd"/>
            <w:r w:rsidRPr="00DE4D1F">
              <w:rPr>
                <w:rFonts w:ascii="Nikosh" w:hAnsi="Nikosh" w:cs="Nikosh"/>
                <w:color w:val="C00000"/>
              </w:rPr>
              <w:t xml:space="preserve"> *</w:t>
            </w:r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tbl>
            <w:tblPr>
              <w:tblStyle w:val="TableGrid"/>
              <w:tblW w:w="0" w:type="auto"/>
              <w:tblInd w:w="145" w:type="dxa"/>
              <w:tblLook w:val="04A0" w:firstRow="1" w:lastRow="0" w:firstColumn="1" w:lastColumn="0" w:noHBand="0" w:noVBand="1"/>
            </w:tblPr>
            <w:tblGrid>
              <w:gridCol w:w="389"/>
              <w:gridCol w:w="349"/>
              <w:gridCol w:w="342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AC6FF6" w:rsidTr="00FE044A">
              <w:tc>
                <w:tcPr>
                  <w:tcW w:w="389" w:type="dxa"/>
                </w:tcPr>
                <w:p w:rsidR="00AC6FF6" w:rsidRDefault="00AC6FF6" w:rsidP="00440915">
                  <w:pPr>
                    <w:spacing w:line="216" w:lineRule="auto"/>
                    <w:rPr>
                      <w:rFonts w:ascii="Nikosh" w:hAnsi="Nikosh" w:cs="Nikosh"/>
                    </w:rPr>
                  </w:pPr>
                  <w:r>
                    <w:rPr>
                      <w:rFonts w:ascii="Nikosh" w:hAnsi="Nikosh" w:cs="Nikosh"/>
                    </w:rPr>
                    <w:t>0</w:t>
                  </w:r>
                </w:p>
              </w:tc>
              <w:tc>
                <w:tcPr>
                  <w:tcW w:w="349" w:type="dxa"/>
                </w:tcPr>
                <w:p w:rsidR="00AC6FF6" w:rsidRDefault="00AC6FF6" w:rsidP="00440915">
                  <w:pPr>
                    <w:spacing w:line="216" w:lineRule="auto"/>
                    <w:rPr>
                      <w:rFonts w:ascii="Nikosh" w:hAnsi="Nikosh" w:cs="Nikosh"/>
                    </w:rPr>
                  </w:pPr>
                  <w:r>
                    <w:rPr>
                      <w:rFonts w:ascii="Nikosh" w:hAnsi="Nikosh" w:cs="Nikosh"/>
                    </w:rPr>
                    <w:t>1</w:t>
                  </w:r>
                </w:p>
              </w:tc>
              <w:tc>
                <w:tcPr>
                  <w:tcW w:w="342" w:type="dxa"/>
                </w:tcPr>
                <w:p w:rsidR="00AC6FF6" w:rsidRDefault="00AC6FF6" w:rsidP="00440915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  <w:tc>
                <w:tcPr>
                  <w:tcW w:w="360" w:type="dxa"/>
                </w:tcPr>
                <w:p w:rsidR="00AC6FF6" w:rsidRDefault="00AC6FF6" w:rsidP="00440915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  <w:tc>
                <w:tcPr>
                  <w:tcW w:w="360" w:type="dxa"/>
                </w:tcPr>
                <w:p w:rsidR="00AC6FF6" w:rsidRDefault="00AC6FF6" w:rsidP="00440915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  <w:tc>
                <w:tcPr>
                  <w:tcW w:w="360" w:type="dxa"/>
                </w:tcPr>
                <w:p w:rsidR="00AC6FF6" w:rsidRDefault="00AC6FF6" w:rsidP="00440915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  <w:tc>
                <w:tcPr>
                  <w:tcW w:w="360" w:type="dxa"/>
                </w:tcPr>
                <w:p w:rsidR="00AC6FF6" w:rsidRDefault="00AC6FF6" w:rsidP="00440915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  <w:tc>
                <w:tcPr>
                  <w:tcW w:w="360" w:type="dxa"/>
                </w:tcPr>
                <w:p w:rsidR="00AC6FF6" w:rsidRDefault="00AC6FF6" w:rsidP="00440915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  <w:tc>
                <w:tcPr>
                  <w:tcW w:w="360" w:type="dxa"/>
                </w:tcPr>
                <w:p w:rsidR="00AC6FF6" w:rsidRDefault="00AC6FF6" w:rsidP="00440915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  <w:tc>
                <w:tcPr>
                  <w:tcW w:w="360" w:type="dxa"/>
                </w:tcPr>
                <w:p w:rsidR="00AC6FF6" w:rsidRDefault="00AC6FF6" w:rsidP="00440915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  <w:tc>
                <w:tcPr>
                  <w:tcW w:w="360" w:type="dxa"/>
                </w:tcPr>
                <w:p w:rsidR="00AC6FF6" w:rsidRDefault="00AC6FF6" w:rsidP="00440915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</w:tr>
          </w:tbl>
          <w:p w:rsidR="00DE4D1F" w:rsidRPr="00DE4D1F" w:rsidRDefault="00DE4D1F" w:rsidP="00440915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DE247B" w:rsidRPr="00DE4D1F" w:rsidTr="00F569CD">
        <w:trPr>
          <w:gridBefore w:val="1"/>
          <w:wBefore w:w="121" w:type="dxa"/>
          <w:trHeight w:val="277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C1397A" w:rsidP="00440915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 w:rsidRPr="00DE4D1F">
              <w:rPr>
                <w:rFonts w:ascii="Nikosh" w:hAnsi="Nikosh" w:cs="Nikosh"/>
                <w:sz w:val="21"/>
              </w:rPr>
              <w:t>শিক্ষা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প্রতিষ্ঠানের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EIIN</w:t>
            </w:r>
            <w:r w:rsidRPr="00DE4D1F">
              <w:rPr>
                <w:rFonts w:ascii="Nikosh" w:hAnsi="Nikosh" w:cs="Nikosh"/>
                <w:color w:val="C00000"/>
              </w:rPr>
              <w:t xml:space="preserve"> *</w:t>
            </w:r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DE247B" w:rsidP="00440915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DE247B" w:rsidRPr="00DE4D1F" w:rsidTr="00F569CD">
        <w:trPr>
          <w:gridBefore w:val="1"/>
          <w:wBefore w:w="121" w:type="dxa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C1397A" w:rsidP="00440915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 w:rsidRPr="00DE4D1F">
              <w:rPr>
                <w:rFonts w:ascii="Nikosh" w:hAnsi="Nikosh" w:cs="Nikosh"/>
                <w:sz w:val="21"/>
              </w:rPr>
              <w:t>শিক্ষা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প্রতিষ্ঠানের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নাম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(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বাংলা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>)</w:t>
            </w:r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DE247B" w:rsidP="00440915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DE247B" w:rsidRPr="00DE4D1F" w:rsidTr="00F569CD">
        <w:trPr>
          <w:gridBefore w:val="1"/>
          <w:wBefore w:w="121" w:type="dxa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C1397A" w:rsidP="00440915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 w:rsidRPr="00DE4D1F">
              <w:rPr>
                <w:rFonts w:ascii="Nikosh" w:hAnsi="Nikosh" w:cs="Nikosh"/>
                <w:sz w:val="21"/>
              </w:rPr>
              <w:t>শিক্ষা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প্রতিষ্ঠানের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নাম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(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ইংরেজি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>)</w:t>
            </w:r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DE247B" w:rsidP="00440915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DE247B" w:rsidRPr="00DE4D1F" w:rsidTr="00F569CD">
        <w:trPr>
          <w:gridBefore w:val="1"/>
          <w:wBefore w:w="121" w:type="dxa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C1397A" w:rsidP="00440915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 w:rsidRPr="00DE4D1F">
              <w:rPr>
                <w:rFonts w:ascii="Nikosh" w:hAnsi="Nikosh" w:cs="Nikosh"/>
                <w:sz w:val="21"/>
              </w:rPr>
              <w:t>শিক্ষা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প্রতিষ্ঠানের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স্তর</w:t>
            </w:r>
            <w:proofErr w:type="spellEnd"/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5F4B72" w:rsidRDefault="00915F2F" w:rsidP="005F4B72">
            <w:pPr>
              <w:pStyle w:val="ListParagraph"/>
              <w:numPr>
                <w:ilvl w:val="0"/>
                <w:numId w:val="16"/>
              </w:numPr>
              <w:spacing w:after="0" w:line="216" w:lineRule="auto"/>
              <w:rPr>
                <w:rFonts w:ascii="Nikosh" w:hAnsi="Nikosh" w:cs="Nikosh"/>
              </w:rPr>
            </w:pPr>
            <w:proofErr w:type="spellStart"/>
            <w:r w:rsidRPr="005F4B72">
              <w:rPr>
                <w:rFonts w:ascii="Nikosh" w:hAnsi="Nikosh" w:cs="Nikosh"/>
              </w:rPr>
              <w:t>নিম্ন</w:t>
            </w:r>
            <w:proofErr w:type="spellEnd"/>
            <w:r w:rsidRPr="005F4B72">
              <w:rPr>
                <w:rFonts w:ascii="Nikosh" w:hAnsi="Nikosh" w:cs="Nikosh"/>
              </w:rPr>
              <w:t xml:space="preserve"> </w:t>
            </w:r>
            <w:proofErr w:type="spellStart"/>
            <w:r w:rsidRPr="005F4B72">
              <w:rPr>
                <w:rFonts w:ascii="Nikosh" w:hAnsi="Nikosh" w:cs="Nikosh"/>
              </w:rPr>
              <w:t>মাধ্যমিক</w:t>
            </w:r>
            <w:proofErr w:type="spellEnd"/>
          </w:p>
          <w:p w:rsidR="00915F2F" w:rsidRPr="005F4B72" w:rsidRDefault="00915F2F" w:rsidP="005F4B72">
            <w:pPr>
              <w:pStyle w:val="ListParagraph"/>
              <w:numPr>
                <w:ilvl w:val="0"/>
                <w:numId w:val="16"/>
              </w:numPr>
              <w:spacing w:after="0" w:line="216" w:lineRule="auto"/>
              <w:rPr>
                <w:rFonts w:ascii="Nikosh" w:hAnsi="Nikosh" w:cs="Nikosh"/>
              </w:rPr>
            </w:pPr>
            <w:proofErr w:type="spellStart"/>
            <w:r w:rsidRPr="005F4B72">
              <w:rPr>
                <w:rFonts w:ascii="Nikosh" w:hAnsi="Nikosh" w:cs="Nikosh"/>
              </w:rPr>
              <w:t>মাধ্যমিক</w:t>
            </w:r>
            <w:proofErr w:type="spellEnd"/>
            <w:r w:rsidRPr="005F4B72">
              <w:rPr>
                <w:rFonts w:ascii="Nikosh" w:hAnsi="Nikosh" w:cs="Nikosh"/>
              </w:rPr>
              <w:t xml:space="preserve"> </w:t>
            </w:r>
          </w:p>
          <w:p w:rsidR="00915F2F" w:rsidRDefault="00915F2F" w:rsidP="005F4B72">
            <w:pPr>
              <w:pStyle w:val="ListParagraph"/>
              <w:numPr>
                <w:ilvl w:val="0"/>
                <w:numId w:val="16"/>
              </w:numPr>
              <w:spacing w:after="0" w:line="216" w:lineRule="auto"/>
              <w:rPr>
                <w:rFonts w:ascii="Nikosh" w:hAnsi="Nikosh" w:cs="Nikosh"/>
              </w:rPr>
            </w:pPr>
            <w:proofErr w:type="spellStart"/>
            <w:r w:rsidRPr="005F4B72">
              <w:rPr>
                <w:rFonts w:ascii="Nikosh" w:hAnsi="Nikosh" w:cs="Nikosh"/>
              </w:rPr>
              <w:t>উচ্চ</w:t>
            </w:r>
            <w:proofErr w:type="spellEnd"/>
            <w:r w:rsidRPr="005F4B72">
              <w:rPr>
                <w:rFonts w:ascii="Nikosh" w:hAnsi="Nikosh" w:cs="Nikosh"/>
              </w:rPr>
              <w:t xml:space="preserve"> </w:t>
            </w:r>
            <w:proofErr w:type="spellStart"/>
            <w:r w:rsidRPr="005F4B72">
              <w:rPr>
                <w:rFonts w:ascii="Nikosh" w:hAnsi="Nikosh" w:cs="Nikosh"/>
              </w:rPr>
              <w:t>মাধ্যমিক</w:t>
            </w:r>
            <w:proofErr w:type="spellEnd"/>
          </w:p>
          <w:p w:rsidR="009F77E9" w:rsidRPr="009F77E9" w:rsidRDefault="009F77E9" w:rsidP="009F77E9">
            <w:pPr>
              <w:pStyle w:val="ListParagraph"/>
              <w:numPr>
                <w:ilvl w:val="0"/>
                <w:numId w:val="16"/>
              </w:num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ডিগ্রী</w:t>
            </w:r>
            <w:proofErr w:type="spellEnd"/>
            <w:r>
              <w:rPr>
                <w:rFonts w:ascii="Nikosh" w:hAnsi="Nikosh" w:cs="Nikosh"/>
              </w:rPr>
              <w:t xml:space="preserve"> (</w:t>
            </w:r>
            <w:proofErr w:type="spellStart"/>
            <w:r>
              <w:rPr>
                <w:rFonts w:ascii="Nikosh" w:hAnsi="Nikosh" w:cs="Nikosh"/>
              </w:rPr>
              <w:t>পাশ</w:t>
            </w:r>
            <w:proofErr w:type="spellEnd"/>
            <w:r>
              <w:rPr>
                <w:rFonts w:ascii="Nikosh" w:hAnsi="Nikosh" w:cs="Nikosh"/>
              </w:rPr>
              <w:t>)</w:t>
            </w:r>
          </w:p>
          <w:p w:rsidR="00915F2F" w:rsidRPr="005F4B72" w:rsidRDefault="00915F2F" w:rsidP="00666CAC">
            <w:pPr>
              <w:pStyle w:val="ListParagraph"/>
              <w:numPr>
                <w:ilvl w:val="0"/>
                <w:numId w:val="16"/>
              </w:numPr>
              <w:spacing w:after="0" w:line="216" w:lineRule="auto"/>
              <w:rPr>
                <w:rFonts w:ascii="Nikosh" w:hAnsi="Nikosh" w:cs="Nikosh"/>
              </w:rPr>
            </w:pPr>
            <w:proofErr w:type="spellStart"/>
            <w:r w:rsidRPr="005F4B72">
              <w:rPr>
                <w:rFonts w:ascii="Nikosh" w:hAnsi="Nikosh" w:cs="Nikosh"/>
              </w:rPr>
              <w:t>স্নাতক</w:t>
            </w:r>
            <w:proofErr w:type="spellEnd"/>
            <w:r w:rsidR="005F4B72" w:rsidRPr="005F4B72">
              <w:rPr>
                <w:rFonts w:ascii="Nikosh" w:hAnsi="Nikosh" w:cs="Nikosh"/>
              </w:rPr>
              <w:t xml:space="preserve"> ও </w:t>
            </w:r>
            <w:proofErr w:type="spellStart"/>
            <w:r w:rsidR="005F4B72" w:rsidRPr="005F4B72">
              <w:rPr>
                <w:rFonts w:ascii="Nikosh" w:hAnsi="Nikosh" w:cs="Nikosh"/>
              </w:rPr>
              <w:t>স্নাতকোত্তর</w:t>
            </w:r>
            <w:proofErr w:type="spellEnd"/>
            <w:r w:rsidR="005F4B72" w:rsidRPr="005F4B72">
              <w:rPr>
                <w:rFonts w:ascii="Nikosh" w:hAnsi="Nikosh" w:cs="Nikosh"/>
              </w:rPr>
              <w:t xml:space="preserve"> </w:t>
            </w:r>
            <w:r w:rsidR="00666CAC">
              <w:rPr>
                <w:rFonts w:ascii="Nikosh" w:hAnsi="Nikosh" w:cs="Nikosh"/>
              </w:rPr>
              <w:t xml:space="preserve"> </w:t>
            </w:r>
          </w:p>
        </w:tc>
      </w:tr>
      <w:tr w:rsidR="00DE247B" w:rsidRPr="00DE4D1F" w:rsidTr="00F569CD">
        <w:trPr>
          <w:gridBefore w:val="1"/>
          <w:wBefore w:w="121" w:type="dxa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C1397A" w:rsidP="00440915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 w:rsidRPr="00DE4D1F">
              <w:rPr>
                <w:rFonts w:ascii="Nikosh" w:hAnsi="Nikosh" w:cs="Nikosh"/>
                <w:sz w:val="21"/>
              </w:rPr>
              <w:t>শিক্ষা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প্রতিষ্ঠানের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বিভাগ</w:t>
            </w:r>
            <w:proofErr w:type="spellEnd"/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DE247B" w:rsidP="00440915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DE247B" w:rsidRPr="00DE4D1F" w:rsidTr="00F569CD">
        <w:trPr>
          <w:gridBefore w:val="1"/>
          <w:wBefore w:w="121" w:type="dxa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C1397A" w:rsidP="00440915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 w:rsidRPr="00DE4D1F">
              <w:rPr>
                <w:rFonts w:ascii="Nikosh" w:hAnsi="Nikosh" w:cs="Nikosh"/>
                <w:sz w:val="21"/>
              </w:rPr>
              <w:t>শিক্ষা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প্রতিষ্ঠানের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জেলা</w:t>
            </w:r>
            <w:proofErr w:type="spellEnd"/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DE247B" w:rsidP="00440915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DE247B" w:rsidRPr="00DE4D1F" w:rsidTr="00F569CD">
        <w:trPr>
          <w:gridBefore w:val="1"/>
          <w:wBefore w:w="121" w:type="dxa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C1397A" w:rsidP="00440915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 w:rsidRPr="00DE4D1F">
              <w:rPr>
                <w:rFonts w:ascii="Nikosh" w:hAnsi="Nikosh" w:cs="Nikosh"/>
                <w:sz w:val="21"/>
              </w:rPr>
              <w:t>শিক্ষা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প্রতিষ্ঠানের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উপজেলা</w:t>
            </w:r>
            <w:proofErr w:type="spellEnd"/>
            <w:r w:rsidR="00CA5DE8">
              <w:rPr>
                <w:rFonts w:ascii="Nikosh" w:hAnsi="Nikosh" w:cs="Nikosh"/>
                <w:sz w:val="21"/>
              </w:rPr>
              <w:t>/</w:t>
            </w:r>
            <w:proofErr w:type="spellStart"/>
            <w:r w:rsidR="00CA5DE8">
              <w:rPr>
                <w:rFonts w:ascii="Nikosh" w:hAnsi="Nikosh" w:cs="Nikosh"/>
                <w:sz w:val="21"/>
              </w:rPr>
              <w:t>থানা</w:t>
            </w:r>
            <w:proofErr w:type="spellEnd"/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DE247B" w:rsidP="00440915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085D11" w:rsidRPr="00DE4D1F" w:rsidTr="00F569CD">
        <w:trPr>
          <w:gridBefore w:val="1"/>
          <w:wBefore w:w="121" w:type="dxa"/>
          <w:jc w:val="center"/>
        </w:trPr>
        <w:tc>
          <w:tcPr>
            <w:tcW w:w="9869" w:type="dxa"/>
            <w:gridSpan w:val="3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085D11" w:rsidRPr="00DE4D1F" w:rsidRDefault="007E2FF5" w:rsidP="00440915">
            <w:pPr>
              <w:spacing w:after="0" w:line="216" w:lineRule="auto"/>
              <w:jc w:val="center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  <w:color w:val="003366"/>
                <w:sz w:val="24"/>
              </w:rPr>
              <w:t>ছাত্র</w:t>
            </w:r>
            <w:proofErr w:type="spellEnd"/>
            <w:r>
              <w:rPr>
                <w:rFonts w:ascii="Nikosh" w:hAnsi="Nikosh" w:cs="Nikosh"/>
                <w:color w:val="003366"/>
                <w:sz w:val="24"/>
              </w:rPr>
              <w:t>/</w:t>
            </w:r>
            <w:proofErr w:type="spellStart"/>
            <w:r>
              <w:rPr>
                <w:rFonts w:ascii="Nikosh" w:hAnsi="Nikosh" w:cs="Nikosh"/>
                <w:color w:val="003366"/>
                <w:sz w:val="24"/>
              </w:rPr>
              <w:t>ছাত্রীর</w:t>
            </w:r>
            <w:proofErr w:type="spellEnd"/>
            <w:r w:rsidR="00085D11" w:rsidRPr="00DE4D1F">
              <w:rPr>
                <w:rFonts w:ascii="Nikosh" w:hAnsi="Nikosh" w:cs="Nikosh"/>
                <w:color w:val="003366"/>
                <w:sz w:val="24"/>
              </w:rPr>
              <w:t xml:space="preserve"> </w:t>
            </w:r>
            <w:proofErr w:type="spellStart"/>
            <w:r w:rsidR="00085D11" w:rsidRPr="00DE4D1F">
              <w:rPr>
                <w:rFonts w:ascii="Nikosh" w:hAnsi="Nikosh" w:cs="Nikosh"/>
                <w:color w:val="003366"/>
                <w:sz w:val="24"/>
              </w:rPr>
              <w:t>ব্যক্তিগত</w:t>
            </w:r>
            <w:proofErr w:type="spellEnd"/>
            <w:r w:rsidR="00085D11" w:rsidRPr="00DE4D1F">
              <w:rPr>
                <w:rFonts w:ascii="Nikosh" w:hAnsi="Nikosh" w:cs="Nikosh"/>
                <w:color w:val="003366"/>
                <w:sz w:val="24"/>
              </w:rPr>
              <w:t xml:space="preserve"> </w:t>
            </w:r>
            <w:proofErr w:type="spellStart"/>
            <w:r w:rsidR="00085D11" w:rsidRPr="00DE4D1F">
              <w:rPr>
                <w:rFonts w:ascii="Nikosh" w:hAnsi="Nikosh" w:cs="Nikosh"/>
                <w:color w:val="003366"/>
                <w:sz w:val="24"/>
              </w:rPr>
              <w:t>তথ্য</w:t>
            </w:r>
            <w:proofErr w:type="spellEnd"/>
          </w:p>
        </w:tc>
      </w:tr>
      <w:tr w:rsidR="00DE4D1F" w:rsidRPr="00DE4D1F" w:rsidTr="00F569CD">
        <w:trPr>
          <w:gridBefore w:val="1"/>
          <w:wBefore w:w="121" w:type="dxa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A3343D" w:rsidP="00440915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শিক্ষার্থীর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নাম</w:t>
            </w:r>
            <w:proofErr w:type="spellEnd"/>
            <w:r>
              <w:rPr>
                <w:rFonts w:ascii="Nikosh" w:hAnsi="Nikosh" w:cs="Nikosh"/>
              </w:rPr>
              <w:t xml:space="preserve"> (</w:t>
            </w:r>
            <w:proofErr w:type="spellStart"/>
            <w:r>
              <w:rPr>
                <w:rFonts w:ascii="Nikosh" w:hAnsi="Nikosh" w:cs="Nikosh"/>
              </w:rPr>
              <w:t>বাংলায়</w:t>
            </w:r>
            <w:proofErr w:type="spellEnd"/>
            <w:r>
              <w:rPr>
                <w:rFonts w:ascii="Nikosh" w:hAnsi="Nikosh" w:cs="Nikosh"/>
              </w:rPr>
              <w:t xml:space="preserve">): </w:t>
            </w:r>
            <w:r w:rsidRPr="0030295B">
              <w:rPr>
                <w:rFonts w:ascii="Nikosh" w:hAnsi="Nikosh" w:cs="Nikosh"/>
                <w:color w:val="FF0000"/>
              </w:rPr>
              <w:t>*</w:t>
            </w:r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DE247B" w:rsidP="00440915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DE4D1F" w:rsidRPr="00DE4D1F" w:rsidTr="00F569CD">
        <w:trPr>
          <w:gridBefore w:val="1"/>
          <w:wBefore w:w="121" w:type="dxa"/>
          <w:trHeight w:val="349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A3343D" w:rsidP="00440915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শিক্ষার্থীর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নাম</w:t>
            </w:r>
            <w:proofErr w:type="spellEnd"/>
            <w:r>
              <w:rPr>
                <w:rFonts w:ascii="Nikosh" w:hAnsi="Nikosh" w:cs="Nikosh"/>
              </w:rPr>
              <w:t xml:space="preserve"> (</w:t>
            </w:r>
            <w:proofErr w:type="spellStart"/>
            <w:r>
              <w:rPr>
                <w:rFonts w:ascii="Nikosh" w:hAnsi="Nikosh" w:cs="Nikosh"/>
              </w:rPr>
              <w:t>ইংরেজি</w:t>
            </w:r>
            <w:proofErr w:type="spellEnd"/>
            <w:r>
              <w:rPr>
                <w:rFonts w:ascii="Nikosh" w:hAnsi="Nikosh" w:cs="Nikosh"/>
              </w:rPr>
              <w:t>):</w:t>
            </w:r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DE247B" w:rsidP="00440915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DE4D1F" w:rsidRPr="00DE4D1F" w:rsidTr="00F569CD">
        <w:trPr>
          <w:gridBefore w:val="1"/>
          <w:wBefore w:w="121" w:type="dxa"/>
          <w:trHeight w:val="241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A3343D" w:rsidP="00440915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শিক্ষার্থীর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রোল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নং</w:t>
            </w:r>
            <w:proofErr w:type="spellEnd"/>
            <w:r>
              <w:rPr>
                <w:rFonts w:ascii="Nikosh" w:hAnsi="Nikosh" w:cs="Nikosh"/>
              </w:rPr>
              <w:t xml:space="preserve"> (</w:t>
            </w:r>
            <w:proofErr w:type="spellStart"/>
            <w:r>
              <w:rPr>
                <w:rFonts w:ascii="Nikosh" w:hAnsi="Nikosh" w:cs="Nikosh"/>
              </w:rPr>
              <w:t>ইংরেজি</w:t>
            </w:r>
            <w:proofErr w:type="spellEnd"/>
            <w:r>
              <w:rPr>
                <w:rFonts w:ascii="Nikosh" w:hAnsi="Nikosh" w:cs="Nikosh"/>
              </w:rPr>
              <w:t xml:space="preserve">): </w:t>
            </w:r>
            <w:r w:rsidRPr="0030295B">
              <w:rPr>
                <w:rFonts w:ascii="Nikosh" w:hAnsi="Nikosh" w:cs="Nikosh"/>
                <w:color w:val="FF0000"/>
              </w:rPr>
              <w:t>*</w:t>
            </w:r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DE247B" w:rsidP="00440915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DE4D1F" w:rsidRPr="00DE4D1F" w:rsidTr="00F569CD">
        <w:trPr>
          <w:gridBefore w:val="1"/>
          <w:wBefore w:w="121" w:type="dxa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A3343D" w:rsidP="00440915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শিক্ষার্থীর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শ্রেণি</w:t>
            </w:r>
            <w:proofErr w:type="spellEnd"/>
            <w:r>
              <w:rPr>
                <w:rFonts w:ascii="Nikosh" w:hAnsi="Nikosh" w:cs="Nikosh"/>
              </w:rPr>
              <w:t>:</w:t>
            </w:r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DE247B" w:rsidP="00440915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DE4D1F" w:rsidRPr="00DE4D1F" w:rsidTr="00F569CD">
        <w:trPr>
          <w:gridBefore w:val="1"/>
          <w:wBefore w:w="121" w:type="dxa"/>
          <w:trHeight w:val="448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A3343D" w:rsidP="00440915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শিক্ষার্থীর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জন্ম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 w:rsidR="00666CAC">
              <w:rPr>
                <w:rFonts w:ascii="Nikosh" w:hAnsi="Nikosh" w:cs="Nikosh"/>
              </w:rPr>
              <w:t>নিবন্ধন</w:t>
            </w:r>
            <w:proofErr w:type="spellEnd"/>
            <w:r>
              <w:rPr>
                <w:rFonts w:ascii="Nikosh" w:hAnsi="Nikosh" w:cs="Nikosh"/>
              </w:rPr>
              <w:t xml:space="preserve">  </w:t>
            </w:r>
            <w:proofErr w:type="spellStart"/>
            <w:r>
              <w:rPr>
                <w:rFonts w:ascii="Nikosh" w:hAnsi="Nikosh" w:cs="Nikosh"/>
              </w:rPr>
              <w:t>নং</w:t>
            </w:r>
            <w:proofErr w:type="spellEnd"/>
            <w:r>
              <w:rPr>
                <w:rFonts w:ascii="Nikosh" w:hAnsi="Nikosh" w:cs="Nikosh"/>
              </w:rPr>
              <w:t xml:space="preserve"> (</w:t>
            </w:r>
            <w:proofErr w:type="spellStart"/>
            <w:r>
              <w:rPr>
                <w:rFonts w:ascii="Nikosh" w:hAnsi="Nikosh" w:cs="Nikosh"/>
              </w:rPr>
              <w:t>ইংরেজি</w:t>
            </w:r>
            <w:proofErr w:type="spellEnd"/>
            <w:r>
              <w:rPr>
                <w:rFonts w:ascii="Nikosh" w:hAnsi="Nikosh" w:cs="Nikosh"/>
              </w:rPr>
              <w:t xml:space="preserve">) </w:t>
            </w:r>
            <w:r w:rsidRPr="0030295B">
              <w:rPr>
                <w:rFonts w:ascii="Nikosh" w:hAnsi="Nikosh" w:cs="Nikosh"/>
                <w:color w:val="FF0000"/>
              </w:rPr>
              <w:t>*</w:t>
            </w:r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tbl>
            <w:tblPr>
              <w:tblStyle w:val="TableGrid"/>
              <w:tblW w:w="5878" w:type="dxa"/>
              <w:tblLook w:val="04A0" w:firstRow="1" w:lastRow="0" w:firstColumn="1" w:lastColumn="0" w:noHBand="0" w:noVBand="1"/>
            </w:tblPr>
            <w:tblGrid>
              <w:gridCol w:w="344"/>
              <w:gridCol w:w="344"/>
              <w:gridCol w:w="346"/>
              <w:gridCol w:w="346"/>
              <w:gridCol w:w="346"/>
              <w:gridCol w:w="346"/>
              <w:gridCol w:w="346"/>
              <w:gridCol w:w="346"/>
              <w:gridCol w:w="346"/>
              <w:gridCol w:w="346"/>
              <w:gridCol w:w="346"/>
              <w:gridCol w:w="346"/>
              <w:gridCol w:w="346"/>
              <w:gridCol w:w="346"/>
              <w:gridCol w:w="346"/>
              <w:gridCol w:w="346"/>
              <w:gridCol w:w="346"/>
            </w:tblGrid>
            <w:tr w:rsidR="00915F2F" w:rsidRPr="005A5B7E" w:rsidTr="00FE044A">
              <w:trPr>
                <w:trHeight w:val="260"/>
              </w:trPr>
              <w:tc>
                <w:tcPr>
                  <w:tcW w:w="344" w:type="dxa"/>
                  <w:vAlign w:val="center"/>
                </w:tcPr>
                <w:p w:rsidR="00915F2F" w:rsidRPr="005A5B7E" w:rsidRDefault="00915F2F" w:rsidP="00915F2F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4" w:type="dxa"/>
                  <w:vAlign w:val="center"/>
                </w:tcPr>
                <w:p w:rsidR="00915F2F" w:rsidRPr="005A5B7E" w:rsidRDefault="00915F2F" w:rsidP="00915F2F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6" w:type="dxa"/>
                  <w:vAlign w:val="center"/>
                </w:tcPr>
                <w:p w:rsidR="00915F2F" w:rsidRPr="005A5B7E" w:rsidRDefault="00915F2F" w:rsidP="00915F2F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6" w:type="dxa"/>
                  <w:vAlign w:val="center"/>
                </w:tcPr>
                <w:p w:rsidR="00915F2F" w:rsidRPr="005A5B7E" w:rsidRDefault="00915F2F" w:rsidP="00915F2F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6" w:type="dxa"/>
                  <w:vAlign w:val="center"/>
                </w:tcPr>
                <w:p w:rsidR="00915F2F" w:rsidRPr="005A5B7E" w:rsidRDefault="00915F2F" w:rsidP="00915F2F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6" w:type="dxa"/>
                  <w:vAlign w:val="center"/>
                </w:tcPr>
                <w:p w:rsidR="00915F2F" w:rsidRPr="005A5B7E" w:rsidRDefault="00915F2F" w:rsidP="00915F2F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6" w:type="dxa"/>
                  <w:vAlign w:val="center"/>
                </w:tcPr>
                <w:p w:rsidR="00915F2F" w:rsidRPr="005A5B7E" w:rsidRDefault="00915F2F" w:rsidP="00915F2F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6" w:type="dxa"/>
                  <w:vAlign w:val="center"/>
                </w:tcPr>
                <w:p w:rsidR="00915F2F" w:rsidRPr="005A5B7E" w:rsidRDefault="00915F2F" w:rsidP="00915F2F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6" w:type="dxa"/>
                  <w:vAlign w:val="center"/>
                </w:tcPr>
                <w:p w:rsidR="00915F2F" w:rsidRPr="005A5B7E" w:rsidRDefault="00915F2F" w:rsidP="00915F2F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6" w:type="dxa"/>
                  <w:vAlign w:val="center"/>
                </w:tcPr>
                <w:p w:rsidR="00915F2F" w:rsidRPr="005A5B7E" w:rsidRDefault="00915F2F" w:rsidP="00915F2F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6" w:type="dxa"/>
                  <w:vAlign w:val="center"/>
                </w:tcPr>
                <w:p w:rsidR="00915F2F" w:rsidRPr="005A5B7E" w:rsidRDefault="00915F2F" w:rsidP="00915F2F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6" w:type="dxa"/>
                  <w:vAlign w:val="center"/>
                </w:tcPr>
                <w:p w:rsidR="00915F2F" w:rsidRPr="005A5B7E" w:rsidRDefault="00915F2F" w:rsidP="00915F2F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6" w:type="dxa"/>
                  <w:vAlign w:val="center"/>
                </w:tcPr>
                <w:p w:rsidR="00915F2F" w:rsidRPr="005A5B7E" w:rsidRDefault="00915F2F" w:rsidP="00915F2F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6" w:type="dxa"/>
                  <w:vAlign w:val="center"/>
                </w:tcPr>
                <w:p w:rsidR="00915F2F" w:rsidRPr="005A5B7E" w:rsidRDefault="00915F2F" w:rsidP="00915F2F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6" w:type="dxa"/>
                  <w:vAlign w:val="center"/>
                </w:tcPr>
                <w:p w:rsidR="00915F2F" w:rsidRPr="005A5B7E" w:rsidRDefault="00915F2F" w:rsidP="00915F2F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6" w:type="dxa"/>
                  <w:vAlign w:val="center"/>
                </w:tcPr>
                <w:p w:rsidR="00915F2F" w:rsidRPr="005A5B7E" w:rsidRDefault="00915F2F" w:rsidP="00915F2F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6" w:type="dxa"/>
                  <w:vAlign w:val="center"/>
                </w:tcPr>
                <w:p w:rsidR="00915F2F" w:rsidRPr="005A5B7E" w:rsidRDefault="00915F2F" w:rsidP="00915F2F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</w:tr>
          </w:tbl>
          <w:p w:rsidR="00DE247B" w:rsidRPr="00DE4D1F" w:rsidRDefault="00DE247B" w:rsidP="00440915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DE4D1F" w:rsidRPr="00DE4D1F" w:rsidTr="00F569CD">
        <w:trPr>
          <w:gridBefore w:val="1"/>
          <w:wBefore w:w="121" w:type="dxa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A3343D" w:rsidP="00440915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শিক্ষার্থীর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জন্ম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তারিখ</w:t>
            </w:r>
            <w:proofErr w:type="spellEnd"/>
            <w:r>
              <w:rPr>
                <w:rFonts w:ascii="Nikosh" w:hAnsi="Nikosh" w:cs="Nikosh"/>
              </w:rPr>
              <w:t>: :</w:t>
            </w:r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915F2F" w:rsidP="00440915">
            <w:pPr>
              <w:spacing w:after="0" w:line="216" w:lineRule="auto"/>
              <w:rPr>
                <w:rFonts w:ascii="Nikosh" w:hAnsi="Nikosh" w:cs="Nikosh"/>
              </w:rPr>
            </w:pPr>
            <w:r w:rsidRPr="00820A96">
              <w:rPr>
                <w:rFonts w:ascii="Nikosh" w:hAnsi="Nikosh" w:cs="Nikosh"/>
                <w:color w:val="A6A6A6" w:themeColor="background1" w:themeShade="A6"/>
                <w:sz w:val="24"/>
                <w:szCs w:val="24"/>
              </w:rPr>
              <w:t>DD/MM/YYYY</w:t>
            </w:r>
          </w:p>
        </w:tc>
      </w:tr>
      <w:tr w:rsidR="00DE4D1F" w:rsidRPr="00DE4D1F" w:rsidTr="00F569CD">
        <w:trPr>
          <w:gridBefore w:val="1"/>
          <w:wBefore w:w="121" w:type="dxa"/>
          <w:trHeight w:val="268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3E2391" w:rsidP="00440915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পিতার</w:t>
            </w:r>
            <w:proofErr w:type="spellEnd"/>
            <w:r w:rsidR="00A3343D">
              <w:rPr>
                <w:rFonts w:ascii="Nikosh" w:hAnsi="Nikosh" w:cs="Nikosh"/>
              </w:rPr>
              <w:t xml:space="preserve"> </w:t>
            </w:r>
            <w:proofErr w:type="spellStart"/>
            <w:r w:rsidR="00A3343D">
              <w:rPr>
                <w:rFonts w:ascii="Nikosh" w:hAnsi="Nikosh" w:cs="Nikosh"/>
              </w:rPr>
              <w:t>নাম</w:t>
            </w:r>
            <w:proofErr w:type="spellEnd"/>
            <w:r w:rsidR="00A3343D">
              <w:rPr>
                <w:rFonts w:ascii="Nikosh" w:hAnsi="Nikosh" w:cs="Nikosh"/>
              </w:rPr>
              <w:t xml:space="preserve"> (</w:t>
            </w:r>
            <w:proofErr w:type="spellStart"/>
            <w:r w:rsidR="00A3343D">
              <w:rPr>
                <w:rFonts w:ascii="Nikosh" w:hAnsi="Nikosh" w:cs="Nikosh"/>
              </w:rPr>
              <w:t>বাংলা</w:t>
            </w:r>
            <w:proofErr w:type="spellEnd"/>
            <w:r w:rsidR="00A3343D">
              <w:rPr>
                <w:rFonts w:ascii="Nikosh" w:hAnsi="Nikosh" w:cs="Nikosh"/>
              </w:rPr>
              <w:t xml:space="preserve">) </w:t>
            </w:r>
            <w:r w:rsidR="00A3343D" w:rsidRPr="0030295B">
              <w:rPr>
                <w:rFonts w:ascii="Nikosh" w:hAnsi="Nikosh" w:cs="Nikosh"/>
                <w:color w:val="FF0000"/>
              </w:rPr>
              <w:t>*</w:t>
            </w:r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DE247B" w:rsidP="00440915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DE4D1F" w:rsidRPr="00DE4D1F" w:rsidTr="00F569CD">
        <w:trPr>
          <w:gridBefore w:val="1"/>
          <w:wBefore w:w="121" w:type="dxa"/>
          <w:trHeight w:val="169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A3343D" w:rsidP="00440915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পিতার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পেশা</w:t>
            </w:r>
            <w:proofErr w:type="spellEnd"/>
            <w:r>
              <w:rPr>
                <w:rFonts w:ascii="Nikosh" w:hAnsi="Nikosh" w:cs="Nikosh"/>
              </w:rPr>
              <w:t xml:space="preserve"> (</w:t>
            </w:r>
            <w:proofErr w:type="spellStart"/>
            <w:r>
              <w:rPr>
                <w:rFonts w:ascii="Nikosh" w:hAnsi="Nikosh" w:cs="Nikosh"/>
              </w:rPr>
              <w:t>বাংলা</w:t>
            </w:r>
            <w:proofErr w:type="spellEnd"/>
            <w:r>
              <w:rPr>
                <w:rFonts w:ascii="Nikosh" w:hAnsi="Nikosh" w:cs="Nikosh"/>
              </w:rPr>
              <w:t>):</w:t>
            </w:r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DE247B" w:rsidP="00440915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3E2391" w:rsidRPr="00DE4D1F" w:rsidTr="00F569CD">
        <w:trPr>
          <w:gridBefore w:val="1"/>
          <w:wBefore w:w="121" w:type="dxa"/>
          <w:trHeight w:val="169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3E2391" w:rsidRDefault="003E2391" w:rsidP="00440915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পিতার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জাতীয়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পরিচয়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পত্র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নং</w:t>
            </w:r>
            <w:proofErr w:type="spellEnd"/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tbl>
            <w:tblPr>
              <w:tblStyle w:val="TableGrid"/>
              <w:tblW w:w="5793" w:type="dxa"/>
              <w:tblLook w:val="04A0" w:firstRow="1" w:lastRow="0" w:firstColumn="1" w:lastColumn="0" w:noHBand="0" w:noVBand="1"/>
            </w:tblPr>
            <w:tblGrid>
              <w:gridCol w:w="339"/>
              <w:gridCol w:w="339"/>
              <w:gridCol w:w="341"/>
              <w:gridCol w:w="341"/>
              <w:gridCol w:w="341"/>
              <w:gridCol w:w="341"/>
              <w:gridCol w:w="341"/>
              <w:gridCol w:w="341"/>
              <w:gridCol w:w="341"/>
              <w:gridCol w:w="341"/>
              <w:gridCol w:w="341"/>
              <w:gridCol w:w="341"/>
              <w:gridCol w:w="341"/>
              <w:gridCol w:w="341"/>
              <w:gridCol w:w="341"/>
              <w:gridCol w:w="341"/>
              <w:gridCol w:w="341"/>
            </w:tblGrid>
            <w:tr w:rsidR="003E2391" w:rsidTr="00AA7126">
              <w:trPr>
                <w:trHeight w:val="359"/>
              </w:trPr>
              <w:tc>
                <w:tcPr>
                  <w:tcW w:w="339" w:type="dxa"/>
                  <w:vAlign w:val="center"/>
                </w:tcPr>
                <w:p w:rsidR="003E2391" w:rsidRPr="005A5B7E" w:rsidRDefault="003E2391" w:rsidP="003E2391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39" w:type="dxa"/>
                  <w:vAlign w:val="center"/>
                </w:tcPr>
                <w:p w:rsidR="003E2391" w:rsidRPr="005A5B7E" w:rsidRDefault="003E2391" w:rsidP="003E2391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2391" w:rsidRPr="005A5B7E" w:rsidRDefault="003E2391" w:rsidP="003E2391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2391" w:rsidRPr="005A5B7E" w:rsidRDefault="003E2391" w:rsidP="003E2391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2391" w:rsidRPr="005A5B7E" w:rsidRDefault="003E2391" w:rsidP="003E2391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2391" w:rsidRPr="005A5B7E" w:rsidRDefault="003E2391" w:rsidP="003E2391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2391" w:rsidRPr="005A5B7E" w:rsidRDefault="003E2391" w:rsidP="003E2391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2391" w:rsidRPr="005A5B7E" w:rsidRDefault="003E2391" w:rsidP="003E2391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2391" w:rsidRPr="005A5B7E" w:rsidRDefault="003E2391" w:rsidP="003E2391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2391" w:rsidRPr="005A5B7E" w:rsidRDefault="003E2391" w:rsidP="003E2391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2391" w:rsidRPr="005A5B7E" w:rsidRDefault="003E2391" w:rsidP="003E2391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2391" w:rsidRPr="005A5B7E" w:rsidRDefault="003E2391" w:rsidP="003E2391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2391" w:rsidRPr="005A5B7E" w:rsidRDefault="003E2391" w:rsidP="003E2391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2391" w:rsidRPr="005A5B7E" w:rsidRDefault="003E2391" w:rsidP="003E2391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2391" w:rsidRPr="005A5B7E" w:rsidRDefault="003E2391" w:rsidP="003E2391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2391" w:rsidRPr="005A5B7E" w:rsidRDefault="003E2391" w:rsidP="003E2391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2391" w:rsidRPr="005A5B7E" w:rsidRDefault="003E2391" w:rsidP="003E2391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</w:tr>
          </w:tbl>
          <w:p w:rsidR="003E2391" w:rsidRPr="00DE4D1F" w:rsidRDefault="003E2391" w:rsidP="00440915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DE4D1F" w:rsidRPr="00DE4D1F" w:rsidTr="00F569CD">
        <w:trPr>
          <w:gridBefore w:val="1"/>
          <w:wBefore w:w="121" w:type="dxa"/>
          <w:trHeight w:val="385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A3343D" w:rsidP="00440915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মাতার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নাম</w:t>
            </w:r>
            <w:proofErr w:type="spellEnd"/>
            <w:r>
              <w:rPr>
                <w:rFonts w:ascii="Nikosh" w:hAnsi="Nikosh" w:cs="Nikosh"/>
              </w:rPr>
              <w:t xml:space="preserve"> (</w:t>
            </w:r>
            <w:proofErr w:type="spellStart"/>
            <w:r>
              <w:rPr>
                <w:rFonts w:ascii="Nikosh" w:hAnsi="Nikosh" w:cs="Nikosh"/>
              </w:rPr>
              <w:t>বাংলা</w:t>
            </w:r>
            <w:proofErr w:type="spellEnd"/>
            <w:r>
              <w:rPr>
                <w:rFonts w:ascii="Nikosh" w:hAnsi="Nikosh" w:cs="Nikosh"/>
              </w:rPr>
              <w:t xml:space="preserve">): </w:t>
            </w:r>
            <w:r w:rsidRPr="007E2FF5">
              <w:rPr>
                <w:rFonts w:ascii="Nikosh" w:hAnsi="Nikosh" w:cs="Nikosh"/>
              </w:rPr>
              <w:t>*</w:t>
            </w:r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247B" w:rsidRPr="00DE4D1F" w:rsidRDefault="00DE247B" w:rsidP="00440915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DE4D1F" w:rsidRPr="00DE4D1F" w:rsidTr="00F569CD">
        <w:trPr>
          <w:gridBefore w:val="1"/>
          <w:wBefore w:w="121" w:type="dxa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A3343D" w:rsidP="00440915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মাতার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পেশা</w:t>
            </w:r>
            <w:proofErr w:type="spellEnd"/>
            <w:r>
              <w:rPr>
                <w:rFonts w:ascii="Nikosh" w:hAnsi="Nikosh" w:cs="Nikosh"/>
              </w:rPr>
              <w:t xml:space="preserve"> (</w:t>
            </w:r>
            <w:proofErr w:type="spellStart"/>
            <w:r>
              <w:rPr>
                <w:rFonts w:ascii="Nikosh" w:hAnsi="Nikosh" w:cs="Nikosh"/>
              </w:rPr>
              <w:t>বাংলা</w:t>
            </w:r>
            <w:proofErr w:type="spellEnd"/>
            <w:r>
              <w:rPr>
                <w:rFonts w:ascii="Nikosh" w:hAnsi="Nikosh" w:cs="Nikosh"/>
              </w:rPr>
              <w:t>):</w:t>
            </w:r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247B" w:rsidRPr="00DE4D1F" w:rsidRDefault="00DE247B" w:rsidP="00440915">
            <w:pPr>
              <w:spacing w:before="80" w:after="0" w:line="216" w:lineRule="auto"/>
              <w:rPr>
                <w:rFonts w:ascii="Nikosh" w:hAnsi="Nikosh" w:cs="Nikosh"/>
              </w:rPr>
            </w:pPr>
          </w:p>
        </w:tc>
      </w:tr>
      <w:tr w:rsidR="003E2391" w:rsidRPr="00DE4D1F" w:rsidTr="00F569CD">
        <w:trPr>
          <w:gridBefore w:val="1"/>
          <w:wBefore w:w="121" w:type="dxa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3E2391" w:rsidRDefault="003E2391" w:rsidP="003E2391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মাতার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জাতীয়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পরিচয়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পত্র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নং</w:t>
            </w:r>
            <w:proofErr w:type="spellEnd"/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tbl>
            <w:tblPr>
              <w:tblStyle w:val="TableGrid"/>
              <w:tblW w:w="5793" w:type="dxa"/>
              <w:tblLook w:val="04A0" w:firstRow="1" w:lastRow="0" w:firstColumn="1" w:lastColumn="0" w:noHBand="0" w:noVBand="1"/>
            </w:tblPr>
            <w:tblGrid>
              <w:gridCol w:w="339"/>
              <w:gridCol w:w="339"/>
              <w:gridCol w:w="341"/>
              <w:gridCol w:w="341"/>
              <w:gridCol w:w="341"/>
              <w:gridCol w:w="341"/>
              <w:gridCol w:w="341"/>
              <w:gridCol w:w="341"/>
              <w:gridCol w:w="341"/>
              <w:gridCol w:w="341"/>
              <w:gridCol w:w="341"/>
              <w:gridCol w:w="341"/>
              <w:gridCol w:w="341"/>
              <w:gridCol w:w="341"/>
              <w:gridCol w:w="341"/>
              <w:gridCol w:w="341"/>
              <w:gridCol w:w="341"/>
            </w:tblGrid>
            <w:tr w:rsidR="003E2391" w:rsidTr="00AA7126">
              <w:trPr>
                <w:trHeight w:val="359"/>
              </w:trPr>
              <w:tc>
                <w:tcPr>
                  <w:tcW w:w="339" w:type="dxa"/>
                  <w:vAlign w:val="center"/>
                </w:tcPr>
                <w:p w:rsidR="003E2391" w:rsidRPr="005A5B7E" w:rsidRDefault="003E2391" w:rsidP="003E2391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39" w:type="dxa"/>
                  <w:vAlign w:val="center"/>
                </w:tcPr>
                <w:p w:rsidR="003E2391" w:rsidRPr="005A5B7E" w:rsidRDefault="003E2391" w:rsidP="003E2391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2391" w:rsidRPr="005A5B7E" w:rsidRDefault="003E2391" w:rsidP="003E2391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2391" w:rsidRPr="005A5B7E" w:rsidRDefault="003E2391" w:rsidP="003E2391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2391" w:rsidRPr="005A5B7E" w:rsidRDefault="003E2391" w:rsidP="003E2391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2391" w:rsidRPr="005A5B7E" w:rsidRDefault="003E2391" w:rsidP="003E2391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2391" w:rsidRPr="005A5B7E" w:rsidRDefault="003E2391" w:rsidP="003E2391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2391" w:rsidRPr="005A5B7E" w:rsidRDefault="003E2391" w:rsidP="003E2391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2391" w:rsidRPr="005A5B7E" w:rsidRDefault="003E2391" w:rsidP="003E2391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2391" w:rsidRPr="005A5B7E" w:rsidRDefault="003E2391" w:rsidP="003E2391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2391" w:rsidRPr="005A5B7E" w:rsidRDefault="003E2391" w:rsidP="003E2391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2391" w:rsidRPr="005A5B7E" w:rsidRDefault="003E2391" w:rsidP="003E2391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2391" w:rsidRPr="005A5B7E" w:rsidRDefault="003E2391" w:rsidP="003E2391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2391" w:rsidRPr="005A5B7E" w:rsidRDefault="003E2391" w:rsidP="003E2391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2391" w:rsidRPr="005A5B7E" w:rsidRDefault="003E2391" w:rsidP="003E2391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2391" w:rsidRPr="005A5B7E" w:rsidRDefault="003E2391" w:rsidP="003E2391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2391" w:rsidRPr="005A5B7E" w:rsidRDefault="003E2391" w:rsidP="003E2391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</w:tr>
          </w:tbl>
          <w:p w:rsidR="003E2391" w:rsidRPr="00DE4D1F" w:rsidRDefault="003E2391" w:rsidP="003E2391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DE247B" w:rsidRPr="00DE4D1F" w:rsidTr="00F569CD">
        <w:trPr>
          <w:gridBefore w:val="1"/>
          <w:wBefore w:w="121" w:type="dxa"/>
          <w:trHeight w:val="196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A3343D" w:rsidP="00440915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মাসিক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পারিবারিক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আয়</w:t>
            </w:r>
            <w:proofErr w:type="spellEnd"/>
            <w:r>
              <w:rPr>
                <w:rFonts w:ascii="Nikosh" w:hAnsi="Nikosh" w:cs="Nikosh"/>
              </w:rPr>
              <w:t xml:space="preserve"> (</w:t>
            </w:r>
            <w:proofErr w:type="spellStart"/>
            <w:r>
              <w:rPr>
                <w:rFonts w:ascii="Nikosh" w:hAnsi="Nikosh" w:cs="Nikosh"/>
              </w:rPr>
              <w:t>ইংরেজি</w:t>
            </w:r>
            <w:proofErr w:type="spellEnd"/>
            <w:r>
              <w:rPr>
                <w:rFonts w:ascii="Nikosh" w:hAnsi="Nikosh" w:cs="Nikosh"/>
              </w:rPr>
              <w:t>):</w:t>
            </w:r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DE247B" w:rsidP="00440915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DE247B" w:rsidRPr="00DE4D1F" w:rsidTr="00F569CD">
        <w:trPr>
          <w:gridBefore w:val="1"/>
          <w:wBefore w:w="121" w:type="dxa"/>
          <w:trHeight w:val="272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A3343D" w:rsidP="00440915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পরিবারের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মোট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সদস্য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সংখ্যা</w:t>
            </w:r>
            <w:proofErr w:type="spellEnd"/>
            <w:r>
              <w:rPr>
                <w:rFonts w:ascii="Nikosh" w:hAnsi="Nikosh" w:cs="Nikosh"/>
              </w:rPr>
              <w:t xml:space="preserve"> (</w:t>
            </w:r>
            <w:proofErr w:type="spellStart"/>
            <w:r>
              <w:rPr>
                <w:rFonts w:ascii="Nikosh" w:hAnsi="Nikosh" w:cs="Nikosh"/>
              </w:rPr>
              <w:t>ইংরেজি</w:t>
            </w:r>
            <w:proofErr w:type="spellEnd"/>
            <w:r>
              <w:rPr>
                <w:rFonts w:ascii="Nikosh" w:hAnsi="Nikosh" w:cs="Nikosh"/>
              </w:rPr>
              <w:t>)</w:t>
            </w:r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50" w:type="dxa"/>
              <w:left w:w="120" w:type="dxa"/>
              <w:bottom w:w="150" w:type="dxa"/>
              <w:right w:w="100" w:type="dxa"/>
            </w:tcMar>
          </w:tcPr>
          <w:p w:rsidR="00DE247B" w:rsidRPr="00DE4D1F" w:rsidRDefault="00DE247B" w:rsidP="00440915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A3343D" w:rsidRPr="00DE4D1F" w:rsidTr="00F569CD">
        <w:trPr>
          <w:gridBefore w:val="1"/>
          <w:wBefore w:w="121" w:type="dxa"/>
          <w:trHeight w:val="227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A3343D" w:rsidRDefault="00CE54C0" w:rsidP="00440915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lastRenderedPageBreak/>
              <w:t>পিতা</w:t>
            </w:r>
            <w:proofErr w:type="spellEnd"/>
            <w:r>
              <w:rPr>
                <w:rFonts w:ascii="Nikosh" w:hAnsi="Nikosh" w:cs="Nikosh"/>
              </w:rPr>
              <w:t>/</w:t>
            </w:r>
            <w:proofErr w:type="spellStart"/>
            <w:r>
              <w:rPr>
                <w:rFonts w:ascii="Nikosh" w:hAnsi="Nikosh" w:cs="Nikosh"/>
              </w:rPr>
              <w:t>মাতা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উভয়ের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অবর্তমানে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 w:rsidR="00A3343D">
              <w:rPr>
                <w:rFonts w:ascii="Nikosh" w:hAnsi="Nikosh" w:cs="Nikosh"/>
              </w:rPr>
              <w:t>অভিভাবকের</w:t>
            </w:r>
            <w:proofErr w:type="spellEnd"/>
            <w:r w:rsidR="00A3343D">
              <w:rPr>
                <w:rFonts w:ascii="Nikosh" w:hAnsi="Nikosh" w:cs="Nikosh"/>
              </w:rPr>
              <w:t xml:space="preserve"> </w:t>
            </w:r>
            <w:proofErr w:type="spellStart"/>
            <w:r w:rsidR="00A3343D">
              <w:rPr>
                <w:rFonts w:ascii="Nikosh" w:hAnsi="Nikosh" w:cs="Nikosh"/>
              </w:rPr>
              <w:t>নাম</w:t>
            </w:r>
            <w:proofErr w:type="spellEnd"/>
            <w:r w:rsidR="00A3343D">
              <w:rPr>
                <w:rFonts w:ascii="Nikosh" w:hAnsi="Nikosh" w:cs="Nikosh"/>
              </w:rPr>
              <w:t xml:space="preserve"> (</w:t>
            </w:r>
            <w:proofErr w:type="spellStart"/>
            <w:r w:rsidR="00A3343D">
              <w:rPr>
                <w:rFonts w:ascii="Nikosh" w:hAnsi="Nikosh" w:cs="Nikosh"/>
              </w:rPr>
              <w:t>বাংলা</w:t>
            </w:r>
            <w:proofErr w:type="spellEnd"/>
            <w:r w:rsidR="00A3343D">
              <w:rPr>
                <w:rFonts w:ascii="Nikosh" w:hAnsi="Nikosh" w:cs="Nikosh"/>
              </w:rPr>
              <w:t>):</w:t>
            </w:r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50" w:type="dxa"/>
              <w:left w:w="120" w:type="dxa"/>
              <w:bottom w:w="150" w:type="dxa"/>
              <w:right w:w="100" w:type="dxa"/>
            </w:tcMar>
          </w:tcPr>
          <w:p w:rsidR="00A3343D" w:rsidRPr="007E2FF5" w:rsidRDefault="00A3343D" w:rsidP="00440915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CE54C0" w:rsidRPr="00DE4D1F" w:rsidTr="00F569CD">
        <w:trPr>
          <w:gridBefore w:val="1"/>
          <w:wBefore w:w="121" w:type="dxa"/>
          <w:trHeight w:val="227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CE54C0" w:rsidRPr="007E2FF5" w:rsidRDefault="00CE54C0" w:rsidP="00CE54C0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অভিভাবকের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জাতীয়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পরিচয়পত্র</w:t>
            </w:r>
            <w:proofErr w:type="spellEnd"/>
            <w:r>
              <w:rPr>
                <w:rFonts w:ascii="Nikosh" w:hAnsi="Nikosh" w:cs="Nikosh"/>
              </w:rPr>
              <w:t xml:space="preserve"> (</w:t>
            </w:r>
            <w:proofErr w:type="spellStart"/>
            <w:r>
              <w:rPr>
                <w:rFonts w:ascii="Nikosh" w:hAnsi="Nikosh" w:cs="Nikosh"/>
              </w:rPr>
              <w:t>এনআইডি</w:t>
            </w:r>
            <w:proofErr w:type="spellEnd"/>
            <w:r>
              <w:rPr>
                <w:rFonts w:ascii="Nikosh" w:hAnsi="Nikosh" w:cs="Nikosh"/>
              </w:rPr>
              <w:t xml:space="preserve">) </w:t>
            </w:r>
            <w:proofErr w:type="spellStart"/>
            <w:r>
              <w:rPr>
                <w:rFonts w:ascii="Nikosh" w:hAnsi="Nikosh" w:cs="Nikosh"/>
              </w:rPr>
              <w:t>নং</w:t>
            </w:r>
            <w:proofErr w:type="spellEnd"/>
            <w:r>
              <w:rPr>
                <w:rFonts w:ascii="Nikosh" w:hAnsi="Nikosh" w:cs="Nikosh"/>
              </w:rPr>
              <w:t xml:space="preserve"> (</w:t>
            </w:r>
            <w:proofErr w:type="spellStart"/>
            <w:r>
              <w:rPr>
                <w:rFonts w:ascii="Nikosh" w:hAnsi="Nikosh" w:cs="Nikosh"/>
              </w:rPr>
              <w:t>ইংরেজি</w:t>
            </w:r>
            <w:proofErr w:type="spellEnd"/>
            <w:r>
              <w:rPr>
                <w:rFonts w:ascii="Nikosh" w:hAnsi="Nikosh" w:cs="Nikosh"/>
              </w:rPr>
              <w:t xml:space="preserve">): </w:t>
            </w:r>
            <w:r w:rsidRPr="007E2FF5">
              <w:rPr>
                <w:rFonts w:ascii="Nikosh" w:hAnsi="Nikosh" w:cs="Nikosh"/>
              </w:rPr>
              <w:t>*</w:t>
            </w:r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50" w:type="dxa"/>
              <w:left w:w="120" w:type="dxa"/>
              <w:bottom w:w="150" w:type="dxa"/>
              <w:right w:w="100" w:type="dxa"/>
            </w:tcMar>
          </w:tcPr>
          <w:tbl>
            <w:tblPr>
              <w:tblStyle w:val="TableGrid"/>
              <w:tblW w:w="5793" w:type="dxa"/>
              <w:tblLook w:val="04A0" w:firstRow="1" w:lastRow="0" w:firstColumn="1" w:lastColumn="0" w:noHBand="0" w:noVBand="1"/>
            </w:tblPr>
            <w:tblGrid>
              <w:gridCol w:w="339"/>
              <w:gridCol w:w="339"/>
              <w:gridCol w:w="341"/>
              <w:gridCol w:w="341"/>
              <w:gridCol w:w="341"/>
              <w:gridCol w:w="341"/>
              <w:gridCol w:w="341"/>
              <w:gridCol w:w="341"/>
              <w:gridCol w:w="341"/>
              <w:gridCol w:w="341"/>
              <w:gridCol w:w="341"/>
              <w:gridCol w:w="341"/>
              <w:gridCol w:w="341"/>
              <w:gridCol w:w="341"/>
              <w:gridCol w:w="341"/>
              <w:gridCol w:w="341"/>
              <w:gridCol w:w="341"/>
            </w:tblGrid>
            <w:tr w:rsidR="00CE54C0" w:rsidTr="00AA7126">
              <w:trPr>
                <w:trHeight w:val="359"/>
              </w:trPr>
              <w:tc>
                <w:tcPr>
                  <w:tcW w:w="339" w:type="dxa"/>
                  <w:vAlign w:val="center"/>
                </w:tcPr>
                <w:p w:rsidR="00CE54C0" w:rsidRPr="005A5B7E" w:rsidRDefault="00CE54C0" w:rsidP="00CE54C0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39" w:type="dxa"/>
                  <w:vAlign w:val="center"/>
                </w:tcPr>
                <w:p w:rsidR="00CE54C0" w:rsidRPr="005A5B7E" w:rsidRDefault="00CE54C0" w:rsidP="00CE54C0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CE54C0" w:rsidRPr="005A5B7E" w:rsidRDefault="00CE54C0" w:rsidP="00CE54C0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CE54C0" w:rsidRPr="005A5B7E" w:rsidRDefault="00CE54C0" w:rsidP="00CE54C0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CE54C0" w:rsidRPr="005A5B7E" w:rsidRDefault="00CE54C0" w:rsidP="00CE54C0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CE54C0" w:rsidRPr="005A5B7E" w:rsidRDefault="00CE54C0" w:rsidP="00CE54C0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CE54C0" w:rsidRPr="005A5B7E" w:rsidRDefault="00CE54C0" w:rsidP="00CE54C0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CE54C0" w:rsidRPr="005A5B7E" w:rsidRDefault="00CE54C0" w:rsidP="00CE54C0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CE54C0" w:rsidRPr="005A5B7E" w:rsidRDefault="00CE54C0" w:rsidP="00CE54C0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CE54C0" w:rsidRPr="005A5B7E" w:rsidRDefault="00CE54C0" w:rsidP="00CE54C0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CE54C0" w:rsidRPr="005A5B7E" w:rsidRDefault="00CE54C0" w:rsidP="00CE54C0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CE54C0" w:rsidRPr="005A5B7E" w:rsidRDefault="00CE54C0" w:rsidP="00CE54C0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CE54C0" w:rsidRPr="005A5B7E" w:rsidRDefault="00CE54C0" w:rsidP="00CE54C0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CE54C0" w:rsidRPr="005A5B7E" w:rsidRDefault="00CE54C0" w:rsidP="00CE54C0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CE54C0" w:rsidRPr="005A5B7E" w:rsidRDefault="00CE54C0" w:rsidP="00CE54C0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CE54C0" w:rsidRPr="005A5B7E" w:rsidRDefault="00CE54C0" w:rsidP="00CE54C0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CE54C0" w:rsidRPr="005A5B7E" w:rsidRDefault="00CE54C0" w:rsidP="00CE54C0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</w:tr>
          </w:tbl>
          <w:p w:rsidR="00CE54C0" w:rsidRPr="00DE4D1F" w:rsidRDefault="00CE54C0" w:rsidP="00CE54C0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A3343D" w:rsidRPr="00DE4D1F" w:rsidTr="00F569CD">
        <w:trPr>
          <w:gridBefore w:val="1"/>
          <w:wBefore w:w="121" w:type="dxa"/>
          <w:trHeight w:val="371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A3343D" w:rsidRDefault="00CE54C0" w:rsidP="00440915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পিতা</w:t>
            </w:r>
            <w:proofErr w:type="spellEnd"/>
            <w:r>
              <w:rPr>
                <w:rFonts w:ascii="Nikosh" w:hAnsi="Nikosh" w:cs="Nikosh"/>
              </w:rPr>
              <w:t>/</w:t>
            </w:r>
            <w:proofErr w:type="spellStart"/>
            <w:r>
              <w:rPr>
                <w:rFonts w:ascii="Nikosh" w:hAnsi="Nikosh" w:cs="Nikosh"/>
              </w:rPr>
              <w:t>মাতা</w:t>
            </w:r>
            <w:proofErr w:type="spellEnd"/>
            <w:r>
              <w:rPr>
                <w:rFonts w:ascii="Nikosh" w:hAnsi="Nikosh" w:cs="Nikosh"/>
              </w:rPr>
              <w:t>/</w:t>
            </w:r>
            <w:proofErr w:type="spellStart"/>
            <w:r>
              <w:rPr>
                <w:rFonts w:ascii="Nikosh" w:hAnsi="Nikosh" w:cs="Nikosh"/>
              </w:rPr>
              <w:t>অভিভাবকের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 w:rsidR="00A3343D">
              <w:rPr>
                <w:rFonts w:ascii="Nikosh" w:hAnsi="Nikosh" w:cs="Nikosh"/>
              </w:rPr>
              <w:t>মোবাইল</w:t>
            </w:r>
            <w:proofErr w:type="spellEnd"/>
            <w:r w:rsidR="00A3343D">
              <w:rPr>
                <w:rFonts w:ascii="Nikosh" w:hAnsi="Nikosh" w:cs="Nikosh"/>
              </w:rPr>
              <w:t xml:space="preserve"> </w:t>
            </w:r>
            <w:proofErr w:type="spellStart"/>
            <w:r w:rsidR="00A3343D">
              <w:rPr>
                <w:rFonts w:ascii="Nikosh" w:hAnsi="Nikosh" w:cs="Nikosh"/>
              </w:rPr>
              <w:t>নম্বর</w:t>
            </w:r>
            <w:proofErr w:type="spellEnd"/>
            <w:r w:rsidR="00A3343D">
              <w:rPr>
                <w:rFonts w:ascii="Nikosh" w:hAnsi="Nikosh" w:cs="Nikosh"/>
              </w:rPr>
              <w:t xml:space="preserve"> (</w:t>
            </w:r>
            <w:proofErr w:type="spellStart"/>
            <w:r w:rsidR="00A3343D">
              <w:rPr>
                <w:rFonts w:ascii="Nikosh" w:hAnsi="Nikosh" w:cs="Nikosh"/>
              </w:rPr>
              <w:t>ইংরেজি</w:t>
            </w:r>
            <w:proofErr w:type="spellEnd"/>
            <w:r>
              <w:rPr>
                <w:rFonts w:ascii="Nikosh" w:hAnsi="Nikosh" w:cs="Nikosh"/>
              </w:rPr>
              <w:t>):</w:t>
            </w:r>
            <w:r w:rsidR="00A3343D" w:rsidRPr="007E2FF5">
              <w:rPr>
                <w:rFonts w:ascii="Nikosh" w:hAnsi="Nikosh" w:cs="Nikosh"/>
              </w:rPr>
              <w:t>*</w:t>
            </w:r>
          </w:p>
          <w:p w:rsidR="00915F2F" w:rsidRPr="00CA5DE8" w:rsidRDefault="00915F2F" w:rsidP="00CA5DE8">
            <w:pPr>
              <w:rPr>
                <w:rFonts w:ascii="Nikosh" w:hAnsi="Nikosh" w:cs="Nikosh"/>
                <w:b/>
                <w:bCs/>
                <w:sz w:val="24"/>
                <w:szCs w:val="24"/>
              </w:rPr>
            </w:pPr>
            <w:proofErr w:type="spellStart"/>
            <w:r w:rsidRPr="00EC63CB">
              <w:rPr>
                <w:rFonts w:ascii="Nikosh" w:hAnsi="Nikosh" w:cs="Nikosh"/>
                <w:b/>
                <w:bCs/>
                <w:sz w:val="24"/>
                <w:szCs w:val="24"/>
              </w:rPr>
              <w:t>মোবাইল</w:t>
            </w:r>
            <w:proofErr w:type="spellEnd"/>
            <w:r w:rsidRPr="00EC63CB">
              <w:rPr>
                <w:rFonts w:ascii="Nikosh" w:hAnsi="Nikosh" w:cs="Nikosh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C63CB">
              <w:rPr>
                <w:rFonts w:ascii="Nikosh" w:hAnsi="Nikosh" w:cs="Nikosh"/>
                <w:b/>
                <w:bCs/>
                <w:sz w:val="24"/>
                <w:szCs w:val="24"/>
              </w:rPr>
              <w:t>নম্বর</w:t>
            </w:r>
            <w:proofErr w:type="spellEnd"/>
            <w:r w:rsidRPr="00EC63CB">
              <w:rPr>
                <w:rFonts w:ascii="Nikosh" w:hAnsi="Nikosh" w:cs="Nikosh"/>
                <w:b/>
                <w:bCs/>
                <w:sz w:val="24"/>
                <w:szCs w:val="24"/>
              </w:rPr>
              <w:t xml:space="preserve"> ১১ </w:t>
            </w:r>
            <w:proofErr w:type="spellStart"/>
            <w:r w:rsidRPr="00EC63CB">
              <w:rPr>
                <w:rFonts w:ascii="Nikosh" w:hAnsi="Nikosh" w:cs="Nikosh"/>
                <w:b/>
                <w:bCs/>
                <w:sz w:val="24"/>
                <w:szCs w:val="24"/>
              </w:rPr>
              <w:t>সংখ্যার</w:t>
            </w:r>
            <w:proofErr w:type="spellEnd"/>
            <w:r w:rsidRPr="00EC63CB">
              <w:rPr>
                <w:rFonts w:ascii="Nikosh" w:hAnsi="Nikosh" w:cs="Nikosh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C63CB">
              <w:rPr>
                <w:rFonts w:ascii="Nikosh" w:hAnsi="Nikosh" w:cs="Nikosh"/>
                <w:b/>
                <w:bCs/>
                <w:sz w:val="24"/>
                <w:szCs w:val="24"/>
              </w:rPr>
              <w:t>হতে</w:t>
            </w:r>
            <w:proofErr w:type="spellEnd"/>
            <w:r w:rsidRPr="00EC63CB">
              <w:rPr>
                <w:rFonts w:ascii="Nikosh" w:hAnsi="Nikosh" w:cs="Nikosh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C63CB">
              <w:rPr>
                <w:rFonts w:ascii="Nikosh" w:hAnsi="Nikosh" w:cs="Nikosh"/>
                <w:b/>
                <w:bCs/>
                <w:sz w:val="24"/>
                <w:szCs w:val="24"/>
              </w:rPr>
              <w:t>হবে</w:t>
            </w:r>
            <w:proofErr w:type="spellEnd"/>
            <w:r w:rsidRPr="00EC63CB">
              <w:rPr>
                <w:rFonts w:ascii="Nikosh" w:hAnsi="Nikosh" w:cs="Nikosh"/>
                <w:b/>
                <w:bCs/>
                <w:sz w:val="24"/>
                <w:szCs w:val="24"/>
              </w:rPr>
              <w:t>।</w:t>
            </w:r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50" w:type="dxa"/>
              <w:left w:w="120" w:type="dxa"/>
              <w:bottom w:w="150" w:type="dxa"/>
              <w:right w:w="100" w:type="dxa"/>
            </w:tcMar>
          </w:tcPr>
          <w:tbl>
            <w:tblPr>
              <w:tblStyle w:val="TableGrid"/>
              <w:tblW w:w="0" w:type="auto"/>
              <w:tblInd w:w="145" w:type="dxa"/>
              <w:tblLook w:val="04A0" w:firstRow="1" w:lastRow="0" w:firstColumn="1" w:lastColumn="0" w:noHBand="0" w:noVBand="1"/>
            </w:tblPr>
            <w:tblGrid>
              <w:gridCol w:w="389"/>
              <w:gridCol w:w="349"/>
              <w:gridCol w:w="342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666CAC" w:rsidTr="00953BF0">
              <w:tc>
                <w:tcPr>
                  <w:tcW w:w="389" w:type="dxa"/>
                </w:tcPr>
                <w:p w:rsidR="00666CAC" w:rsidRDefault="00666CAC" w:rsidP="00666CAC">
                  <w:pPr>
                    <w:spacing w:line="216" w:lineRule="auto"/>
                    <w:rPr>
                      <w:rFonts w:ascii="Nikosh" w:hAnsi="Nikosh" w:cs="Nikosh"/>
                    </w:rPr>
                  </w:pPr>
                  <w:r>
                    <w:rPr>
                      <w:rFonts w:ascii="Nikosh" w:hAnsi="Nikosh" w:cs="Nikosh"/>
                    </w:rPr>
                    <w:t>0</w:t>
                  </w:r>
                </w:p>
              </w:tc>
              <w:tc>
                <w:tcPr>
                  <w:tcW w:w="349" w:type="dxa"/>
                </w:tcPr>
                <w:p w:rsidR="00666CAC" w:rsidRDefault="00666CAC" w:rsidP="00666CAC">
                  <w:pPr>
                    <w:spacing w:line="216" w:lineRule="auto"/>
                    <w:rPr>
                      <w:rFonts w:ascii="Nikosh" w:hAnsi="Nikosh" w:cs="Nikosh"/>
                    </w:rPr>
                  </w:pPr>
                  <w:r>
                    <w:rPr>
                      <w:rFonts w:ascii="Nikosh" w:hAnsi="Nikosh" w:cs="Nikosh"/>
                    </w:rPr>
                    <w:t>1</w:t>
                  </w:r>
                </w:p>
              </w:tc>
              <w:tc>
                <w:tcPr>
                  <w:tcW w:w="342" w:type="dxa"/>
                </w:tcPr>
                <w:p w:rsidR="00666CAC" w:rsidRDefault="00666CAC" w:rsidP="00666CAC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  <w:tc>
                <w:tcPr>
                  <w:tcW w:w="360" w:type="dxa"/>
                </w:tcPr>
                <w:p w:rsidR="00666CAC" w:rsidRDefault="00666CAC" w:rsidP="00666CAC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  <w:tc>
                <w:tcPr>
                  <w:tcW w:w="360" w:type="dxa"/>
                </w:tcPr>
                <w:p w:rsidR="00666CAC" w:rsidRDefault="00666CAC" w:rsidP="00666CAC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  <w:tc>
                <w:tcPr>
                  <w:tcW w:w="360" w:type="dxa"/>
                </w:tcPr>
                <w:p w:rsidR="00666CAC" w:rsidRDefault="00666CAC" w:rsidP="00666CAC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  <w:tc>
                <w:tcPr>
                  <w:tcW w:w="360" w:type="dxa"/>
                </w:tcPr>
                <w:p w:rsidR="00666CAC" w:rsidRDefault="00666CAC" w:rsidP="00666CAC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  <w:tc>
                <w:tcPr>
                  <w:tcW w:w="360" w:type="dxa"/>
                </w:tcPr>
                <w:p w:rsidR="00666CAC" w:rsidRDefault="00666CAC" w:rsidP="00666CAC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  <w:tc>
                <w:tcPr>
                  <w:tcW w:w="360" w:type="dxa"/>
                </w:tcPr>
                <w:p w:rsidR="00666CAC" w:rsidRDefault="00666CAC" w:rsidP="00666CAC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  <w:tc>
                <w:tcPr>
                  <w:tcW w:w="360" w:type="dxa"/>
                </w:tcPr>
                <w:p w:rsidR="00666CAC" w:rsidRDefault="00666CAC" w:rsidP="00666CAC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  <w:tc>
                <w:tcPr>
                  <w:tcW w:w="360" w:type="dxa"/>
                </w:tcPr>
                <w:p w:rsidR="00666CAC" w:rsidRDefault="00666CAC" w:rsidP="00666CAC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</w:tr>
          </w:tbl>
          <w:p w:rsidR="00A3343D" w:rsidRPr="00DE4D1F" w:rsidRDefault="00A3343D" w:rsidP="00440915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A3343D" w:rsidRPr="00DE4D1F" w:rsidTr="00F569CD">
        <w:trPr>
          <w:gridBefore w:val="1"/>
          <w:wBefore w:w="121" w:type="dxa"/>
          <w:trHeight w:val="371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A3343D" w:rsidRDefault="00A3343D" w:rsidP="00440915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ইমেইল</w:t>
            </w:r>
            <w:proofErr w:type="spellEnd"/>
            <w:r w:rsidR="00D502D1">
              <w:rPr>
                <w:rFonts w:ascii="Nikosh" w:hAnsi="Nikosh" w:cs="Nikosh"/>
              </w:rPr>
              <w:t xml:space="preserve"> (</w:t>
            </w:r>
            <w:proofErr w:type="spellStart"/>
            <w:r w:rsidR="00D502D1">
              <w:rPr>
                <w:rFonts w:ascii="Nikosh" w:hAnsi="Nikosh" w:cs="Nikosh"/>
              </w:rPr>
              <w:t>যদি</w:t>
            </w:r>
            <w:proofErr w:type="spellEnd"/>
            <w:r w:rsidR="00D502D1">
              <w:rPr>
                <w:rFonts w:ascii="Nikosh" w:hAnsi="Nikosh" w:cs="Nikosh"/>
              </w:rPr>
              <w:t xml:space="preserve"> </w:t>
            </w:r>
            <w:proofErr w:type="spellStart"/>
            <w:r w:rsidR="00D502D1">
              <w:rPr>
                <w:rFonts w:ascii="Nikosh" w:hAnsi="Nikosh" w:cs="Nikosh"/>
              </w:rPr>
              <w:t>থাকে</w:t>
            </w:r>
            <w:proofErr w:type="spellEnd"/>
            <w:r w:rsidR="00D502D1">
              <w:rPr>
                <w:rFonts w:ascii="Nikosh" w:hAnsi="Nikosh" w:cs="Nikosh"/>
              </w:rPr>
              <w:t>)</w:t>
            </w:r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50" w:type="dxa"/>
              <w:left w:w="120" w:type="dxa"/>
              <w:bottom w:w="150" w:type="dxa"/>
              <w:right w:w="100" w:type="dxa"/>
            </w:tcMar>
          </w:tcPr>
          <w:p w:rsidR="00A3343D" w:rsidRPr="008D7B45" w:rsidRDefault="008D7B45" w:rsidP="008D7B45">
            <w:pPr>
              <w:rPr>
                <w:rFonts w:ascii="Nikosh" w:hAnsi="Nikosh" w:cs="Nikosh"/>
                <w:color w:val="A6A6A6" w:themeColor="background1" w:themeShade="A6"/>
                <w:sz w:val="24"/>
                <w:szCs w:val="24"/>
              </w:rPr>
            </w:pPr>
            <w:r w:rsidRPr="00820A96">
              <w:rPr>
                <w:rFonts w:ascii="Nikosh" w:hAnsi="Nikosh" w:cs="Nikosh"/>
                <w:color w:val="A6A6A6" w:themeColor="background1" w:themeShade="A6"/>
                <w:sz w:val="24"/>
                <w:szCs w:val="24"/>
              </w:rPr>
              <w:t>Ex, abc@gmail.com</w:t>
            </w:r>
          </w:p>
        </w:tc>
      </w:tr>
      <w:tr w:rsidR="00A3343D" w:rsidRPr="00DE4D1F" w:rsidTr="00F569CD">
        <w:trPr>
          <w:gridBefore w:val="1"/>
          <w:wBefore w:w="121" w:type="dxa"/>
          <w:trHeight w:val="533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A3343D" w:rsidRDefault="00A3343D" w:rsidP="00440915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শারীরিক</w:t>
            </w:r>
            <w:proofErr w:type="spellEnd"/>
            <w:r>
              <w:rPr>
                <w:rFonts w:ascii="Nikosh" w:hAnsi="Nikosh" w:cs="Nikosh"/>
              </w:rPr>
              <w:t xml:space="preserve"> ও </w:t>
            </w:r>
            <w:proofErr w:type="spellStart"/>
            <w:r>
              <w:rPr>
                <w:rFonts w:ascii="Nikosh" w:hAnsi="Nikosh" w:cs="Nikosh"/>
              </w:rPr>
              <w:t>মানসিক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অক্ষমতা</w:t>
            </w:r>
            <w:proofErr w:type="spellEnd"/>
            <w:r>
              <w:rPr>
                <w:rFonts w:ascii="Nikosh" w:hAnsi="Nikosh" w:cs="Nikosh"/>
              </w:rPr>
              <w:t>:</w:t>
            </w:r>
            <w:r w:rsidRPr="007E2FF5">
              <w:rPr>
                <w:rFonts w:ascii="Nikosh" w:hAnsi="Nikosh" w:cs="Nikosh"/>
              </w:rPr>
              <w:t xml:space="preserve"> *</w:t>
            </w:r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50" w:type="dxa"/>
              <w:left w:w="120" w:type="dxa"/>
              <w:bottom w:w="150" w:type="dxa"/>
              <w:right w:w="100" w:type="dxa"/>
            </w:tcMar>
          </w:tcPr>
          <w:p w:rsidR="00EE3C56" w:rsidRPr="00EE3C56" w:rsidRDefault="00EE3C56" w:rsidP="00EE3C56">
            <w:pPr>
              <w:pStyle w:val="ListParagraph"/>
              <w:numPr>
                <w:ilvl w:val="0"/>
                <w:numId w:val="15"/>
              </w:numPr>
              <w:spacing w:after="160" w:line="259" w:lineRule="auto"/>
              <w:rPr>
                <w:rFonts w:ascii="Nikosh" w:hAnsi="Nikosh" w:cs="Nikosh"/>
                <w:sz w:val="24"/>
                <w:szCs w:val="24"/>
                <w:u w:val="single"/>
              </w:rPr>
            </w:pPr>
            <w:proofErr w:type="spellStart"/>
            <w:r w:rsidRPr="00EE3C56">
              <w:rPr>
                <w:rFonts w:ascii="Nikosh" w:hAnsi="Nikosh" w:cs="Nikosh"/>
                <w:sz w:val="24"/>
                <w:szCs w:val="24"/>
                <w:u w:val="single"/>
              </w:rPr>
              <w:t>হ্যাঁ</w:t>
            </w:r>
            <w:proofErr w:type="spellEnd"/>
          </w:p>
          <w:p w:rsidR="00A3343D" w:rsidRPr="00EE3C56" w:rsidRDefault="00EE3C56" w:rsidP="00EE3C56">
            <w:pPr>
              <w:pStyle w:val="ListParagraph"/>
              <w:numPr>
                <w:ilvl w:val="0"/>
                <w:numId w:val="15"/>
              </w:numPr>
              <w:spacing w:after="0" w:line="216" w:lineRule="auto"/>
              <w:rPr>
                <w:rFonts w:ascii="Nikosh" w:hAnsi="Nikosh" w:cs="Nikosh"/>
              </w:rPr>
            </w:pPr>
            <w:proofErr w:type="spellStart"/>
            <w:r w:rsidRPr="00EE3C56">
              <w:rPr>
                <w:rFonts w:ascii="Nikosh" w:hAnsi="Nikosh" w:cs="Nikosh"/>
                <w:sz w:val="24"/>
                <w:szCs w:val="24"/>
                <w:u w:val="single"/>
              </w:rPr>
              <w:t>না</w:t>
            </w:r>
            <w:proofErr w:type="spellEnd"/>
          </w:p>
        </w:tc>
      </w:tr>
      <w:tr w:rsidR="00A3343D" w:rsidRPr="00DE4D1F" w:rsidTr="00F569CD">
        <w:trPr>
          <w:gridBefore w:val="1"/>
          <w:wBefore w:w="121" w:type="dxa"/>
          <w:trHeight w:val="317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A3343D" w:rsidRDefault="00A3343D" w:rsidP="00440915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অন্যান্য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বৃত্তি</w:t>
            </w:r>
            <w:proofErr w:type="spellEnd"/>
            <w:r>
              <w:rPr>
                <w:rFonts w:ascii="Nikosh" w:hAnsi="Nikosh" w:cs="Nikosh"/>
              </w:rPr>
              <w:t xml:space="preserve">: </w:t>
            </w:r>
            <w:r w:rsidRPr="007E2FF5">
              <w:rPr>
                <w:rFonts w:ascii="Nikosh" w:hAnsi="Nikosh" w:cs="Nikosh"/>
              </w:rPr>
              <w:t>*</w:t>
            </w:r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50" w:type="dxa"/>
              <w:left w:w="120" w:type="dxa"/>
              <w:bottom w:w="150" w:type="dxa"/>
              <w:right w:w="100" w:type="dxa"/>
            </w:tcMar>
          </w:tcPr>
          <w:p w:rsidR="00CA5DE8" w:rsidRPr="00EE3C56" w:rsidRDefault="00CA5DE8" w:rsidP="00CA5DE8">
            <w:pPr>
              <w:pStyle w:val="ListParagraph"/>
              <w:numPr>
                <w:ilvl w:val="0"/>
                <w:numId w:val="15"/>
              </w:numPr>
              <w:spacing w:after="160" w:line="259" w:lineRule="auto"/>
              <w:rPr>
                <w:rFonts w:ascii="Nikosh" w:hAnsi="Nikosh" w:cs="Nikosh"/>
                <w:sz w:val="24"/>
                <w:szCs w:val="24"/>
                <w:u w:val="single"/>
              </w:rPr>
            </w:pPr>
            <w:proofErr w:type="spellStart"/>
            <w:r w:rsidRPr="00EE3C56">
              <w:rPr>
                <w:rFonts w:ascii="Nikosh" w:hAnsi="Nikosh" w:cs="Nikosh"/>
                <w:sz w:val="24"/>
                <w:szCs w:val="24"/>
                <w:u w:val="single"/>
              </w:rPr>
              <w:t>হ্যাঁ</w:t>
            </w:r>
            <w:proofErr w:type="spellEnd"/>
          </w:p>
          <w:p w:rsidR="00A3343D" w:rsidRPr="00CA5DE8" w:rsidRDefault="00CA5DE8" w:rsidP="00CA5DE8">
            <w:pPr>
              <w:pStyle w:val="ListParagraph"/>
              <w:numPr>
                <w:ilvl w:val="0"/>
                <w:numId w:val="15"/>
              </w:numPr>
              <w:spacing w:after="0" w:line="216" w:lineRule="auto"/>
              <w:rPr>
                <w:rFonts w:ascii="Nikosh" w:hAnsi="Nikosh" w:cs="Nikosh"/>
              </w:rPr>
            </w:pPr>
            <w:proofErr w:type="spellStart"/>
            <w:r w:rsidRPr="00CA5DE8">
              <w:rPr>
                <w:rFonts w:ascii="Nikosh" w:hAnsi="Nikosh" w:cs="Nikosh"/>
                <w:sz w:val="24"/>
                <w:szCs w:val="24"/>
                <w:u w:val="single"/>
              </w:rPr>
              <w:t>না</w:t>
            </w:r>
            <w:proofErr w:type="spellEnd"/>
          </w:p>
        </w:tc>
      </w:tr>
      <w:tr w:rsidR="00A3343D" w:rsidRPr="00DE4D1F" w:rsidTr="00F569CD">
        <w:trPr>
          <w:gridBefore w:val="1"/>
          <w:wBefore w:w="121" w:type="dxa"/>
          <w:trHeight w:val="317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A3343D" w:rsidRDefault="00A3343D" w:rsidP="00440915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অনগ্রসর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এলাকা</w:t>
            </w:r>
            <w:proofErr w:type="spellEnd"/>
            <w:r>
              <w:rPr>
                <w:rFonts w:ascii="Nikosh" w:hAnsi="Nikosh" w:cs="Nikosh"/>
              </w:rPr>
              <w:t>:</w:t>
            </w:r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50" w:type="dxa"/>
              <w:left w:w="120" w:type="dxa"/>
              <w:bottom w:w="150" w:type="dxa"/>
              <w:right w:w="100" w:type="dxa"/>
            </w:tcMar>
          </w:tcPr>
          <w:p w:rsidR="00CA5DE8" w:rsidRPr="00EE3C56" w:rsidRDefault="00CA5DE8" w:rsidP="00CA5DE8">
            <w:pPr>
              <w:pStyle w:val="ListParagraph"/>
              <w:numPr>
                <w:ilvl w:val="0"/>
                <w:numId w:val="15"/>
              </w:numPr>
              <w:spacing w:after="160" w:line="259" w:lineRule="auto"/>
              <w:rPr>
                <w:rFonts w:ascii="Nikosh" w:hAnsi="Nikosh" w:cs="Nikosh"/>
                <w:sz w:val="24"/>
                <w:szCs w:val="24"/>
                <w:u w:val="single"/>
              </w:rPr>
            </w:pPr>
            <w:proofErr w:type="spellStart"/>
            <w:r w:rsidRPr="00EE3C56">
              <w:rPr>
                <w:rFonts w:ascii="Nikosh" w:hAnsi="Nikosh" w:cs="Nikosh"/>
                <w:sz w:val="24"/>
                <w:szCs w:val="24"/>
                <w:u w:val="single"/>
              </w:rPr>
              <w:t>হ্যাঁ</w:t>
            </w:r>
            <w:proofErr w:type="spellEnd"/>
          </w:p>
          <w:p w:rsidR="00A3343D" w:rsidRPr="00CA5DE8" w:rsidRDefault="00CA5DE8" w:rsidP="00CA5DE8">
            <w:pPr>
              <w:pStyle w:val="ListParagraph"/>
              <w:numPr>
                <w:ilvl w:val="0"/>
                <w:numId w:val="15"/>
              </w:numPr>
              <w:spacing w:after="0" w:line="216" w:lineRule="auto"/>
              <w:rPr>
                <w:rFonts w:ascii="Nikosh" w:hAnsi="Nikosh" w:cs="Nikosh"/>
              </w:rPr>
            </w:pPr>
            <w:proofErr w:type="spellStart"/>
            <w:r w:rsidRPr="00CA5DE8">
              <w:rPr>
                <w:rFonts w:ascii="Nikosh" w:hAnsi="Nikosh" w:cs="Nikosh"/>
                <w:sz w:val="24"/>
                <w:szCs w:val="24"/>
                <w:u w:val="single"/>
              </w:rPr>
              <w:t>না</w:t>
            </w:r>
            <w:proofErr w:type="spellEnd"/>
          </w:p>
        </w:tc>
      </w:tr>
      <w:tr w:rsidR="00A3343D" w:rsidRPr="00DE4D1F" w:rsidTr="00F569CD">
        <w:trPr>
          <w:gridBefore w:val="1"/>
          <w:wBefore w:w="121" w:type="dxa"/>
          <w:trHeight w:val="317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A3343D" w:rsidRDefault="00A3343D" w:rsidP="00440915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আবেদনের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কারণসমূহ</w:t>
            </w:r>
            <w:proofErr w:type="spellEnd"/>
            <w:r>
              <w:rPr>
                <w:rFonts w:ascii="Nikosh" w:hAnsi="Nikosh" w:cs="Nikosh"/>
              </w:rPr>
              <w:t xml:space="preserve">: </w:t>
            </w:r>
            <w:r w:rsidRPr="007E2FF5">
              <w:rPr>
                <w:rFonts w:ascii="Nikosh" w:hAnsi="Nikosh" w:cs="Nikosh"/>
              </w:rPr>
              <w:t>*</w:t>
            </w:r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50" w:type="dxa"/>
              <w:left w:w="120" w:type="dxa"/>
              <w:bottom w:w="150" w:type="dxa"/>
              <w:right w:w="100" w:type="dxa"/>
            </w:tcMar>
          </w:tcPr>
          <w:p w:rsidR="002A2FEE" w:rsidRPr="002A2FEE" w:rsidRDefault="002A2FEE" w:rsidP="002A2FEE">
            <w:pPr>
              <w:pStyle w:val="ListParagraph"/>
              <w:numPr>
                <w:ilvl w:val="0"/>
                <w:numId w:val="17"/>
              </w:numPr>
              <w:rPr>
                <w:rFonts w:ascii="Nikosh" w:hAnsi="Nikosh" w:cs="Nikosh"/>
                <w:sz w:val="24"/>
                <w:szCs w:val="24"/>
                <w:u w:val="single"/>
              </w:rPr>
            </w:pPr>
            <w:proofErr w:type="spellStart"/>
            <w:r w:rsidRPr="002A2FEE">
              <w:rPr>
                <w:rFonts w:ascii="Nikosh" w:hAnsi="Nikosh" w:cs="Nikosh"/>
                <w:sz w:val="24"/>
                <w:szCs w:val="24"/>
                <w:u w:val="single"/>
              </w:rPr>
              <w:t>দূরারোগ্য</w:t>
            </w:r>
            <w:proofErr w:type="spellEnd"/>
            <w:r w:rsidRPr="002A2FEE">
              <w:rPr>
                <w:rFonts w:ascii="Nikosh" w:hAnsi="Nikosh" w:cs="Nikosh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2A2FEE">
              <w:rPr>
                <w:rFonts w:ascii="Nikosh" w:hAnsi="Nikosh" w:cs="Nikosh"/>
                <w:sz w:val="24"/>
                <w:szCs w:val="24"/>
                <w:u w:val="single"/>
              </w:rPr>
              <w:t>ব্যাধি</w:t>
            </w:r>
            <w:proofErr w:type="spellEnd"/>
          </w:p>
          <w:p w:rsidR="002A2FEE" w:rsidRPr="002A2FEE" w:rsidRDefault="002A2FEE" w:rsidP="002A2FEE">
            <w:pPr>
              <w:pStyle w:val="ListParagraph"/>
              <w:numPr>
                <w:ilvl w:val="0"/>
                <w:numId w:val="17"/>
              </w:numPr>
              <w:rPr>
                <w:rFonts w:ascii="Nikosh" w:hAnsi="Nikosh" w:cs="Nikosh"/>
                <w:sz w:val="24"/>
                <w:szCs w:val="24"/>
                <w:u w:val="single"/>
              </w:rPr>
            </w:pPr>
            <w:proofErr w:type="spellStart"/>
            <w:r w:rsidRPr="002A2FEE">
              <w:rPr>
                <w:rFonts w:ascii="Nikosh" w:hAnsi="Nikosh" w:cs="Nikosh"/>
                <w:sz w:val="24"/>
                <w:szCs w:val="24"/>
                <w:u w:val="single"/>
              </w:rPr>
              <w:t>দৈব</w:t>
            </w:r>
            <w:proofErr w:type="spellEnd"/>
            <w:r w:rsidRPr="002A2FEE">
              <w:rPr>
                <w:rFonts w:ascii="Nikosh" w:hAnsi="Nikosh" w:cs="Nikosh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2A2FEE">
              <w:rPr>
                <w:rFonts w:ascii="Nikosh" w:hAnsi="Nikosh" w:cs="Nikosh"/>
                <w:sz w:val="24"/>
                <w:szCs w:val="24"/>
                <w:u w:val="single"/>
              </w:rPr>
              <w:t>দূর্ঘটনা</w:t>
            </w:r>
            <w:proofErr w:type="spellEnd"/>
          </w:p>
          <w:p w:rsidR="002A2FEE" w:rsidRPr="002A2FEE" w:rsidRDefault="002A2FEE" w:rsidP="002A2FEE">
            <w:pPr>
              <w:pStyle w:val="ListParagraph"/>
              <w:numPr>
                <w:ilvl w:val="0"/>
                <w:numId w:val="17"/>
              </w:numPr>
              <w:rPr>
                <w:rFonts w:ascii="Nikosh" w:hAnsi="Nikosh" w:cs="Nikosh"/>
                <w:sz w:val="24"/>
                <w:szCs w:val="24"/>
                <w:u w:val="single"/>
              </w:rPr>
            </w:pPr>
            <w:proofErr w:type="spellStart"/>
            <w:r w:rsidRPr="002A2FEE">
              <w:rPr>
                <w:rFonts w:ascii="Nikosh" w:hAnsi="Nikosh" w:cs="Nikosh"/>
                <w:sz w:val="24"/>
                <w:szCs w:val="24"/>
                <w:u w:val="single"/>
              </w:rPr>
              <w:t>শিক্ষা</w:t>
            </w:r>
            <w:proofErr w:type="spellEnd"/>
            <w:r w:rsidRPr="002A2FEE">
              <w:rPr>
                <w:rFonts w:ascii="Nikosh" w:hAnsi="Nikosh" w:cs="Nikosh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2A2FEE">
              <w:rPr>
                <w:rFonts w:ascii="Nikosh" w:hAnsi="Nikosh" w:cs="Nikosh"/>
                <w:sz w:val="24"/>
                <w:szCs w:val="24"/>
                <w:u w:val="single"/>
              </w:rPr>
              <w:t>গ্রহণ</w:t>
            </w:r>
            <w:proofErr w:type="spellEnd"/>
            <w:r w:rsidRPr="002A2FEE">
              <w:rPr>
                <w:rFonts w:ascii="Nikosh" w:hAnsi="Nikosh" w:cs="Nikosh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2A2FEE">
              <w:rPr>
                <w:rFonts w:ascii="Nikosh" w:hAnsi="Nikosh" w:cs="Nikosh"/>
                <w:sz w:val="24"/>
                <w:szCs w:val="24"/>
                <w:u w:val="single"/>
              </w:rPr>
              <w:t>কাজে</w:t>
            </w:r>
            <w:proofErr w:type="spellEnd"/>
            <w:r w:rsidRPr="002A2FEE">
              <w:rPr>
                <w:rFonts w:ascii="Nikosh" w:hAnsi="Nikosh" w:cs="Nikosh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2A2FEE">
              <w:rPr>
                <w:rFonts w:ascii="Nikosh" w:hAnsi="Nikosh" w:cs="Nikosh"/>
                <w:sz w:val="24"/>
                <w:szCs w:val="24"/>
                <w:u w:val="single"/>
              </w:rPr>
              <w:t>ব্যয়</w:t>
            </w:r>
            <w:proofErr w:type="spellEnd"/>
          </w:p>
          <w:p w:rsidR="002A2FEE" w:rsidRPr="002A2FEE" w:rsidRDefault="002A2FEE" w:rsidP="002A2FEE">
            <w:pPr>
              <w:pStyle w:val="ListParagraph"/>
              <w:numPr>
                <w:ilvl w:val="0"/>
                <w:numId w:val="17"/>
              </w:numPr>
              <w:rPr>
                <w:rFonts w:ascii="Nikosh" w:hAnsi="Nikosh" w:cs="Nikosh"/>
                <w:sz w:val="24"/>
                <w:szCs w:val="24"/>
                <w:u w:val="single"/>
              </w:rPr>
            </w:pPr>
            <w:proofErr w:type="spellStart"/>
            <w:r w:rsidRPr="002A2FEE">
              <w:rPr>
                <w:rFonts w:ascii="Nikosh" w:hAnsi="Nikosh" w:cs="Nikosh"/>
                <w:sz w:val="24"/>
                <w:szCs w:val="24"/>
                <w:u w:val="single"/>
              </w:rPr>
              <w:t>দুস্থ</w:t>
            </w:r>
            <w:proofErr w:type="spellEnd"/>
          </w:p>
          <w:p w:rsidR="002A2FEE" w:rsidRPr="002A2FEE" w:rsidRDefault="002A2FEE" w:rsidP="002A2FEE">
            <w:pPr>
              <w:pStyle w:val="ListParagraph"/>
              <w:numPr>
                <w:ilvl w:val="0"/>
                <w:numId w:val="17"/>
              </w:numPr>
              <w:rPr>
                <w:rFonts w:ascii="Nikosh" w:hAnsi="Nikosh" w:cs="Nikosh"/>
                <w:sz w:val="24"/>
                <w:szCs w:val="24"/>
                <w:u w:val="single"/>
              </w:rPr>
            </w:pPr>
            <w:proofErr w:type="spellStart"/>
            <w:r w:rsidRPr="002A2FEE">
              <w:rPr>
                <w:rFonts w:ascii="Nikosh" w:hAnsi="Nikosh" w:cs="Nikosh"/>
                <w:sz w:val="24"/>
                <w:szCs w:val="24"/>
                <w:u w:val="single"/>
              </w:rPr>
              <w:t>মেধাবী</w:t>
            </w:r>
            <w:proofErr w:type="spellEnd"/>
          </w:p>
          <w:p w:rsidR="002A2FEE" w:rsidRPr="002A2FEE" w:rsidRDefault="002A2FEE" w:rsidP="002A2FEE">
            <w:pPr>
              <w:pStyle w:val="ListParagraph"/>
              <w:numPr>
                <w:ilvl w:val="0"/>
                <w:numId w:val="17"/>
              </w:numPr>
              <w:rPr>
                <w:rFonts w:ascii="Nikosh" w:hAnsi="Nikosh" w:cs="Nikosh"/>
                <w:sz w:val="24"/>
                <w:szCs w:val="24"/>
                <w:u w:val="single"/>
              </w:rPr>
            </w:pPr>
            <w:proofErr w:type="spellStart"/>
            <w:r w:rsidRPr="002A2FEE">
              <w:rPr>
                <w:rFonts w:ascii="Nikosh" w:hAnsi="Nikosh" w:cs="Nikosh"/>
                <w:sz w:val="24"/>
                <w:szCs w:val="24"/>
                <w:u w:val="single"/>
              </w:rPr>
              <w:t>প্রতিবন্ধী</w:t>
            </w:r>
            <w:proofErr w:type="spellEnd"/>
          </w:p>
          <w:p w:rsidR="002A2FEE" w:rsidRPr="002A2FEE" w:rsidRDefault="002A2FEE" w:rsidP="002A2FEE">
            <w:pPr>
              <w:pStyle w:val="ListParagraph"/>
              <w:numPr>
                <w:ilvl w:val="0"/>
                <w:numId w:val="17"/>
              </w:numPr>
              <w:rPr>
                <w:rFonts w:ascii="Nikosh" w:hAnsi="Nikosh" w:cs="Nikosh"/>
                <w:sz w:val="24"/>
                <w:szCs w:val="24"/>
                <w:u w:val="single"/>
              </w:rPr>
            </w:pPr>
            <w:proofErr w:type="spellStart"/>
            <w:r w:rsidRPr="002A2FEE">
              <w:rPr>
                <w:rFonts w:ascii="Nikosh" w:hAnsi="Nikosh" w:cs="Nikosh"/>
                <w:sz w:val="24"/>
                <w:szCs w:val="24"/>
                <w:u w:val="single"/>
              </w:rPr>
              <w:t>অসহায়</w:t>
            </w:r>
            <w:proofErr w:type="spellEnd"/>
          </w:p>
          <w:p w:rsidR="002A2FEE" w:rsidRPr="002A2FEE" w:rsidRDefault="002A2FEE" w:rsidP="002A2FEE">
            <w:pPr>
              <w:pStyle w:val="ListParagraph"/>
              <w:numPr>
                <w:ilvl w:val="0"/>
                <w:numId w:val="17"/>
              </w:numPr>
              <w:rPr>
                <w:rFonts w:ascii="Nikosh" w:hAnsi="Nikosh" w:cs="Nikosh"/>
                <w:sz w:val="24"/>
                <w:szCs w:val="24"/>
                <w:u w:val="single"/>
              </w:rPr>
            </w:pPr>
            <w:proofErr w:type="spellStart"/>
            <w:r w:rsidRPr="002A2FEE">
              <w:rPr>
                <w:rFonts w:ascii="Nikosh" w:hAnsi="Nikosh" w:cs="Nikosh"/>
                <w:sz w:val="24"/>
                <w:szCs w:val="24"/>
                <w:u w:val="single"/>
              </w:rPr>
              <w:t>রোগাগ্রস্থ</w:t>
            </w:r>
            <w:proofErr w:type="spellEnd"/>
          </w:p>
          <w:p w:rsidR="002A2FEE" w:rsidRPr="002A2FEE" w:rsidRDefault="002A2FEE" w:rsidP="002A2FEE">
            <w:pPr>
              <w:pStyle w:val="ListParagraph"/>
              <w:numPr>
                <w:ilvl w:val="0"/>
                <w:numId w:val="17"/>
              </w:numPr>
              <w:rPr>
                <w:rFonts w:ascii="Nikosh" w:hAnsi="Nikosh" w:cs="Nikosh"/>
                <w:sz w:val="24"/>
                <w:szCs w:val="24"/>
                <w:u w:val="single"/>
              </w:rPr>
            </w:pPr>
            <w:proofErr w:type="spellStart"/>
            <w:r w:rsidRPr="002A2FEE">
              <w:rPr>
                <w:rFonts w:ascii="Nikosh" w:hAnsi="Nikosh" w:cs="Nikosh"/>
                <w:sz w:val="24"/>
                <w:szCs w:val="24"/>
                <w:u w:val="single"/>
              </w:rPr>
              <w:t>গরীব</w:t>
            </w:r>
            <w:proofErr w:type="spellEnd"/>
          </w:p>
          <w:p w:rsidR="00A3343D" w:rsidRPr="002A2FEE" w:rsidRDefault="002A2FEE" w:rsidP="002A2FEE">
            <w:pPr>
              <w:pStyle w:val="ListParagraph"/>
              <w:numPr>
                <w:ilvl w:val="0"/>
                <w:numId w:val="17"/>
              </w:numPr>
              <w:spacing w:after="0" w:line="216" w:lineRule="auto"/>
              <w:rPr>
                <w:rFonts w:ascii="Nikosh" w:hAnsi="Nikosh" w:cs="Nikosh"/>
              </w:rPr>
            </w:pPr>
            <w:proofErr w:type="spellStart"/>
            <w:r w:rsidRPr="002A2FEE">
              <w:rPr>
                <w:rFonts w:ascii="Nikosh" w:hAnsi="Nikosh" w:cs="Nikosh"/>
                <w:sz w:val="24"/>
                <w:szCs w:val="24"/>
                <w:u w:val="single"/>
              </w:rPr>
              <w:t>অনগ্রসর</w:t>
            </w:r>
            <w:proofErr w:type="spellEnd"/>
            <w:r w:rsidRPr="002A2FEE">
              <w:rPr>
                <w:rFonts w:ascii="Nikosh" w:hAnsi="Nikosh" w:cs="Nikosh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2A2FEE">
              <w:rPr>
                <w:rFonts w:ascii="Nikosh" w:hAnsi="Nikosh" w:cs="Nikosh"/>
                <w:sz w:val="24"/>
                <w:szCs w:val="24"/>
                <w:u w:val="single"/>
              </w:rPr>
              <w:t>সম্প্রদায়</w:t>
            </w:r>
            <w:proofErr w:type="spellEnd"/>
          </w:p>
        </w:tc>
      </w:tr>
      <w:tr w:rsidR="00A3343D" w:rsidRPr="00DE4D1F" w:rsidTr="00F569CD">
        <w:trPr>
          <w:gridBefore w:val="1"/>
          <w:wBefore w:w="121" w:type="dxa"/>
          <w:trHeight w:val="317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A3343D" w:rsidRDefault="00A3343D" w:rsidP="00440915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শিক্ষার্থীর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নিজ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বিভাগ</w:t>
            </w:r>
            <w:proofErr w:type="spellEnd"/>
            <w:r>
              <w:rPr>
                <w:rFonts w:ascii="Nikosh" w:hAnsi="Nikosh" w:cs="Nikosh"/>
              </w:rPr>
              <w:t xml:space="preserve">: </w:t>
            </w:r>
            <w:r w:rsidRPr="007E2FF5">
              <w:rPr>
                <w:rFonts w:ascii="Nikosh" w:hAnsi="Nikosh" w:cs="Nikosh"/>
              </w:rPr>
              <w:t>*</w:t>
            </w:r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50" w:type="dxa"/>
              <w:left w:w="120" w:type="dxa"/>
              <w:bottom w:w="150" w:type="dxa"/>
              <w:right w:w="100" w:type="dxa"/>
            </w:tcMar>
          </w:tcPr>
          <w:p w:rsidR="00A3343D" w:rsidRPr="00DE4D1F" w:rsidRDefault="00A3343D" w:rsidP="00440915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A3343D" w:rsidRPr="00DE4D1F" w:rsidTr="00F569CD">
        <w:trPr>
          <w:gridBefore w:val="1"/>
          <w:wBefore w:w="121" w:type="dxa"/>
          <w:trHeight w:val="317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A3343D" w:rsidRDefault="00A3343D" w:rsidP="00440915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শিক্ষার্থীর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নিজ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জেলা</w:t>
            </w:r>
            <w:proofErr w:type="spellEnd"/>
            <w:r>
              <w:rPr>
                <w:rFonts w:ascii="Nikosh" w:hAnsi="Nikosh" w:cs="Nikosh"/>
              </w:rPr>
              <w:t xml:space="preserve">:  </w:t>
            </w:r>
            <w:r w:rsidRPr="007E2FF5">
              <w:rPr>
                <w:rFonts w:ascii="Nikosh" w:hAnsi="Nikosh" w:cs="Nikosh"/>
              </w:rPr>
              <w:t>*</w:t>
            </w:r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50" w:type="dxa"/>
              <w:left w:w="120" w:type="dxa"/>
              <w:bottom w:w="150" w:type="dxa"/>
              <w:right w:w="100" w:type="dxa"/>
            </w:tcMar>
          </w:tcPr>
          <w:p w:rsidR="00A3343D" w:rsidRPr="00DE4D1F" w:rsidRDefault="00A3343D" w:rsidP="00440915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A3343D" w:rsidRPr="00DE4D1F" w:rsidTr="00F569CD">
        <w:trPr>
          <w:gridBefore w:val="1"/>
          <w:wBefore w:w="121" w:type="dxa"/>
          <w:trHeight w:val="389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A3343D" w:rsidRDefault="00A3343D" w:rsidP="00440915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শিক্ষার্থীর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নিজ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উপজেলা</w:t>
            </w:r>
            <w:proofErr w:type="spellEnd"/>
            <w:r>
              <w:rPr>
                <w:rFonts w:ascii="Nikosh" w:hAnsi="Nikosh" w:cs="Nikosh"/>
              </w:rPr>
              <w:t xml:space="preserve">: </w:t>
            </w:r>
            <w:r w:rsidRPr="007E2FF5">
              <w:rPr>
                <w:rFonts w:ascii="Nikosh" w:hAnsi="Nikosh" w:cs="Nikosh"/>
              </w:rPr>
              <w:t>*</w:t>
            </w:r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50" w:type="dxa"/>
              <w:left w:w="120" w:type="dxa"/>
              <w:bottom w:w="150" w:type="dxa"/>
              <w:right w:w="100" w:type="dxa"/>
            </w:tcMar>
          </w:tcPr>
          <w:p w:rsidR="00A3343D" w:rsidRPr="00DE4D1F" w:rsidRDefault="00A3343D" w:rsidP="00440915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A3343D" w:rsidRPr="00DE4D1F" w:rsidTr="00F569CD">
        <w:trPr>
          <w:gridBefore w:val="1"/>
          <w:wBefore w:w="121" w:type="dxa"/>
          <w:trHeight w:val="317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A3343D" w:rsidRDefault="00A3343D" w:rsidP="00440915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শিক্ষার্থীর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বর্তমান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ঠিকানা</w:t>
            </w:r>
            <w:proofErr w:type="spellEnd"/>
            <w:r>
              <w:rPr>
                <w:rFonts w:ascii="Nikosh" w:hAnsi="Nikosh" w:cs="Nikosh"/>
              </w:rPr>
              <w:t xml:space="preserve"> (</w:t>
            </w:r>
            <w:proofErr w:type="spellStart"/>
            <w:r>
              <w:rPr>
                <w:rFonts w:ascii="Nikosh" w:hAnsi="Nikosh" w:cs="Nikosh"/>
              </w:rPr>
              <w:t>বাংলা</w:t>
            </w:r>
            <w:proofErr w:type="spellEnd"/>
            <w:r>
              <w:rPr>
                <w:rFonts w:ascii="Nikosh" w:hAnsi="Nikosh" w:cs="Nikosh"/>
              </w:rPr>
              <w:t xml:space="preserve">): </w:t>
            </w:r>
            <w:r w:rsidRPr="007E2FF5">
              <w:rPr>
                <w:rFonts w:ascii="Nikosh" w:hAnsi="Nikosh" w:cs="Nikosh"/>
              </w:rPr>
              <w:t>*</w:t>
            </w:r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50" w:type="dxa"/>
              <w:left w:w="120" w:type="dxa"/>
              <w:bottom w:w="150" w:type="dxa"/>
              <w:right w:w="100" w:type="dxa"/>
            </w:tcMar>
          </w:tcPr>
          <w:p w:rsidR="00A3343D" w:rsidRPr="00DE4D1F" w:rsidRDefault="00A3343D" w:rsidP="00440915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F569CD" w:rsidRPr="00DE4D1F" w:rsidTr="00F569CD">
        <w:trPr>
          <w:gridBefore w:val="1"/>
          <w:wBefore w:w="121" w:type="dxa"/>
          <w:trHeight w:val="317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F569CD" w:rsidRPr="00DE4D1F" w:rsidRDefault="00F569CD" w:rsidP="00F569CD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শিক্ষার্থী</w:t>
            </w:r>
            <w:r w:rsidR="00885042">
              <w:rPr>
                <w:rFonts w:ascii="Nikosh" w:hAnsi="Nikosh" w:cs="Nikosh"/>
              </w:rPr>
              <w:t>র</w:t>
            </w:r>
            <w:proofErr w:type="spellEnd"/>
            <w:r w:rsidR="00885042">
              <w:rPr>
                <w:rFonts w:ascii="Nikosh" w:hAnsi="Nikosh" w:cs="Nikosh"/>
              </w:rPr>
              <w:t xml:space="preserve"> </w:t>
            </w:r>
            <w:proofErr w:type="spellStart"/>
            <w:r w:rsidR="00885042">
              <w:rPr>
                <w:rFonts w:ascii="Nikosh" w:hAnsi="Nikosh" w:cs="Nikosh"/>
              </w:rPr>
              <w:t>নিজনামে</w:t>
            </w:r>
            <w:proofErr w:type="spellEnd"/>
            <w:r w:rsidR="00885042">
              <w:rPr>
                <w:rFonts w:ascii="Nikosh" w:hAnsi="Nikosh" w:cs="Nikosh"/>
              </w:rPr>
              <w:t xml:space="preserve">/ </w:t>
            </w:r>
            <w:proofErr w:type="spellStart"/>
            <w:r w:rsidR="00885042">
              <w:rPr>
                <w:rFonts w:ascii="Nikosh" w:hAnsi="Nikosh" w:cs="Nikosh"/>
              </w:rPr>
              <w:t>শিক্ষার্থীর</w:t>
            </w:r>
            <w:proofErr w:type="spellEnd"/>
            <w:r w:rsidR="00885042">
              <w:rPr>
                <w:rFonts w:ascii="Nikosh" w:hAnsi="Nikosh" w:cs="Nikosh"/>
              </w:rPr>
              <w:t xml:space="preserve"> </w:t>
            </w:r>
            <w:proofErr w:type="spellStart"/>
            <w:r w:rsidR="00885042">
              <w:rPr>
                <w:rFonts w:ascii="Nikosh" w:hAnsi="Nikosh" w:cs="Nikosh"/>
              </w:rPr>
              <w:t>সাথে</w:t>
            </w:r>
            <w:proofErr w:type="spellEnd"/>
            <w:r>
              <w:rPr>
                <w:rFonts w:ascii="Nikosh" w:hAnsi="Nikosh" w:cs="Nikosh"/>
              </w:rPr>
              <w:t xml:space="preserve"> (</w:t>
            </w:r>
            <w:proofErr w:type="spellStart"/>
            <w:r>
              <w:rPr>
                <w:rFonts w:ascii="Nikosh" w:hAnsi="Nikosh" w:cs="Nikosh"/>
              </w:rPr>
              <w:t>পিতা</w:t>
            </w:r>
            <w:proofErr w:type="spellEnd"/>
            <w:r>
              <w:rPr>
                <w:rFonts w:ascii="Nikosh" w:hAnsi="Nikosh" w:cs="Nikosh"/>
              </w:rPr>
              <w:t>/</w:t>
            </w:r>
            <w:proofErr w:type="spellStart"/>
            <w:r>
              <w:rPr>
                <w:rFonts w:ascii="Nikosh" w:hAnsi="Nikosh" w:cs="Nikosh"/>
              </w:rPr>
              <w:t>মাতার</w:t>
            </w:r>
            <w:proofErr w:type="spellEnd"/>
            <w:r>
              <w:rPr>
                <w:rFonts w:ascii="Nikosh" w:hAnsi="Nikosh" w:cs="Nikosh"/>
              </w:rPr>
              <w:t xml:space="preserve">) </w:t>
            </w:r>
            <w:proofErr w:type="spellStart"/>
            <w:r>
              <w:rPr>
                <w:rFonts w:ascii="Nikosh" w:hAnsi="Nikosh" w:cs="Nikosh"/>
              </w:rPr>
              <w:t>যৌথ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ব্যাংক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একাউন্ট</w:t>
            </w:r>
            <w:proofErr w:type="spellEnd"/>
            <w:r>
              <w:rPr>
                <w:rFonts w:ascii="Nikosh" w:hAnsi="Nikosh" w:cs="Nikosh"/>
              </w:rPr>
              <w:t xml:space="preserve">  </w:t>
            </w:r>
            <w:proofErr w:type="spellStart"/>
            <w:r>
              <w:rPr>
                <w:rFonts w:ascii="Nikosh" w:hAnsi="Nikosh" w:cs="Nikosh"/>
              </w:rPr>
              <w:t>নম্বর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r w:rsidRPr="00923CAA">
              <w:rPr>
                <w:rFonts w:ascii="Nikosh" w:hAnsi="Nikosh" w:cs="Nikosh"/>
                <w:color w:val="FF0000"/>
                <w:sz w:val="24"/>
                <w:szCs w:val="24"/>
              </w:rPr>
              <w:t>*</w:t>
            </w:r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50" w:type="dxa"/>
              <w:left w:w="120" w:type="dxa"/>
              <w:bottom w:w="150" w:type="dxa"/>
              <w:right w:w="100" w:type="dxa"/>
            </w:tcMar>
          </w:tcPr>
          <w:p w:rsidR="00F569CD" w:rsidRPr="00DE4D1F" w:rsidRDefault="00F569CD" w:rsidP="00F569CD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F569CD" w:rsidRPr="00DE4D1F" w:rsidTr="00F569CD">
        <w:trPr>
          <w:gridBefore w:val="1"/>
          <w:wBefore w:w="121" w:type="dxa"/>
          <w:trHeight w:val="317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F569CD" w:rsidRPr="00DE4D1F" w:rsidRDefault="00F569CD" w:rsidP="00F569CD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ব্যাংকের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নাম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r w:rsidRPr="00923CAA">
              <w:rPr>
                <w:rFonts w:ascii="Nikosh" w:hAnsi="Nikosh" w:cs="Nikosh"/>
                <w:color w:val="FF0000"/>
                <w:sz w:val="24"/>
                <w:szCs w:val="24"/>
              </w:rPr>
              <w:t>*</w:t>
            </w:r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50" w:type="dxa"/>
              <w:left w:w="120" w:type="dxa"/>
              <w:bottom w:w="150" w:type="dxa"/>
              <w:right w:w="100" w:type="dxa"/>
            </w:tcMar>
          </w:tcPr>
          <w:p w:rsidR="00F569CD" w:rsidRPr="00DE4D1F" w:rsidRDefault="00F569CD" w:rsidP="00F569CD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F569CD" w:rsidRPr="00DE4D1F" w:rsidTr="00F569CD">
        <w:trPr>
          <w:gridBefore w:val="1"/>
          <w:wBefore w:w="121" w:type="dxa"/>
          <w:trHeight w:val="317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F569CD" w:rsidRPr="00DE4D1F" w:rsidRDefault="00F569CD" w:rsidP="00F569CD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ব্যাংকের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শাখা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r w:rsidRPr="00923CAA">
              <w:rPr>
                <w:rFonts w:ascii="Nikosh" w:hAnsi="Nikosh" w:cs="Nikosh"/>
                <w:color w:val="FF0000"/>
                <w:sz w:val="24"/>
                <w:szCs w:val="24"/>
              </w:rPr>
              <w:t>*</w:t>
            </w:r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50" w:type="dxa"/>
              <w:left w:w="120" w:type="dxa"/>
              <w:bottom w:w="150" w:type="dxa"/>
              <w:right w:w="100" w:type="dxa"/>
            </w:tcMar>
          </w:tcPr>
          <w:p w:rsidR="00F569CD" w:rsidRDefault="00F569CD" w:rsidP="00F569CD">
            <w:pPr>
              <w:spacing w:after="0" w:line="216" w:lineRule="auto"/>
              <w:rPr>
                <w:rFonts w:ascii="Nikosh" w:hAnsi="Nikosh" w:cs="Nikosh"/>
              </w:rPr>
            </w:pPr>
          </w:p>
          <w:p w:rsidR="00F569CD" w:rsidRPr="00DE4D1F" w:rsidRDefault="00F569CD" w:rsidP="00F569CD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F569CD" w:rsidRPr="00DE4D1F" w:rsidTr="00F569CD">
        <w:trPr>
          <w:gridBefore w:val="1"/>
          <w:wBefore w:w="121" w:type="dxa"/>
          <w:trHeight w:val="317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F569CD" w:rsidRPr="00DE4D1F" w:rsidRDefault="00F569CD" w:rsidP="00F569CD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ব্যাংকের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রাউটিং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নম্বর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r w:rsidRPr="00923CAA">
              <w:rPr>
                <w:rFonts w:ascii="Nikosh" w:hAnsi="Nikosh" w:cs="Nikosh"/>
                <w:color w:val="FF0000"/>
                <w:sz w:val="24"/>
                <w:szCs w:val="24"/>
              </w:rPr>
              <w:t>*</w:t>
            </w:r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50" w:type="dxa"/>
              <w:left w:w="120" w:type="dxa"/>
              <w:bottom w:w="150" w:type="dxa"/>
              <w:right w:w="100" w:type="dxa"/>
            </w:tcMar>
          </w:tcPr>
          <w:p w:rsidR="00F569CD" w:rsidRDefault="00F569CD" w:rsidP="00F569CD">
            <w:pPr>
              <w:spacing w:after="0" w:line="216" w:lineRule="auto"/>
              <w:rPr>
                <w:rFonts w:ascii="Nikosh" w:hAnsi="Nikosh" w:cs="Nikosh"/>
              </w:rPr>
            </w:pPr>
          </w:p>
          <w:p w:rsidR="00F569CD" w:rsidRPr="00DE4D1F" w:rsidRDefault="00F569CD" w:rsidP="00F569CD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DE247B" w:rsidRPr="00DE4D1F" w:rsidTr="00F569CD">
        <w:trPr>
          <w:gridBefore w:val="1"/>
          <w:wBefore w:w="121" w:type="dxa"/>
          <w:jc w:val="center"/>
        </w:trPr>
        <w:tc>
          <w:tcPr>
            <w:tcW w:w="9869" w:type="dxa"/>
            <w:gridSpan w:val="3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AFAF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DE247B" w:rsidRDefault="00C1397A" w:rsidP="00440915">
            <w:pPr>
              <w:spacing w:after="0" w:line="216" w:lineRule="auto"/>
              <w:rPr>
                <w:rFonts w:ascii="Nikosh" w:hAnsi="Nikosh" w:cs="Nikosh"/>
                <w:color w:val="333333"/>
                <w:sz w:val="19"/>
              </w:rPr>
            </w:pPr>
            <w:proofErr w:type="spellStart"/>
            <w:r w:rsidRPr="00A3343D">
              <w:rPr>
                <w:rFonts w:ascii="Nikosh" w:hAnsi="Nikosh" w:cs="Nikosh"/>
                <w:color w:val="333333"/>
                <w:sz w:val="19"/>
              </w:rPr>
              <w:lastRenderedPageBreak/>
              <w:t>সংযুক্তি</w:t>
            </w:r>
            <w:proofErr w:type="spellEnd"/>
            <w:r w:rsidR="00CB5160">
              <w:rPr>
                <w:rFonts w:ascii="Nikosh" w:hAnsi="Nikosh" w:cs="Nikosh"/>
                <w:color w:val="333333"/>
                <w:sz w:val="19"/>
              </w:rPr>
              <w:t>:</w:t>
            </w:r>
          </w:p>
          <w:p w:rsidR="00F569CD" w:rsidRDefault="00F569CD" w:rsidP="00F569CD">
            <w:pPr>
              <w:pStyle w:val="ListParagraph"/>
              <w:numPr>
                <w:ilvl w:val="0"/>
                <w:numId w:val="18"/>
              </w:numPr>
              <w:spacing w:after="0" w:line="360" w:lineRule="auto"/>
              <w:rPr>
                <w:rFonts w:ascii="Nikosh" w:hAnsi="Nikosh" w:cs="Nikosh"/>
                <w:sz w:val="24"/>
                <w:szCs w:val="24"/>
              </w:rPr>
            </w:pPr>
            <w:r w:rsidRPr="00487CB8">
              <w:rPr>
                <w:rFonts w:ascii="Nikosh" w:hAnsi="Nikosh" w:cs="Nikosh"/>
                <w:sz w:val="24"/>
                <w:szCs w:val="24"/>
              </w:rPr>
              <w:t>শিক্ষা</w:t>
            </w:r>
            <w:r w:rsidR="00DB5475">
              <w:rPr>
                <w:rFonts w:ascii="Nikosh" w:hAnsi="Nikosh" w:cs="Nikosh"/>
                <w:sz w:val="24"/>
                <w:szCs w:val="24"/>
              </w:rPr>
              <w:t>র্থীদের</w:t>
            </w:r>
            <w:bookmarkStart w:id="0" w:name="_GoBack"/>
            <w:bookmarkEnd w:id="0"/>
            <w:r w:rsidRPr="00487CB8">
              <w:rPr>
                <w:rFonts w:ascii="Nikosh" w:hAnsi="Nikosh" w:cs="Nikosh"/>
                <w:sz w:val="24"/>
                <w:szCs w:val="24"/>
              </w:rPr>
              <w:t xml:space="preserve">  </w:t>
            </w:r>
            <w:proofErr w:type="spellStart"/>
            <w:r w:rsidRPr="00487CB8">
              <w:rPr>
                <w:rFonts w:ascii="Nikosh" w:hAnsi="Nikosh" w:cs="Nikosh"/>
                <w:sz w:val="24"/>
                <w:szCs w:val="24"/>
              </w:rPr>
              <w:t>চেক</w:t>
            </w:r>
            <w:proofErr w:type="spellEnd"/>
            <w:r w:rsidRPr="00487CB8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487CB8">
              <w:rPr>
                <w:rFonts w:ascii="Nikosh" w:hAnsi="Nikosh" w:cs="Nikosh"/>
                <w:sz w:val="24"/>
                <w:szCs w:val="24"/>
              </w:rPr>
              <w:t>পাতার</w:t>
            </w:r>
            <w:proofErr w:type="spellEnd"/>
            <w:r w:rsidRPr="00487CB8">
              <w:rPr>
                <w:rFonts w:ascii="Nikosh" w:hAnsi="Nikosh" w:cs="Nikosh"/>
                <w:sz w:val="24"/>
                <w:szCs w:val="24"/>
              </w:rPr>
              <w:t xml:space="preserve">  </w:t>
            </w:r>
            <w:proofErr w:type="spellStart"/>
            <w:r w:rsidRPr="00487CB8">
              <w:rPr>
                <w:rFonts w:ascii="Nikosh" w:hAnsi="Nikosh" w:cs="Nikosh"/>
                <w:sz w:val="24"/>
                <w:szCs w:val="24"/>
              </w:rPr>
              <w:t>কপি</w:t>
            </w:r>
            <w:proofErr w:type="spellEnd"/>
            <w:r w:rsidRPr="00487CB8">
              <w:rPr>
                <w:rFonts w:ascii="Nikosh" w:hAnsi="Nikosh" w:cs="Nikosh"/>
                <w:sz w:val="24"/>
                <w:szCs w:val="24"/>
              </w:rPr>
              <w:t xml:space="preserve"> </w:t>
            </w:r>
          </w:p>
          <w:p w:rsidR="00F569CD" w:rsidRPr="00F569CD" w:rsidRDefault="00A3343D" w:rsidP="00F569CD">
            <w:pPr>
              <w:pStyle w:val="ListParagraph"/>
              <w:numPr>
                <w:ilvl w:val="0"/>
                <w:numId w:val="18"/>
              </w:numPr>
              <w:spacing w:after="0" w:line="360" w:lineRule="auto"/>
              <w:rPr>
                <w:rFonts w:ascii="Nikosh" w:hAnsi="Nikosh" w:cs="Nikosh"/>
                <w:sz w:val="24"/>
                <w:szCs w:val="24"/>
              </w:rPr>
            </w:pPr>
            <w:proofErr w:type="spellStart"/>
            <w:r w:rsidRPr="00F569CD">
              <w:rPr>
                <w:rFonts w:ascii="Nikosh" w:hAnsi="Nikosh" w:cs="Nikosh"/>
                <w:sz w:val="24"/>
                <w:szCs w:val="24"/>
              </w:rPr>
              <w:t>প্রতিষ্ঠান</w:t>
            </w:r>
            <w:proofErr w:type="spellEnd"/>
            <w:r w:rsidRPr="00F569CD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F569CD">
              <w:rPr>
                <w:rFonts w:ascii="Nikosh" w:hAnsi="Nikosh" w:cs="Nikosh"/>
                <w:sz w:val="24"/>
                <w:szCs w:val="24"/>
              </w:rPr>
              <w:t>প্রধান</w:t>
            </w:r>
            <w:proofErr w:type="spellEnd"/>
            <w:r w:rsidRPr="00F569CD">
              <w:rPr>
                <w:rFonts w:ascii="Nikosh" w:hAnsi="Nikosh" w:cs="Nikosh"/>
                <w:sz w:val="24"/>
                <w:szCs w:val="24"/>
              </w:rPr>
              <w:t>/</w:t>
            </w:r>
            <w:proofErr w:type="spellStart"/>
            <w:r w:rsidRPr="00F569CD">
              <w:rPr>
                <w:rFonts w:ascii="Nikosh" w:hAnsi="Nikosh" w:cs="Nikosh"/>
                <w:sz w:val="24"/>
                <w:szCs w:val="24"/>
              </w:rPr>
              <w:t>বিভাগীয়</w:t>
            </w:r>
            <w:proofErr w:type="spellEnd"/>
            <w:r w:rsidRPr="00F569CD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F569CD">
              <w:rPr>
                <w:rFonts w:ascii="Nikosh" w:hAnsi="Nikosh" w:cs="Nikosh"/>
                <w:sz w:val="24"/>
                <w:szCs w:val="24"/>
              </w:rPr>
              <w:t>প্রধানের</w:t>
            </w:r>
            <w:proofErr w:type="spellEnd"/>
            <w:r w:rsidRPr="00F569CD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F569CD">
              <w:rPr>
                <w:rFonts w:ascii="Nikosh" w:hAnsi="Nikosh" w:cs="Nikosh"/>
                <w:sz w:val="24"/>
                <w:szCs w:val="24"/>
              </w:rPr>
              <w:t>প্রত্যয়ন</w:t>
            </w:r>
            <w:proofErr w:type="spellEnd"/>
            <w:r w:rsidRPr="00F569CD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F569CD">
              <w:rPr>
                <w:rFonts w:ascii="Nikosh" w:hAnsi="Nikosh" w:cs="Nikosh"/>
                <w:sz w:val="24"/>
                <w:szCs w:val="24"/>
              </w:rPr>
              <w:t>পত্র</w:t>
            </w:r>
            <w:proofErr w:type="spellEnd"/>
            <w:r w:rsidRPr="00F569CD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F569CD">
              <w:rPr>
                <w:rFonts w:ascii="Nikosh" w:hAnsi="Nikosh" w:cs="Nikosh"/>
                <w:color w:val="FF0000"/>
                <w:sz w:val="24"/>
                <w:szCs w:val="24"/>
              </w:rPr>
              <w:t>*</w:t>
            </w:r>
          </w:p>
          <w:p w:rsidR="00DE247B" w:rsidRPr="00F569CD" w:rsidRDefault="00A3343D" w:rsidP="00F569CD">
            <w:pPr>
              <w:pStyle w:val="ListParagraph"/>
              <w:numPr>
                <w:ilvl w:val="0"/>
                <w:numId w:val="18"/>
              </w:numPr>
              <w:spacing w:after="0" w:line="360" w:lineRule="auto"/>
              <w:rPr>
                <w:rFonts w:ascii="Nikosh" w:hAnsi="Nikosh" w:cs="Nikosh"/>
                <w:sz w:val="24"/>
                <w:szCs w:val="24"/>
              </w:rPr>
            </w:pPr>
            <w:proofErr w:type="spellStart"/>
            <w:r w:rsidRPr="00F569CD">
              <w:rPr>
                <w:rFonts w:ascii="Nikosh" w:hAnsi="Nikosh" w:cs="Nikosh"/>
                <w:sz w:val="24"/>
                <w:szCs w:val="24"/>
              </w:rPr>
              <w:t>জন্ম</w:t>
            </w:r>
            <w:proofErr w:type="spellEnd"/>
            <w:r w:rsidRPr="00F569CD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F569CD">
              <w:rPr>
                <w:rFonts w:ascii="Nikosh" w:hAnsi="Nikosh" w:cs="Nikosh"/>
                <w:sz w:val="24"/>
                <w:szCs w:val="24"/>
              </w:rPr>
              <w:t>নিবন্ধন</w:t>
            </w:r>
            <w:proofErr w:type="spellEnd"/>
            <w:r w:rsidRPr="00F569CD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F569CD">
              <w:rPr>
                <w:rFonts w:ascii="Nikosh" w:hAnsi="Nikosh" w:cs="Nikosh"/>
                <w:sz w:val="24"/>
                <w:szCs w:val="24"/>
              </w:rPr>
              <w:t>সনদ</w:t>
            </w:r>
            <w:proofErr w:type="spellEnd"/>
            <w:r w:rsidRPr="00F569CD">
              <w:rPr>
                <w:rFonts w:ascii="Nikosh" w:hAnsi="Nikosh" w:cs="Nikosh"/>
                <w:sz w:val="24"/>
                <w:szCs w:val="24"/>
              </w:rPr>
              <w:t>/</w:t>
            </w:r>
            <w:proofErr w:type="spellStart"/>
            <w:r w:rsidRPr="00F569CD">
              <w:rPr>
                <w:rFonts w:ascii="Nikosh" w:hAnsi="Nikosh" w:cs="Nikosh"/>
                <w:sz w:val="24"/>
                <w:szCs w:val="24"/>
              </w:rPr>
              <w:t>জাতীয়</w:t>
            </w:r>
            <w:proofErr w:type="spellEnd"/>
            <w:r w:rsidRPr="00F569CD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F569CD">
              <w:rPr>
                <w:rFonts w:ascii="Nikosh" w:hAnsi="Nikosh" w:cs="Nikosh"/>
                <w:sz w:val="24"/>
                <w:szCs w:val="24"/>
              </w:rPr>
              <w:t>পরিচয়পত্রের</w:t>
            </w:r>
            <w:proofErr w:type="spellEnd"/>
            <w:r w:rsidRPr="00F569CD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F569CD">
              <w:rPr>
                <w:rFonts w:ascii="Nikosh" w:hAnsi="Nikosh" w:cs="Nikosh"/>
                <w:sz w:val="24"/>
                <w:szCs w:val="24"/>
              </w:rPr>
              <w:t>কপি</w:t>
            </w:r>
            <w:proofErr w:type="spellEnd"/>
            <w:r w:rsidRPr="00F569CD">
              <w:rPr>
                <w:rFonts w:ascii="Nikosh" w:hAnsi="Nikosh" w:cs="Nikosh"/>
                <w:color w:val="FF0000"/>
                <w:sz w:val="24"/>
                <w:szCs w:val="24"/>
              </w:rPr>
              <w:t>*</w:t>
            </w:r>
          </w:p>
        </w:tc>
      </w:tr>
      <w:tr w:rsidR="00DE247B" w:rsidRPr="00DE4D1F" w:rsidTr="00F569CD">
        <w:trPr>
          <w:jc w:val="center"/>
        </w:trPr>
        <w:tc>
          <w:tcPr>
            <w:tcW w:w="3951" w:type="dxa"/>
            <w:gridSpan w:val="3"/>
          </w:tcPr>
          <w:p w:rsidR="00DE4D1F" w:rsidRDefault="00DE4D1F" w:rsidP="00440915">
            <w:pPr>
              <w:spacing w:after="0" w:line="216" w:lineRule="auto"/>
              <w:jc w:val="center"/>
              <w:rPr>
                <w:rFonts w:ascii="Nikosh" w:hAnsi="Nikosh" w:cs="Nikosh"/>
                <w:color w:val="888888"/>
              </w:rPr>
            </w:pPr>
          </w:p>
          <w:p w:rsidR="007E2FF5" w:rsidRDefault="007E2FF5" w:rsidP="00440915">
            <w:pPr>
              <w:spacing w:after="0" w:line="216" w:lineRule="auto"/>
              <w:jc w:val="center"/>
              <w:rPr>
                <w:rFonts w:ascii="Nikosh" w:hAnsi="Nikosh" w:cs="Nikosh"/>
                <w:color w:val="888888"/>
              </w:rPr>
            </w:pPr>
          </w:p>
          <w:p w:rsidR="00666CAC" w:rsidRDefault="00666CAC" w:rsidP="00440915">
            <w:pPr>
              <w:spacing w:after="0" w:line="216" w:lineRule="auto"/>
              <w:jc w:val="center"/>
              <w:rPr>
                <w:rFonts w:ascii="Nikosh" w:hAnsi="Nikosh" w:cs="Nikosh"/>
                <w:color w:val="888888"/>
              </w:rPr>
            </w:pPr>
          </w:p>
          <w:p w:rsidR="00DE247B" w:rsidRPr="00DE4D1F" w:rsidRDefault="00C1397A" w:rsidP="00440915">
            <w:pPr>
              <w:spacing w:after="0" w:line="216" w:lineRule="auto"/>
              <w:jc w:val="center"/>
              <w:rPr>
                <w:rFonts w:ascii="Nikosh" w:hAnsi="Nikosh" w:cs="Nikosh"/>
              </w:rPr>
            </w:pPr>
            <w:r w:rsidRPr="00DE4D1F">
              <w:rPr>
                <w:rFonts w:ascii="Nikosh" w:hAnsi="Nikosh" w:cs="Nikosh"/>
                <w:color w:val="888888"/>
              </w:rPr>
              <w:t>-------------------------------------------</w:t>
            </w:r>
            <w:r w:rsidRPr="00DE4D1F">
              <w:rPr>
                <w:rFonts w:ascii="Nikosh" w:hAnsi="Nikosh" w:cs="Nikosh"/>
                <w:color w:val="888888"/>
              </w:rPr>
              <w:br/>
            </w:r>
            <w:proofErr w:type="spellStart"/>
            <w:r w:rsidRPr="00DE4D1F">
              <w:rPr>
                <w:rFonts w:ascii="Nikosh" w:hAnsi="Nikosh" w:cs="Nikosh"/>
                <w:sz w:val="20"/>
              </w:rPr>
              <w:t>আবেদনকারী</w:t>
            </w:r>
            <w:proofErr w:type="spellEnd"/>
            <w:r w:rsidRPr="00DE4D1F">
              <w:rPr>
                <w:rFonts w:ascii="Nikosh" w:hAnsi="Nikosh" w:cs="Nikosh"/>
                <w:sz w:val="20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0"/>
              </w:rPr>
              <w:t>শিক্ষক</w:t>
            </w:r>
            <w:proofErr w:type="spellEnd"/>
            <w:r w:rsidRPr="00DE4D1F">
              <w:rPr>
                <w:rFonts w:ascii="Nikosh" w:hAnsi="Nikosh" w:cs="Nikosh"/>
                <w:sz w:val="20"/>
              </w:rPr>
              <w:t>/</w:t>
            </w:r>
            <w:proofErr w:type="spellStart"/>
            <w:r w:rsidRPr="00DE4D1F">
              <w:rPr>
                <w:rFonts w:ascii="Nikosh" w:hAnsi="Nikosh" w:cs="Nikosh"/>
                <w:sz w:val="20"/>
              </w:rPr>
              <w:t>কর্মচারীর</w:t>
            </w:r>
            <w:proofErr w:type="spellEnd"/>
            <w:r w:rsidRPr="00DE4D1F">
              <w:rPr>
                <w:rFonts w:ascii="Nikosh" w:hAnsi="Nikosh" w:cs="Nikosh"/>
                <w:sz w:val="20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0"/>
              </w:rPr>
              <w:t>স্বাক্ষর</w:t>
            </w:r>
            <w:proofErr w:type="spellEnd"/>
            <w:r w:rsidRPr="00DE4D1F">
              <w:rPr>
                <w:rFonts w:ascii="Nikosh" w:hAnsi="Nikosh" w:cs="Nikosh"/>
                <w:sz w:val="20"/>
              </w:rPr>
              <w:t xml:space="preserve"> ও তারিখ</w:t>
            </w:r>
          </w:p>
        </w:tc>
        <w:tc>
          <w:tcPr>
            <w:tcW w:w="6039" w:type="dxa"/>
          </w:tcPr>
          <w:p w:rsidR="00DE4D1F" w:rsidRDefault="00DE4D1F" w:rsidP="00440915">
            <w:pPr>
              <w:spacing w:after="0" w:line="216" w:lineRule="auto"/>
              <w:jc w:val="center"/>
              <w:rPr>
                <w:rFonts w:ascii="Nikosh" w:hAnsi="Nikosh" w:cs="Nikosh"/>
                <w:color w:val="888888"/>
              </w:rPr>
            </w:pPr>
          </w:p>
          <w:p w:rsidR="007E2FF5" w:rsidRDefault="007E2FF5" w:rsidP="00440915">
            <w:pPr>
              <w:spacing w:after="0" w:line="216" w:lineRule="auto"/>
              <w:jc w:val="center"/>
              <w:rPr>
                <w:rFonts w:ascii="Nikosh" w:hAnsi="Nikosh" w:cs="Nikosh"/>
                <w:color w:val="888888"/>
              </w:rPr>
            </w:pPr>
          </w:p>
          <w:p w:rsidR="00666CAC" w:rsidRDefault="00666CAC" w:rsidP="00440915">
            <w:pPr>
              <w:spacing w:after="0" w:line="216" w:lineRule="auto"/>
              <w:jc w:val="center"/>
              <w:rPr>
                <w:rFonts w:ascii="Nikosh" w:hAnsi="Nikosh" w:cs="Nikosh"/>
                <w:color w:val="888888"/>
              </w:rPr>
            </w:pPr>
          </w:p>
          <w:p w:rsidR="00DE247B" w:rsidRPr="00DE4D1F" w:rsidRDefault="00C1397A" w:rsidP="00440915">
            <w:pPr>
              <w:spacing w:after="0" w:line="216" w:lineRule="auto"/>
              <w:jc w:val="center"/>
              <w:rPr>
                <w:rFonts w:ascii="Nikosh" w:hAnsi="Nikosh" w:cs="Nikosh"/>
              </w:rPr>
            </w:pPr>
            <w:r w:rsidRPr="00DE4D1F">
              <w:rPr>
                <w:rFonts w:ascii="Nikosh" w:hAnsi="Nikosh" w:cs="Nikosh"/>
                <w:color w:val="888888"/>
              </w:rPr>
              <w:t>-------------------------------------------</w:t>
            </w:r>
            <w:r w:rsidRPr="00DE4D1F">
              <w:rPr>
                <w:rFonts w:ascii="Nikosh" w:hAnsi="Nikosh" w:cs="Nikosh"/>
                <w:color w:val="888888"/>
              </w:rPr>
              <w:br/>
            </w:r>
            <w:proofErr w:type="spellStart"/>
            <w:r w:rsidRPr="00DE4D1F">
              <w:rPr>
                <w:rFonts w:ascii="Nikosh" w:hAnsi="Nikosh" w:cs="Nikosh"/>
                <w:sz w:val="20"/>
              </w:rPr>
              <w:t>প্রতিষ্ঠান</w:t>
            </w:r>
            <w:proofErr w:type="spellEnd"/>
            <w:r w:rsidRPr="00DE4D1F">
              <w:rPr>
                <w:rFonts w:ascii="Nikosh" w:hAnsi="Nikosh" w:cs="Nikosh"/>
                <w:sz w:val="20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0"/>
              </w:rPr>
              <w:t>প্রধানের</w:t>
            </w:r>
            <w:proofErr w:type="spellEnd"/>
            <w:r w:rsidRPr="00DE4D1F">
              <w:rPr>
                <w:rFonts w:ascii="Nikosh" w:hAnsi="Nikosh" w:cs="Nikosh"/>
                <w:sz w:val="20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0"/>
              </w:rPr>
              <w:t>স্বাক্ষর</w:t>
            </w:r>
            <w:proofErr w:type="spellEnd"/>
            <w:r w:rsidRPr="00DE4D1F">
              <w:rPr>
                <w:rFonts w:ascii="Nikosh" w:hAnsi="Nikosh" w:cs="Nikosh"/>
                <w:sz w:val="20"/>
              </w:rPr>
              <w:t xml:space="preserve"> ও সিল</w:t>
            </w:r>
          </w:p>
        </w:tc>
      </w:tr>
    </w:tbl>
    <w:p w:rsidR="00C1397A" w:rsidRPr="00C76FA6" w:rsidRDefault="00C1397A">
      <w:pPr>
        <w:rPr>
          <w:rFonts w:ascii="Nikosh" w:hAnsi="Nikosh" w:cs="Nikosh"/>
        </w:rPr>
      </w:pPr>
    </w:p>
    <w:sectPr w:rsidR="00C1397A" w:rsidRPr="00C76FA6" w:rsidSect="00F569CD">
      <w:pgSz w:w="11909" w:h="16834" w:code="9"/>
      <w:pgMar w:top="720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Kalpurush">
    <w:panose1 w:val="02000600000000000000"/>
    <w:charset w:val="00"/>
    <w:family w:val="auto"/>
    <w:pitch w:val="variable"/>
    <w:sig w:usb0="0001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0894287"/>
    <w:multiLevelType w:val="hybridMultilevel"/>
    <w:tmpl w:val="E3DAD9B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6993C07"/>
    <w:multiLevelType w:val="hybridMultilevel"/>
    <w:tmpl w:val="25D4967C"/>
    <w:lvl w:ilvl="0" w:tplc="04090003">
      <w:start w:val="1"/>
      <w:numFmt w:val="bullet"/>
      <w:lvlText w:val="o"/>
      <w:lvlJc w:val="left"/>
      <w:pPr>
        <w:ind w:left="1184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9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4" w:hanging="360"/>
      </w:pPr>
      <w:rPr>
        <w:rFonts w:ascii="Wingdings" w:hAnsi="Wingdings" w:hint="default"/>
      </w:rPr>
    </w:lvl>
  </w:abstractNum>
  <w:abstractNum w:abstractNumId="11">
    <w:nsid w:val="39CC0C3D"/>
    <w:multiLevelType w:val="hybridMultilevel"/>
    <w:tmpl w:val="48C87F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470043"/>
    <w:multiLevelType w:val="hybridMultilevel"/>
    <w:tmpl w:val="84C648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48144D"/>
    <w:multiLevelType w:val="hybridMultilevel"/>
    <w:tmpl w:val="AB601B20"/>
    <w:lvl w:ilvl="0" w:tplc="0A56050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50A2E72"/>
    <w:multiLevelType w:val="hybridMultilevel"/>
    <w:tmpl w:val="146E34F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6944562"/>
    <w:multiLevelType w:val="hybridMultilevel"/>
    <w:tmpl w:val="10B8A05E"/>
    <w:lvl w:ilvl="0" w:tplc="A4EECC2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2F05C58"/>
    <w:multiLevelType w:val="hybridMultilevel"/>
    <w:tmpl w:val="C9A693D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F683800"/>
    <w:multiLevelType w:val="hybridMultilevel"/>
    <w:tmpl w:val="DE1A360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1"/>
  </w:num>
  <w:num w:numId="12">
    <w:abstractNumId w:val="12"/>
  </w:num>
  <w:num w:numId="13">
    <w:abstractNumId w:val="15"/>
  </w:num>
  <w:num w:numId="14">
    <w:abstractNumId w:val="13"/>
  </w:num>
  <w:num w:numId="15">
    <w:abstractNumId w:val="17"/>
  </w:num>
  <w:num w:numId="16">
    <w:abstractNumId w:val="16"/>
  </w:num>
  <w:num w:numId="17">
    <w:abstractNumId w:val="14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85D11"/>
    <w:rsid w:val="0015074B"/>
    <w:rsid w:val="0029639D"/>
    <w:rsid w:val="002A2FEE"/>
    <w:rsid w:val="00326F90"/>
    <w:rsid w:val="00382C0A"/>
    <w:rsid w:val="003E2391"/>
    <w:rsid w:val="00440915"/>
    <w:rsid w:val="005F4B72"/>
    <w:rsid w:val="00617432"/>
    <w:rsid w:val="00666CAC"/>
    <w:rsid w:val="00757BCA"/>
    <w:rsid w:val="007E2FF5"/>
    <w:rsid w:val="00885042"/>
    <w:rsid w:val="008D7B45"/>
    <w:rsid w:val="009003BA"/>
    <w:rsid w:val="00915F2F"/>
    <w:rsid w:val="009F77E9"/>
    <w:rsid w:val="00A3343D"/>
    <w:rsid w:val="00A46E69"/>
    <w:rsid w:val="00AA1D8D"/>
    <w:rsid w:val="00AC6FF6"/>
    <w:rsid w:val="00AE5A14"/>
    <w:rsid w:val="00B47730"/>
    <w:rsid w:val="00C1397A"/>
    <w:rsid w:val="00C76FA6"/>
    <w:rsid w:val="00CA5DE8"/>
    <w:rsid w:val="00CB0664"/>
    <w:rsid w:val="00CB5160"/>
    <w:rsid w:val="00CE54C0"/>
    <w:rsid w:val="00D36978"/>
    <w:rsid w:val="00D502D1"/>
    <w:rsid w:val="00DB5475"/>
    <w:rsid w:val="00DE247B"/>
    <w:rsid w:val="00DE4D1F"/>
    <w:rsid w:val="00E90338"/>
    <w:rsid w:val="00E9182A"/>
    <w:rsid w:val="00EB6878"/>
    <w:rsid w:val="00EE3C56"/>
    <w:rsid w:val="00F569CD"/>
    <w:rsid w:val="00FA425B"/>
    <w:rsid w:val="00FC693F"/>
    <w:rsid w:val="00FE0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CFD5C037-9A43-4728-B7EE-25C8FC719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2391"/>
    <w:rPr>
      <w:rFonts w:ascii="Kalpurush" w:hAnsi="Kalpurush"/>
      <w:color w:val="2222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382C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2C0A"/>
    <w:rPr>
      <w:rFonts w:ascii="Segoe UI" w:hAnsi="Segoe UI" w:cs="Segoe UI"/>
      <w:color w:val="22222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F210561-4EEC-4BF2-812E-EBBCE206B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2068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HP</cp:lastModifiedBy>
  <cp:revision>34</cp:revision>
  <cp:lastPrinted>2026-09-23T10:01:00Z</cp:lastPrinted>
  <dcterms:created xsi:type="dcterms:W3CDTF">2026-09-22T06:36:00Z</dcterms:created>
  <dcterms:modified xsi:type="dcterms:W3CDTF">2026-09-24T09:16:00Z</dcterms:modified>
  <cp:category/>
</cp:coreProperties>
</file>