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5"/>
      </w:tblGrid>
      <w:tr w:rsidR="00DE247B" w:rsidRPr="00C76FA6" w:rsidTr="00DE4D1F">
        <w:trPr>
          <w:trHeight w:val="621"/>
          <w:jc w:val="center"/>
        </w:trPr>
        <w:tc>
          <w:tcPr>
            <w:tcW w:w="9936" w:type="dxa"/>
            <w:shd w:val="clear" w:color="auto" w:fill="003366"/>
            <w:tcMar>
              <w:top w:w="180" w:type="dxa"/>
              <w:left w:w="200" w:type="dxa"/>
              <w:bottom w:w="180" w:type="dxa"/>
              <w:right w:w="200" w:type="dxa"/>
            </w:tcMar>
          </w:tcPr>
          <w:p w:rsidR="00DE247B" w:rsidRPr="00C76FA6" w:rsidRDefault="00C1397A" w:rsidP="00C76FA6">
            <w:pPr>
              <w:spacing w:before="80" w:after="40"/>
              <w:jc w:val="center"/>
              <w:rPr>
                <w:rFonts w:ascii="Nikosh" w:hAnsi="Nikosh" w:cs="Nikosh"/>
              </w:rPr>
            </w:pPr>
            <w:proofErr w:type="spellStart"/>
            <w:r w:rsidRPr="00C76FA6">
              <w:rPr>
                <w:rFonts w:ascii="Nikosh" w:hAnsi="Nikosh" w:cs="Nikosh"/>
                <w:b/>
                <w:color w:val="FFFFFF"/>
                <w:sz w:val="32"/>
              </w:rPr>
              <w:t>বেসরকারি</w:t>
            </w:r>
            <w:proofErr w:type="spellEnd"/>
            <w:r w:rsidRPr="00C76FA6">
              <w:rPr>
                <w:rFonts w:ascii="Nikosh" w:hAnsi="Nikosh" w:cs="Nikosh"/>
                <w:b/>
                <w:color w:val="FFFFFF"/>
                <w:sz w:val="32"/>
              </w:rPr>
              <w:t xml:space="preserve"> </w:t>
            </w:r>
            <w:proofErr w:type="spellStart"/>
            <w:r w:rsidRPr="00C76FA6">
              <w:rPr>
                <w:rFonts w:ascii="Nikosh" w:hAnsi="Nikosh" w:cs="Nikosh"/>
                <w:b/>
                <w:color w:val="FFFFFF"/>
                <w:sz w:val="32"/>
              </w:rPr>
              <w:t>শিক্ষা</w:t>
            </w:r>
            <w:proofErr w:type="spellEnd"/>
            <w:r w:rsidRPr="00C76FA6">
              <w:rPr>
                <w:rFonts w:ascii="Nikosh" w:hAnsi="Nikosh" w:cs="Nikosh"/>
                <w:b/>
                <w:color w:val="FFFFFF"/>
                <w:sz w:val="32"/>
              </w:rPr>
              <w:t xml:space="preserve"> </w:t>
            </w:r>
            <w:proofErr w:type="spellStart"/>
            <w:r w:rsidRPr="00C76FA6">
              <w:rPr>
                <w:rFonts w:ascii="Nikosh" w:hAnsi="Nikosh" w:cs="Nikosh"/>
                <w:b/>
                <w:color w:val="FFFFFF"/>
                <w:sz w:val="32"/>
              </w:rPr>
              <w:t>প্রতিষ্ঠানের</w:t>
            </w:r>
            <w:proofErr w:type="spellEnd"/>
            <w:r w:rsidRPr="00C76FA6">
              <w:rPr>
                <w:rFonts w:ascii="Nikosh" w:hAnsi="Nikosh" w:cs="Nikosh"/>
                <w:b/>
                <w:color w:val="FFFFFF"/>
                <w:sz w:val="32"/>
              </w:rPr>
              <w:t xml:space="preserve"> </w:t>
            </w:r>
            <w:proofErr w:type="spellStart"/>
            <w:r w:rsidRPr="00C76FA6">
              <w:rPr>
                <w:rFonts w:ascii="Nikosh" w:hAnsi="Nikosh" w:cs="Nikosh"/>
                <w:b/>
                <w:color w:val="FFFFFF"/>
                <w:sz w:val="32"/>
              </w:rPr>
              <w:t>শিক্ষক-কর্মচারীদের</w:t>
            </w:r>
            <w:proofErr w:type="spellEnd"/>
            <w:r w:rsidRPr="00C76FA6">
              <w:rPr>
                <w:rFonts w:ascii="Nikosh" w:hAnsi="Nikosh" w:cs="Nikosh"/>
                <w:b/>
                <w:color w:val="FFFFFF"/>
                <w:sz w:val="32"/>
              </w:rPr>
              <w:t xml:space="preserve"> আর্থিক অনুদান</w:t>
            </w:r>
          </w:p>
        </w:tc>
      </w:tr>
    </w:tbl>
    <w:p w:rsidR="00DE247B" w:rsidRPr="00DE4D1F" w:rsidRDefault="00C1397A">
      <w:pPr>
        <w:spacing w:before="120" w:after="240"/>
        <w:jc w:val="right"/>
        <w:rPr>
          <w:rFonts w:ascii="Nikosh" w:hAnsi="Nikosh" w:cs="Nikosh"/>
        </w:rPr>
      </w:pPr>
      <w:r w:rsidRPr="00DE4D1F">
        <w:rPr>
          <w:rFonts w:ascii="Nikosh" w:hAnsi="Nikosh" w:cs="Nikosh"/>
          <w:color w:val="C00000"/>
          <w:sz w:val="19"/>
        </w:rPr>
        <w:t>(</w:t>
      </w:r>
      <w:proofErr w:type="spellStart"/>
      <w:r w:rsidRPr="00DE4D1F">
        <w:rPr>
          <w:rFonts w:ascii="Nikosh" w:hAnsi="Nikosh" w:cs="Nikosh"/>
          <w:color w:val="C00000"/>
          <w:sz w:val="19"/>
        </w:rPr>
        <w:t>বি.দ্র</w:t>
      </w:r>
      <w:proofErr w:type="spellEnd"/>
      <w:r w:rsidRPr="00DE4D1F">
        <w:rPr>
          <w:rFonts w:ascii="Nikosh" w:hAnsi="Nikosh" w:cs="Nikosh"/>
          <w:color w:val="C00000"/>
          <w:sz w:val="19"/>
        </w:rPr>
        <w:t>. তারকা * চিহ্নিত ঘরসমূহ অবশ্যই পূরণ করতে হবে)</w:t>
      </w:r>
    </w:p>
    <w:tbl>
      <w:tblPr>
        <w:tblW w:w="9758" w:type="dxa"/>
        <w:jc w:val="center"/>
        <w:tblLook w:val="04A0" w:firstRow="1" w:lastRow="0" w:firstColumn="1" w:lastColumn="0" w:noHBand="0" w:noVBand="1"/>
      </w:tblPr>
      <w:tblGrid>
        <w:gridCol w:w="145"/>
        <w:gridCol w:w="3598"/>
        <w:gridCol w:w="12"/>
        <w:gridCol w:w="798"/>
        <w:gridCol w:w="5205"/>
      </w:tblGrid>
      <w:tr w:rsidR="00085D11" w:rsidRPr="00DE4D1F" w:rsidTr="00487CB8">
        <w:trPr>
          <w:gridBefore w:val="1"/>
          <w:wBefore w:w="145" w:type="dxa"/>
          <w:trHeight w:val="340"/>
          <w:jc w:val="center"/>
        </w:trPr>
        <w:tc>
          <w:tcPr>
            <w:tcW w:w="9613" w:type="dxa"/>
            <w:gridSpan w:val="4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085D11" w:rsidRPr="00DE4D1F" w:rsidRDefault="00085D11" w:rsidP="00085D11">
            <w:pPr>
              <w:spacing w:after="0" w:line="216" w:lineRule="auto"/>
              <w:jc w:val="center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color w:val="003366"/>
                <w:sz w:val="24"/>
              </w:rPr>
              <w:t>প্রতিষ্ঠান</w:t>
            </w:r>
            <w:proofErr w:type="spellEnd"/>
            <w:r w:rsidRPr="00DE4D1F">
              <w:rPr>
                <w:rFonts w:ascii="Nikosh" w:hAnsi="Nikosh" w:cs="Nikosh"/>
                <w:color w:val="003366"/>
                <w:sz w:val="24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color w:val="003366"/>
                <w:sz w:val="24"/>
              </w:rPr>
              <w:t>সংক্রান্ত</w:t>
            </w:r>
            <w:proofErr w:type="spellEnd"/>
            <w:r w:rsidRPr="00DE4D1F">
              <w:rPr>
                <w:rFonts w:ascii="Nikosh" w:hAnsi="Nikosh" w:cs="Nikosh"/>
                <w:color w:val="003366"/>
                <w:sz w:val="24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color w:val="003366"/>
                <w:sz w:val="24"/>
              </w:rPr>
              <w:t>তথ্য</w:t>
            </w:r>
            <w:proofErr w:type="spellEnd"/>
          </w:p>
        </w:tc>
      </w:tr>
      <w:tr w:rsidR="00DE4D1F" w:rsidRPr="00DE4D1F" w:rsidTr="00487CB8">
        <w:trPr>
          <w:gridBefore w:val="1"/>
          <w:wBefore w:w="145" w:type="dxa"/>
          <w:trHeight w:val="340"/>
          <w:jc w:val="center"/>
        </w:trPr>
        <w:tc>
          <w:tcPr>
            <w:tcW w:w="359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4D1F" w:rsidRPr="00DE4D1F" w:rsidRDefault="00DE4D1F" w:rsidP="00DE4D1F">
            <w:pPr>
              <w:spacing w:after="0" w:line="216" w:lineRule="auto"/>
              <w:rPr>
                <w:rFonts w:ascii="Nikosh" w:hAnsi="Nikosh" w:cs="Nikosh"/>
                <w:sz w:val="21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প্রধানের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মোবাইল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নম্বর</w:t>
            </w:r>
            <w:proofErr w:type="spellEnd"/>
            <w:r w:rsidRPr="00DE4D1F">
              <w:rPr>
                <w:rFonts w:ascii="Nikosh" w:hAnsi="Nikosh" w:cs="Nikosh"/>
                <w:color w:val="C00000"/>
              </w:rPr>
              <w:t xml:space="preserve"> *</w:t>
            </w:r>
          </w:p>
        </w:tc>
        <w:tc>
          <w:tcPr>
            <w:tcW w:w="6015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tbl>
            <w:tblPr>
              <w:tblStyle w:val="TableGrid"/>
              <w:tblW w:w="0" w:type="auto"/>
              <w:tblInd w:w="145" w:type="dxa"/>
              <w:tblLook w:val="04A0" w:firstRow="1" w:lastRow="0" w:firstColumn="1" w:lastColumn="0" w:noHBand="0" w:noVBand="1"/>
            </w:tblPr>
            <w:tblGrid>
              <w:gridCol w:w="389"/>
              <w:gridCol w:w="349"/>
              <w:gridCol w:w="342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3E5F78" w:rsidTr="00953BF0">
              <w:tc>
                <w:tcPr>
                  <w:tcW w:w="389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  <w:r>
                    <w:rPr>
                      <w:rFonts w:ascii="Nikosh" w:hAnsi="Nikosh" w:cs="Nikosh"/>
                    </w:rPr>
                    <w:t>0</w:t>
                  </w:r>
                </w:p>
              </w:tc>
              <w:tc>
                <w:tcPr>
                  <w:tcW w:w="349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  <w:r>
                    <w:rPr>
                      <w:rFonts w:ascii="Nikosh" w:hAnsi="Nikosh" w:cs="Nikosh"/>
                    </w:rPr>
                    <w:t>1</w:t>
                  </w:r>
                </w:p>
              </w:tc>
              <w:tc>
                <w:tcPr>
                  <w:tcW w:w="342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</w:tr>
          </w:tbl>
          <w:p w:rsidR="00DE4D1F" w:rsidRPr="00DE4D1F" w:rsidRDefault="00DE4D1F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487CB8">
        <w:trPr>
          <w:gridBefore w:val="1"/>
          <w:wBefore w:w="145" w:type="dxa"/>
          <w:trHeight w:val="277"/>
          <w:jc w:val="center"/>
        </w:trPr>
        <w:tc>
          <w:tcPr>
            <w:tcW w:w="359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EIIN</w:t>
            </w:r>
            <w:r w:rsidRPr="00DE4D1F">
              <w:rPr>
                <w:rFonts w:ascii="Nikosh" w:hAnsi="Nikosh" w:cs="Nikosh"/>
                <w:color w:val="C00000"/>
              </w:rPr>
              <w:t xml:space="preserve"> *</w:t>
            </w:r>
          </w:p>
        </w:tc>
        <w:tc>
          <w:tcPr>
            <w:tcW w:w="6015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487CB8">
        <w:trPr>
          <w:gridBefore w:val="1"/>
          <w:wBefore w:w="145" w:type="dxa"/>
          <w:jc w:val="center"/>
        </w:trPr>
        <w:tc>
          <w:tcPr>
            <w:tcW w:w="359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নাম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(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বাংলা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>)</w:t>
            </w:r>
          </w:p>
        </w:tc>
        <w:tc>
          <w:tcPr>
            <w:tcW w:w="6015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487CB8">
        <w:trPr>
          <w:gridBefore w:val="1"/>
          <w:wBefore w:w="145" w:type="dxa"/>
          <w:jc w:val="center"/>
        </w:trPr>
        <w:tc>
          <w:tcPr>
            <w:tcW w:w="359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sz w:val="21"/>
              </w:rPr>
              <w:t>শিক্ষা প্রতিষ্ঠানের নাম (ইংরেজি)</w:t>
            </w:r>
          </w:p>
        </w:tc>
        <w:tc>
          <w:tcPr>
            <w:tcW w:w="6015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487CB8">
        <w:trPr>
          <w:gridBefore w:val="1"/>
          <w:wBefore w:w="145" w:type="dxa"/>
          <w:jc w:val="center"/>
        </w:trPr>
        <w:tc>
          <w:tcPr>
            <w:tcW w:w="359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sz w:val="21"/>
              </w:rPr>
              <w:t>শিক্ষা প্রতিষ্ঠানের স্তর</w:t>
            </w:r>
          </w:p>
        </w:tc>
        <w:tc>
          <w:tcPr>
            <w:tcW w:w="6015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3E5F78" w:rsidRPr="005F4B72" w:rsidRDefault="003E5F78" w:rsidP="003E5F78">
            <w:pPr>
              <w:pStyle w:val="ListParagraph"/>
              <w:numPr>
                <w:ilvl w:val="0"/>
                <w:numId w:val="10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5F4B72">
              <w:rPr>
                <w:rFonts w:ascii="Nikosh" w:hAnsi="Nikosh" w:cs="Nikosh"/>
              </w:rPr>
              <w:t>নিম্ন</w:t>
            </w:r>
            <w:proofErr w:type="spellEnd"/>
            <w:r w:rsidRPr="005F4B72">
              <w:rPr>
                <w:rFonts w:ascii="Nikosh" w:hAnsi="Nikosh" w:cs="Nikosh"/>
              </w:rPr>
              <w:t xml:space="preserve"> </w:t>
            </w:r>
            <w:proofErr w:type="spellStart"/>
            <w:r w:rsidRPr="005F4B72">
              <w:rPr>
                <w:rFonts w:ascii="Nikosh" w:hAnsi="Nikosh" w:cs="Nikosh"/>
              </w:rPr>
              <w:t>মাধ্যমিক</w:t>
            </w:r>
            <w:proofErr w:type="spellEnd"/>
          </w:p>
          <w:p w:rsidR="003E5F78" w:rsidRPr="005F4B72" w:rsidRDefault="003E5F78" w:rsidP="003E5F78">
            <w:pPr>
              <w:pStyle w:val="ListParagraph"/>
              <w:numPr>
                <w:ilvl w:val="0"/>
                <w:numId w:val="10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5F4B72">
              <w:rPr>
                <w:rFonts w:ascii="Nikosh" w:hAnsi="Nikosh" w:cs="Nikosh"/>
              </w:rPr>
              <w:t>মাধ্যমিক</w:t>
            </w:r>
            <w:proofErr w:type="spellEnd"/>
            <w:r w:rsidRPr="005F4B72">
              <w:rPr>
                <w:rFonts w:ascii="Nikosh" w:hAnsi="Nikosh" w:cs="Nikosh"/>
              </w:rPr>
              <w:t xml:space="preserve"> </w:t>
            </w:r>
          </w:p>
          <w:p w:rsidR="003E5F78" w:rsidRDefault="003E5F78" w:rsidP="003E5F78">
            <w:pPr>
              <w:pStyle w:val="ListParagraph"/>
              <w:numPr>
                <w:ilvl w:val="0"/>
                <w:numId w:val="10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5F4B72">
              <w:rPr>
                <w:rFonts w:ascii="Nikosh" w:hAnsi="Nikosh" w:cs="Nikosh"/>
              </w:rPr>
              <w:t>উচ্চ</w:t>
            </w:r>
            <w:proofErr w:type="spellEnd"/>
            <w:r w:rsidRPr="005F4B72">
              <w:rPr>
                <w:rFonts w:ascii="Nikosh" w:hAnsi="Nikosh" w:cs="Nikosh"/>
              </w:rPr>
              <w:t xml:space="preserve"> </w:t>
            </w:r>
            <w:proofErr w:type="spellStart"/>
            <w:r w:rsidRPr="005F4B72">
              <w:rPr>
                <w:rFonts w:ascii="Nikosh" w:hAnsi="Nikosh" w:cs="Nikosh"/>
              </w:rPr>
              <w:t>মাধ্যমিক</w:t>
            </w:r>
            <w:proofErr w:type="spellEnd"/>
          </w:p>
          <w:p w:rsidR="007B2222" w:rsidRPr="005F4B72" w:rsidRDefault="007B2222" w:rsidP="003E5F78">
            <w:pPr>
              <w:pStyle w:val="ListParagraph"/>
              <w:numPr>
                <w:ilvl w:val="0"/>
                <w:numId w:val="10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ডিগ্রী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পাশ</w:t>
            </w:r>
            <w:proofErr w:type="spellEnd"/>
            <w:r>
              <w:rPr>
                <w:rFonts w:ascii="Nikosh" w:hAnsi="Nikosh" w:cs="Nikosh"/>
              </w:rPr>
              <w:t>)</w:t>
            </w:r>
          </w:p>
          <w:p w:rsidR="00DE247B" w:rsidRPr="003E5F78" w:rsidRDefault="003E5F78" w:rsidP="003E5F78">
            <w:pPr>
              <w:pStyle w:val="ListParagraph"/>
              <w:numPr>
                <w:ilvl w:val="0"/>
                <w:numId w:val="10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3E5F78">
              <w:rPr>
                <w:rFonts w:ascii="Nikosh" w:hAnsi="Nikosh" w:cs="Nikosh"/>
              </w:rPr>
              <w:t>স্নাতক</w:t>
            </w:r>
            <w:proofErr w:type="spellEnd"/>
            <w:r w:rsidRPr="003E5F78">
              <w:rPr>
                <w:rFonts w:ascii="Nikosh" w:hAnsi="Nikosh" w:cs="Nikosh"/>
              </w:rPr>
              <w:t xml:space="preserve"> ও </w:t>
            </w:r>
            <w:proofErr w:type="spellStart"/>
            <w:r w:rsidRPr="003E5F78">
              <w:rPr>
                <w:rFonts w:ascii="Nikosh" w:hAnsi="Nikosh" w:cs="Nikosh"/>
              </w:rPr>
              <w:t>স্নাতকোত্তর</w:t>
            </w:r>
            <w:proofErr w:type="spellEnd"/>
            <w:r w:rsidRPr="003E5F78">
              <w:rPr>
                <w:rFonts w:ascii="Nikosh" w:hAnsi="Nikosh" w:cs="Nikosh"/>
              </w:rPr>
              <w:t xml:space="preserve">  </w:t>
            </w:r>
          </w:p>
        </w:tc>
      </w:tr>
      <w:tr w:rsidR="00DE247B" w:rsidRPr="00DE4D1F" w:rsidTr="00487CB8">
        <w:trPr>
          <w:gridBefore w:val="1"/>
          <w:wBefore w:w="145" w:type="dxa"/>
          <w:jc w:val="center"/>
        </w:trPr>
        <w:tc>
          <w:tcPr>
            <w:tcW w:w="359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sz w:val="21"/>
              </w:rPr>
              <w:t>শিক্ষা প্রতিষ্ঠানের বিভাগ</w:t>
            </w:r>
          </w:p>
        </w:tc>
        <w:tc>
          <w:tcPr>
            <w:tcW w:w="6015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487CB8">
        <w:trPr>
          <w:gridBefore w:val="1"/>
          <w:wBefore w:w="145" w:type="dxa"/>
          <w:jc w:val="center"/>
        </w:trPr>
        <w:tc>
          <w:tcPr>
            <w:tcW w:w="359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sz w:val="21"/>
              </w:rPr>
              <w:t>শিক্ষা প্রতিষ্ঠানের জেলা</w:t>
            </w:r>
          </w:p>
        </w:tc>
        <w:tc>
          <w:tcPr>
            <w:tcW w:w="6015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487CB8">
        <w:trPr>
          <w:gridBefore w:val="1"/>
          <w:wBefore w:w="145" w:type="dxa"/>
          <w:jc w:val="center"/>
        </w:trPr>
        <w:tc>
          <w:tcPr>
            <w:tcW w:w="359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উপজেলা</w:t>
            </w:r>
            <w:proofErr w:type="spellEnd"/>
            <w:r w:rsidR="003E5F78">
              <w:rPr>
                <w:rFonts w:ascii="Nikosh" w:hAnsi="Nikosh" w:cs="Nikosh"/>
                <w:sz w:val="21"/>
              </w:rPr>
              <w:t>/</w:t>
            </w:r>
            <w:proofErr w:type="spellStart"/>
            <w:r w:rsidR="003E5F78">
              <w:rPr>
                <w:rFonts w:ascii="Nikosh" w:hAnsi="Nikosh" w:cs="Nikosh"/>
                <w:sz w:val="21"/>
              </w:rPr>
              <w:t>থানা</w:t>
            </w:r>
            <w:proofErr w:type="spellEnd"/>
          </w:p>
        </w:tc>
        <w:tc>
          <w:tcPr>
            <w:tcW w:w="6015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085D11" w:rsidRPr="00DE4D1F" w:rsidTr="00487CB8">
        <w:trPr>
          <w:gridBefore w:val="1"/>
          <w:wBefore w:w="145" w:type="dxa"/>
          <w:jc w:val="center"/>
        </w:trPr>
        <w:tc>
          <w:tcPr>
            <w:tcW w:w="9613" w:type="dxa"/>
            <w:gridSpan w:val="4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085D11" w:rsidRPr="00DE4D1F" w:rsidRDefault="00085D11" w:rsidP="00085D11">
            <w:pPr>
              <w:spacing w:after="0" w:line="216" w:lineRule="auto"/>
              <w:jc w:val="center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color w:val="003366"/>
                <w:sz w:val="24"/>
              </w:rPr>
              <w:t>শিক্ষক</w:t>
            </w:r>
            <w:proofErr w:type="spellEnd"/>
            <w:r w:rsidRPr="00DE4D1F">
              <w:rPr>
                <w:rFonts w:ascii="Nikosh" w:hAnsi="Nikosh" w:cs="Nikosh"/>
                <w:color w:val="003366"/>
                <w:sz w:val="24"/>
              </w:rPr>
              <w:t>/</w:t>
            </w:r>
            <w:proofErr w:type="spellStart"/>
            <w:r w:rsidRPr="00DE4D1F">
              <w:rPr>
                <w:rFonts w:ascii="Nikosh" w:hAnsi="Nikosh" w:cs="Nikosh"/>
                <w:color w:val="003366"/>
                <w:sz w:val="24"/>
              </w:rPr>
              <w:t>কর্মচারীর</w:t>
            </w:r>
            <w:proofErr w:type="spellEnd"/>
            <w:r w:rsidRPr="00DE4D1F">
              <w:rPr>
                <w:rFonts w:ascii="Nikosh" w:hAnsi="Nikosh" w:cs="Nikosh"/>
                <w:color w:val="003366"/>
                <w:sz w:val="24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color w:val="003366"/>
                <w:sz w:val="24"/>
              </w:rPr>
              <w:t>ব্যক্তিগত</w:t>
            </w:r>
            <w:proofErr w:type="spellEnd"/>
            <w:r w:rsidRPr="00DE4D1F">
              <w:rPr>
                <w:rFonts w:ascii="Nikosh" w:hAnsi="Nikosh" w:cs="Nikosh"/>
                <w:color w:val="003366"/>
                <w:sz w:val="24"/>
              </w:rPr>
              <w:t xml:space="preserve"> ও </w:t>
            </w:r>
            <w:proofErr w:type="spellStart"/>
            <w:r w:rsidRPr="00DE4D1F">
              <w:rPr>
                <w:rFonts w:ascii="Nikosh" w:hAnsi="Nikosh" w:cs="Nikosh"/>
                <w:color w:val="003366"/>
                <w:sz w:val="24"/>
              </w:rPr>
              <w:t>চাকরির</w:t>
            </w:r>
            <w:proofErr w:type="spellEnd"/>
            <w:r w:rsidRPr="00DE4D1F">
              <w:rPr>
                <w:rFonts w:ascii="Nikosh" w:hAnsi="Nikosh" w:cs="Nikosh"/>
                <w:color w:val="003366"/>
                <w:sz w:val="24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color w:val="003366"/>
                <w:sz w:val="24"/>
              </w:rPr>
              <w:t>তথ্য</w:t>
            </w:r>
            <w:proofErr w:type="spellEnd"/>
          </w:p>
        </w:tc>
      </w:tr>
      <w:tr w:rsidR="00DE4D1F" w:rsidRPr="00DE4D1F" w:rsidTr="00487CB8">
        <w:trPr>
          <w:gridBefore w:val="1"/>
          <w:wBefore w:w="145" w:type="dxa"/>
          <w:jc w:val="center"/>
        </w:trPr>
        <w:tc>
          <w:tcPr>
            <w:tcW w:w="361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শিক্ষক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>/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কর্মচারীর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নাম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(</w:t>
            </w:r>
            <w:proofErr w:type="spellStart"/>
            <w:r w:rsidR="00DE4D1F">
              <w:rPr>
                <w:rFonts w:ascii="Nikosh" w:hAnsi="Nikosh" w:cs="Nikosh"/>
                <w:sz w:val="21"/>
              </w:rPr>
              <w:t>বাংলায়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>)</w:t>
            </w:r>
            <w:r w:rsidRPr="00DE4D1F">
              <w:rPr>
                <w:rFonts w:ascii="Nikosh" w:hAnsi="Nikosh" w:cs="Nikosh"/>
                <w:color w:val="C00000"/>
              </w:rPr>
              <w:t xml:space="preserve"> *</w:t>
            </w:r>
          </w:p>
        </w:tc>
        <w:tc>
          <w:tcPr>
            <w:tcW w:w="6003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487CB8">
        <w:trPr>
          <w:gridBefore w:val="1"/>
          <w:wBefore w:w="145" w:type="dxa"/>
          <w:trHeight w:val="349"/>
          <w:jc w:val="center"/>
        </w:trPr>
        <w:tc>
          <w:tcPr>
            <w:tcW w:w="361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শিক্ষক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>/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কর্মচারীর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নাম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(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ইংরেজি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>)</w:t>
            </w:r>
            <w:r w:rsidRPr="00DE4D1F">
              <w:rPr>
                <w:rFonts w:ascii="Nikosh" w:hAnsi="Nikosh" w:cs="Nikosh"/>
                <w:color w:val="C00000"/>
              </w:rPr>
              <w:t xml:space="preserve"> *</w:t>
            </w:r>
          </w:p>
        </w:tc>
        <w:tc>
          <w:tcPr>
            <w:tcW w:w="6003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487CB8">
        <w:trPr>
          <w:gridBefore w:val="1"/>
          <w:wBefore w:w="145" w:type="dxa"/>
          <w:trHeight w:val="241"/>
          <w:jc w:val="center"/>
        </w:trPr>
        <w:tc>
          <w:tcPr>
            <w:tcW w:w="361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শিক্ষক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>/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কর্মচারীর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পদবী</w:t>
            </w:r>
            <w:proofErr w:type="spellEnd"/>
          </w:p>
        </w:tc>
        <w:tc>
          <w:tcPr>
            <w:tcW w:w="6003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487CB8">
        <w:trPr>
          <w:gridBefore w:val="1"/>
          <w:wBefore w:w="145" w:type="dxa"/>
          <w:jc w:val="center"/>
        </w:trPr>
        <w:tc>
          <w:tcPr>
            <w:tcW w:w="361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শিক্ষক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>/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কর্মচারীর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ইনডেক্স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নম্বর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(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প্রযোজ্য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ক্ষেত্রে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>)</w:t>
            </w:r>
          </w:p>
        </w:tc>
        <w:tc>
          <w:tcPr>
            <w:tcW w:w="6003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487CB8">
        <w:trPr>
          <w:gridBefore w:val="1"/>
          <w:wBefore w:w="145" w:type="dxa"/>
          <w:jc w:val="center"/>
        </w:trPr>
        <w:tc>
          <w:tcPr>
            <w:tcW w:w="361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3E5F78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যোগদানের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তারিখ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>)</w:t>
            </w:r>
            <w:r w:rsidRPr="00DE4D1F">
              <w:rPr>
                <w:rFonts w:ascii="Nikosh" w:hAnsi="Nikosh" w:cs="Nikosh"/>
                <w:color w:val="C00000"/>
              </w:rPr>
              <w:t xml:space="preserve"> *</w:t>
            </w:r>
          </w:p>
        </w:tc>
        <w:tc>
          <w:tcPr>
            <w:tcW w:w="6003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3E5F78" w:rsidP="00DE4D1F">
            <w:pPr>
              <w:spacing w:after="0" w:line="216" w:lineRule="auto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sz w:val="21"/>
              </w:rPr>
              <w:t>(DD/MM/YYYY</w:t>
            </w:r>
          </w:p>
        </w:tc>
      </w:tr>
      <w:tr w:rsidR="00DE4D1F" w:rsidRPr="00DE4D1F" w:rsidTr="00487CB8">
        <w:trPr>
          <w:gridBefore w:val="1"/>
          <w:wBefore w:w="145" w:type="dxa"/>
          <w:jc w:val="center"/>
        </w:trPr>
        <w:tc>
          <w:tcPr>
            <w:tcW w:w="361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3E5F78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জন্ম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তারিখ</w:t>
            </w:r>
            <w:proofErr w:type="spellEnd"/>
            <w:r w:rsidR="003E5F78">
              <w:rPr>
                <w:rFonts w:ascii="Nikosh" w:hAnsi="Nikosh" w:cs="Nikosh"/>
                <w:sz w:val="21"/>
              </w:rPr>
              <w:t xml:space="preserve"> </w:t>
            </w:r>
            <w:r w:rsidRPr="00DE4D1F">
              <w:rPr>
                <w:rFonts w:ascii="Nikosh" w:hAnsi="Nikosh" w:cs="Nikosh"/>
                <w:color w:val="C00000"/>
              </w:rPr>
              <w:t>*</w:t>
            </w:r>
          </w:p>
        </w:tc>
        <w:tc>
          <w:tcPr>
            <w:tcW w:w="6003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3E5F78" w:rsidP="00DE4D1F">
            <w:pPr>
              <w:spacing w:after="0" w:line="216" w:lineRule="auto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sz w:val="21"/>
              </w:rPr>
              <w:t>(DD/MM/YYYY</w:t>
            </w:r>
          </w:p>
        </w:tc>
      </w:tr>
      <w:tr w:rsidR="00DE4D1F" w:rsidRPr="00DE4D1F" w:rsidTr="00487CB8">
        <w:trPr>
          <w:gridBefore w:val="1"/>
          <w:wBefore w:w="145" w:type="dxa"/>
          <w:trHeight w:val="268"/>
          <w:jc w:val="center"/>
        </w:trPr>
        <w:tc>
          <w:tcPr>
            <w:tcW w:w="361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3E5F78">
            <w:pPr>
              <w:spacing w:after="0" w:line="216" w:lineRule="auto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sz w:val="21"/>
              </w:rPr>
              <w:t>ই-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মেইল</w:t>
            </w:r>
            <w:proofErr w:type="spellEnd"/>
            <w:r w:rsidR="003E5F78">
              <w:rPr>
                <w:rFonts w:ascii="Nikosh" w:hAnsi="Nikosh" w:cs="Nikosh"/>
                <w:sz w:val="21"/>
              </w:rPr>
              <w:t xml:space="preserve"> </w:t>
            </w:r>
          </w:p>
        </w:tc>
        <w:tc>
          <w:tcPr>
            <w:tcW w:w="6003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3E5F78" w:rsidP="00DE4D1F">
            <w:pPr>
              <w:spacing w:after="0" w:line="216" w:lineRule="auto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sz w:val="21"/>
              </w:rPr>
              <w:t>abc@gmail.com)</w:t>
            </w:r>
          </w:p>
        </w:tc>
      </w:tr>
      <w:tr w:rsidR="00DE4D1F" w:rsidRPr="00DE4D1F" w:rsidTr="00487CB8">
        <w:trPr>
          <w:gridBefore w:val="1"/>
          <w:wBefore w:w="145" w:type="dxa"/>
          <w:trHeight w:val="169"/>
          <w:jc w:val="center"/>
        </w:trPr>
        <w:tc>
          <w:tcPr>
            <w:tcW w:w="361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আবেদনকারীর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বর্তমান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ঠিকানা</w:t>
            </w:r>
            <w:proofErr w:type="spellEnd"/>
            <w:r w:rsidRPr="00DE4D1F">
              <w:rPr>
                <w:rFonts w:ascii="Nikosh" w:hAnsi="Nikosh" w:cs="Nikosh"/>
                <w:color w:val="C00000"/>
              </w:rPr>
              <w:t xml:space="preserve"> *</w:t>
            </w:r>
          </w:p>
        </w:tc>
        <w:tc>
          <w:tcPr>
            <w:tcW w:w="6003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487CB8" w:rsidRPr="00DE4D1F" w:rsidTr="00487CB8">
        <w:trPr>
          <w:gridBefore w:val="1"/>
          <w:wBefore w:w="145" w:type="dxa"/>
          <w:trHeight w:val="169"/>
          <w:jc w:val="center"/>
        </w:trPr>
        <w:tc>
          <w:tcPr>
            <w:tcW w:w="361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487CB8" w:rsidRPr="00DE4D1F" w:rsidRDefault="00487CB8" w:rsidP="00DE4D1F">
            <w:pPr>
              <w:spacing w:after="0" w:line="216" w:lineRule="auto"/>
              <w:rPr>
                <w:rFonts w:ascii="Nikosh" w:hAnsi="Nikosh" w:cs="Nikosh"/>
                <w:sz w:val="21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আবেদনকারীর</w:t>
            </w:r>
            <w:proofErr w:type="spellEnd"/>
            <w:r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1"/>
              </w:rPr>
              <w:t>স্থায়ী</w:t>
            </w:r>
            <w:proofErr w:type="spellEnd"/>
            <w:r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1"/>
              </w:rPr>
              <w:t>ঠিকানা</w:t>
            </w:r>
            <w:proofErr w:type="spellEnd"/>
            <w:r>
              <w:rPr>
                <w:rFonts w:ascii="Nikosh" w:hAnsi="Nikosh" w:cs="Nikosh"/>
                <w:sz w:val="21"/>
              </w:rPr>
              <w:t xml:space="preserve"> </w:t>
            </w:r>
            <w:r w:rsidRPr="00DE4D1F">
              <w:rPr>
                <w:rFonts w:ascii="Nikosh" w:hAnsi="Nikosh" w:cs="Nikosh"/>
                <w:color w:val="C00000"/>
              </w:rPr>
              <w:t>*</w:t>
            </w:r>
          </w:p>
        </w:tc>
        <w:tc>
          <w:tcPr>
            <w:tcW w:w="6003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487CB8" w:rsidRPr="00DE4D1F" w:rsidRDefault="00487CB8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487CB8">
        <w:trPr>
          <w:gridBefore w:val="1"/>
          <w:wBefore w:w="145" w:type="dxa"/>
          <w:trHeight w:val="385"/>
          <w:jc w:val="center"/>
        </w:trPr>
        <w:tc>
          <w:tcPr>
            <w:tcW w:w="361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4D1F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  <w:sz w:val="21"/>
              </w:rPr>
              <w:t>জাতীয়</w:t>
            </w:r>
            <w:proofErr w:type="spellEnd"/>
            <w:r w:rsidR="00C1397A"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1"/>
              </w:rPr>
              <w:t>পরিচয়</w:t>
            </w:r>
            <w:r w:rsidR="00C1397A" w:rsidRPr="00DE4D1F">
              <w:rPr>
                <w:rFonts w:ascii="Nikosh" w:hAnsi="Nikosh" w:cs="Nikosh"/>
                <w:sz w:val="21"/>
              </w:rPr>
              <w:t>পত্র</w:t>
            </w:r>
            <w:proofErr w:type="spellEnd"/>
            <w:r w:rsidR="00C1397A"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="00C1397A" w:rsidRPr="00DE4D1F">
              <w:rPr>
                <w:rFonts w:ascii="Nikosh" w:hAnsi="Nikosh" w:cs="Nikosh"/>
                <w:sz w:val="21"/>
              </w:rPr>
              <w:t>নম্বর</w:t>
            </w:r>
            <w:proofErr w:type="spellEnd"/>
            <w:r w:rsidR="00C1397A" w:rsidRPr="00DE4D1F">
              <w:rPr>
                <w:rFonts w:ascii="Nikosh" w:hAnsi="Nikosh" w:cs="Nikosh"/>
                <w:sz w:val="21"/>
              </w:rPr>
              <w:t xml:space="preserve"> (</w:t>
            </w:r>
            <w:proofErr w:type="spellStart"/>
            <w:r w:rsidR="00C1397A" w:rsidRPr="00DE4D1F">
              <w:rPr>
                <w:rFonts w:ascii="Nikosh" w:hAnsi="Nikosh" w:cs="Nikosh"/>
                <w:sz w:val="21"/>
              </w:rPr>
              <w:t>ইংরেজি</w:t>
            </w:r>
            <w:proofErr w:type="spellEnd"/>
            <w:r w:rsidR="00C1397A" w:rsidRPr="00DE4D1F">
              <w:rPr>
                <w:rFonts w:ascii="Nikosh" w:hAnsi="Nikosh" w:cs="Nikosh"/>
                <w:sz w:val="21"/>
              </w:rPr>
              <w:t>)</w:t>
            </w:r>
            <w:r w:rsidR="00C1397A" w:rsidRPr="00DE4D1F">
              <w:rPr>
                <w:rFonts w:ascii="Nikosh" w:hAnsi="Nikosh" w:cs="Nikosh"/>
                <w:color w:val="C00000"/>
              </w:rPr>
              <w:t xml:space="preserve"> *</w:t>
            </w:r>
          </w:p>
        </w:tc>
        <w:tc>
          <w:tcPr>
            <w:tcW w:w="6003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Style w:val="TableGrid"/>
              <w:tblW w:w="5793" w:type="dxa"/>
              <w:tblLook w:val="04A0" w:firstRow="1" w:lastRow="0" w:firstColumn="1" w:lastColumn="0" w:noHBand="0" w:noVBand="1"/>
            </w:tblPr>
            <w:tblGrid>
              <w:gridCol w:w="339"/>
              <w:gridCol w:w="339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</w:tblGrid>
            <w:tr w:rsidR="003E5F78" w:rsidTr="00953BF0">
              <w:trPr>
                <w:trHeight w:val="359"/>
              </w:trPr>
              <w:tc>
                <w:tcPr>
                  <w:tcW w:w="339" w:type="dxa"/>
                  <w:vAlign w:val="center"/>
                </w:tcPr>
                <w:p w:rsidR="003E5F78" w:rsidRPr="005A5B7E" w:rsidRDefault="003E5F78" w:rsidP="003E5F78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39" w:type="dxa"/>
                  <w:vAlign w:val="center"/>
                </w:tcPr>
                <w:p w:rsidR="003E5F78" w:rsidRPr="005A5B7E" w:rsidRDefault="003E5F78" w:rsidP="003E5F78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5F78" w:rsidRPr="005A5B7E" w:rsidRDefault="003E5F78" w:rsidP="003E5F78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5F78" w:rsidRPr="005A5B7E" w:rsidRDefault="003E5F78" w:rsidP="003E5F78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5F78" w:rsidRPr="005A5B7E" w:rsidRDefault="003E5F78" w:rsidP="003E5F78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5F78" w:rsidRPr="005A5B7E" w:rsidRDefault="003E5F78" w:rsidP="003E5F78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5F78" w:rsidRPr="005A5B7E" w:rsidRDefault="003E5F78" w:rsidP="003E5F78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5F78" w:rsidRPr="005A5B7E" w:rsidRDefault="003E5F78" w:rsidP="003E5F78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5F78" w:rsidRPr="005A5B7E" w:rsidRDefault="003E5F78" w:rsidP="003E5F78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5F78" w:rsidRPr="005A5B7E" w:rsidRDefault="003E5F78" w:rsidP="003E5F78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5F78" w:rsidRPr="005A5B7E" w:rsidRDefault="003E5F78" w:rsidP="003E5F78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5F78" w:rsidRPr="005A5B7E" w:rsidRDefault="003E5F78" w:rsidP="003E5F78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5F78" w:rsidRPr="005A5B7E" w:rsidRDefault="003E5F78" w:rsidP="003E5F78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5F78" w:rsidRPr="005A5B7E" w:rsidRDefault="003E5F78" w:rsidP="003E5F78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5F78" w:rsidRPr="005A5B7E" w:rsidRDefault="003E5F78" w:rsidP="003E5F78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5F78" w:rsidRPr="005A5B7E" w:rsidRDefault="003E5F78" w:rsidP="003E5F78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5F78" w:rsidRPr="005A5B7E" w:rsidRDefault="003E5F78" w:rsidP="003E5F78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</w:tr>
          </w:tbl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487CB8">
        <w:trPr>
          <w:gridBefore w:val="1"/>
          <w:wBefore w:w="145" w:type="dxa"/>
          <w:jc w:val="center"/>
        </w:trPr>
        <w:tc>
          <w:tcPr>
            <w:tcW w:w="361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মোবাইল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নম্বর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(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ইংরেজি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>)</w:t>
            </w:r>
            <w:r w:rsidRPr="00DE4D1F">
              <w:rPr>
                <w:rFonts w:ascii="Nikosh" w:hAnsi="Nikosh" w:cs="Nikosh"/>
                <w:color w:val="C00000"/>
              </w:rPr>
              <w:t xml:space="preserve"> *</w:t>
            </w:r>
          </w:p>
        </w:tc>
        <w:tc>
          <w:tcPr>
            <w:tcW w:w="6003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Style w:val="TableGrid"/>
              <w:tblW w:w="0" w:type="auto"/>
              <w:tblInd w:w="145" w:type="dxa"/>
              <w:tblLook w:val="04A0" w:firstRow="1" w:lastRow="0" w:firstColumn="1" w:lastColumn="0" w:noHBand="0" w:noVBand="1"/>
            </w:tblPr>
            <w:tblGrid>
              <w:gridCol w:w="389"/>
              <w:gridCol w:w="349"/>
              <w:gridCol w:w="342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3E5F78" w:rsidTr="00953BF0">
              <w:tc>
                <w:tcPr>
                  <w:tcW w:w="389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  <w:r>
                    <w:rPr>
                      <w:rFonts w:ascii="Nikosh" w:hAnsi="Nikosh" w:cs="Nikosh"/>
                    </w:rPr>
                    <w:t>0</w:t>
                  </w:r>
                </w:p>
              </w:tc>
              <w:tc>
                <w:tcPr>
                  <w:tcW w:w="349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  <w:r>
                    <w:rPr>
                      <w:rFonts w:ascii="Nikosh" w:hAnsi="Nikosh" w:cs="Nikosh"/>
                    </w:rPr>
                    <w:t>1</w:t>
                  </w:r>
                </w:p>
              </w:tc>
              <w:tc>
                <w:tcPr>
                  <w:tcW w:w="342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3E5F78" w:rsidRDefault="003E5F78" w:rsidP="003E5F78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</w:tr>
          </w:tbl>
          <w:p w:rsidR="00DE247B" w:rsidRPr="00DE4D1F" w:rsidRDefault="00DE247B" w:rsidP="00DE4D1F">
            <w:pPr>
              <w:spacing w:before="80"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487CB8">
        <w:trPr>
          <w:gridBefore w:val="1"/>
          <w:wBefore w:w="145" w:type="dxa"/>
          <w:trHeight w:val="196"/>
          <w:jc w:val="center"/>
        </w:trPr>
        <w:tc>
          <w:tcPr>
            <w:tcW w:w="361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আবেদনের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কারণসমূহ</w:t>
            </w:r>
            <w:proofErr w:type="spellEnd"/>
            <w:r w:rsidRPr="00DE4D1F">
              <w:rPr>
                <w:rFonts w:ascii="Nikosh" w:hAnsi="Nikosh" w:cs="Nikosh"/>
                <w:color w:val="C00000"/>
              </w:rPr>
              <w:t xml:space="preserve"> *</w:t>
            </w:r>
          </w:p>
        </w:tc>
        <w:tc>
          <w:tcPr>
            <w:tcW w:w="6003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706B8D" w:rsidRPr="00706B8D" w:rsidRDefault="00706B8D" w:rsidP="00706B8D">
            <w:pPr>
              <w:pStyle w:val="ListParagraph"/>
              <w:numPr>
                <w:ilvl w:val="0"/>
                <w:numId w:val="11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706B8D">
              <w:rPr>
                <w:rFonts w:ascii="Nikosh" w:hAnsi="Nikosh" w:cs="Nikosh" w:hint="cs"/>
              </w:rPr>
              <w:t>দৈব</w:t>
            </w:r>
            <w:proofErr w:type="spellEnd"/>
            <w:r w:rsidRPr="00706B8D">
              <w:rPr>
                <w:rFonts w:ascii="Nikosh" w:hAnsi="Nikosh" w:cs="Nikosh"/>
              </w:rPr>
              <w:t xml:space="preserve"> </w:t>
            </w:r>
            <w:proofErr w:type="spellStart"/>
            <w:r w:rsidRPr="00706B8D">
              <w:rPr>
                <w:rFonts w:ascii="Nikosh" w:hAnsi="Nikosh" w:cs="Nikosh" w:hint="cs"/>
              </w:rPr>
              <w:t>দূর্ঘটনা</w:t>
            </w:r>
            <w:proofErr w:type="spellEnd"/>
          </w:p>
          <w:p w:rsidR="00DE247B" w:rsidRPr="00706B8D" w:rsidRDefault="00706B8D" w:rsidP="00706B8D">
            <w:pPr>
              <w:pStyle w:val="ListParagraph"/>
              <w:numPr>
                <w:ilvl w:val="0"/>
                <w:numId w:val="11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706B8D">
              <w:rPr>
                <w:rFonts w:ascii="Nikosh" w:hAnsi="Nikosh" w:cs="Nikosh" w:hint="cs"/>
              </w:rPr>
              <w:t>দূরারোগ্য</w:t>
            </w:r>
            <w:proofErr w:type="spellEnd"/>
            <w:r w:rsidRPr="00706B8D">
              <w:rPr>
                <w:rFonts w:ascii="Nikosh" w:hAnsi="Nikosh" w:cs="Nikosh"/>
              </w:rPr>
              <w:t xml:space="preserve"> </w:t>
            </w:r>
            <w:proofErr w:type="spellStart"/>
            <w:r w:rsidRPr="00706B8D">
              <w:rPr>
                <w:rFonts w:ascii="Nikosh" w:hAnsi="Nikosh" w:cs="Nikosh" w:hint="cs"/>
              </w:rPr>
              <w:t>ব্যাধি</w:t>
            </w:r>
            <w:proofErr w:type="spellEnd"/>
          </w:p>
        </w:tc>
      </w:tr>
      <w:tr w:rsidR="00DE247B" w:rsidRPr="00DE4D1F" w:rsidTr="00487CB8">
        <w:trPr>
          <w:gridBefore w:val="1"/>
          <w:wBefore w:w="145" w:type="dxa"/>
          <w:trHeight w:val="317"/>
          <w:jc w:val="center"/>
        </w:trPr>
        <w:tc>
          <w:tcPr>
            <w:tcW w:w="361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আবেদনের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যৌক্তিকতা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(</w:t>
            </w:r>
            <w:proofErr w:type="spellStart"/>
            <w:r w:rsidR="00DE4D1F">
              <w:rPr>
                <w:rFonts w:ascii="Nikosh" w:hAnsi="Nikosh" w:cs="Nikosh"/>
                <w:sz w:val="21"/>
              </w:rPr>
              <w:t>বাংলায়</w:t>
            </w:r>
            <w:proofErr w:type="spellEnd"/>
            <w:r w:rsidR="00DE4D1F">
              <w:rPr>
                <w:rFonts w:ascii="Nikosh" w:hAnsi="Nikosh" w:cs="Nikosh"/>
                <w:sz w:val="21"/>
              </w:rPr>
              <w:t>)</w:t>
            </w:r>
            <w:r w:rsidRPr="00DE4D1F">
              <w:rPr>
                <w:rFonts w:ascii="Nikosh" w:hAnsi="Nikosh" w:cs="Nikosh"/>
                <w:color w:val="C00000"/>
              </w:rPr>
              <w:t xml:space="preserve"> *</w:t>
            </w:r>
          </w:p>
        </w:tc>
        <w:tc>
          <w:tcPr>
            <w:tcW w:w="6003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487CB8" w:rsidRPr="00DE4D1F" w:rsidTr="00487CB8">
        <w:trPr>
          <w:gridBefore w:val="1"/>
          <w:wBefore w:w="145" w:type="dxa"/>
          <w:trHeight w:val="317"/>
          <w:jc w:val="center"/>
        </w:trPr>
        <w:tc>
          <w:tcPr>
            <w:tcW w:w="361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487CB8" w:rsidRPr="00DE4D1F" w:rsidRDefault="00487CB8" w:rsidP="00487CB8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শিক্ষক</w:t>
            </w:r>
            <w:proofErr w:type="spellEnd"/>
            <w:r>
              <w:rPr>
                <w:rFonts w:ascii="Nikosh" w:hAnsi="Nikosh" w:cs="Nikosh"/>
              </w:rPr>
              <w:t>/</w:t>
            </w:r>
            <w:proofErr w:type="spellStart"/>
            <w:r>
              <w:rPr>
                <w:rFonts w:ascii="Nikosh" w:hAnsi="Nikosh" w:cs="Nikosh"/>
              </w:rPr>
              <w:t>কর্মচারীর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নিজস্ব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ব্যাংক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একাউন্ড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নম্বর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6003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487CB8" w:rsidRPr="00DE4D1F" w:rsidRDefault="00487CB8" w:rsidP="00487CB8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487CB8" w:rsidRPr="00DE4D1F" w:rsidTr="00487CB8">
        <w:trPr>
          <w:gridBefore w:val="1"/>
          <w:wBefore w:w="145" w:type="dxa"/>
          <w:trHeight w:val="317"/>
          <w:jc w:val="center"/>
        </w:trPr>
        <w:tc>
          <w:tcPr>
            <w:tcW w:w="361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487CB8" w:rsidRPr="00DE4D1F" w:rsidRDefault="00487CB8" w:rsidP="00487CB8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ব্যাংকের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6003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487CB8" w:rsidRPr="00DE4D1F" w:rsidRDefault="00487CB8" w:rsidP="00487CB8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487CB8" w:rsidRPr="00DE4D1F" w:rsidTr="00487CB8">
        <w:trPr>
          <w:gridBefore w:val="1"/>
          <w:wBefore w:w="145" w:type="dxa"/>
          <w:trHeight w:val="317"/>
          <w:jc w:val="center"/>
        </w:trPr>
        <w:tc>
          <w:tcPr>
            <w:tcW w:w="361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487CB8" w:rsidRPr="00DE4D1F" w:rsidRDefault="00487CB8" w:rsidP="00487CB8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lastRenderedPageBreak/>
              <w:t>ব্যাংকের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শাখা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6003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487CB8" w:rsidRPr="00DE4D1F" w:rsidRDefault="00487CB8" w:rsidP="00487CB8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487CB8" w:rsidRPr="00DE4D1F" w:rsidTr="00487CB8">
        <w:trPr>
          <w:gridBefore w:val="1"/>
          <w:wBefore w:w="145" w:type="dxa"/>
          <w:trHeight w:val="317"/>
          <w:jc w:val="center"/>
        </w:trPr>
        <w:tc>
          <w:tcPr>
            <w:tcW w:w="361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487CB8" w:rsidRPr="00DE4D1F" w:rsidRDefault="00487CB8" w:rsidP="00487CB8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ব্যাংকের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রাউটিং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নম্বর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6003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487CB8" w:rsidRPr="00DE4D1F" w:rsidRDefault="00487CB8" w:rsidP="00487CB8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487CB8">
        <w:trPr>
          <w:gridBefore w:val="1"/>
          <w:wBefore w:w="145" w:type="dxa"/>
          <w:jc w:val="center"/>
        </w:trPr>
        <w:tc>
          <w:tcPr>
            <w:tcW w:w="9613" w:type="dxa"/>
            <w:gridSpan w:val="4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E247B" w:rsidRDefault="00C1397A" w:rsidP="00DE4D1F">
            <w:pPr>
              <w:spacing w:after="0" w:line="216" w:lineRule="auto"/>
              <w:rPr>
                <w:rFonts w:ascii="Nikosh" w:hAnsi="Nikosh" w:cs="Nikosh"/>
                <w:color w:val="333333"/>
                <w:sz w:val="19"/>
              </w:rPr>
            </w:pPr>
            <w:proofErr w:type="spellStart"/>
            <w:r w:rsidRPr="00DE4D1F">
              <w:rPr>
                <w:rFonts w:ascii="Nikosh" w:hAnsi="Nikosh" w:cs="Nikosh"/>
                <w:color w:val="333333"/>
                <w:sz w:val="19"/>
              </w:rPr>
              <w:t>সংযুক্তি</w:t>
            </w:r>
            <w:proofErr w:type="spellEnd"/>
            <w:r w:rsidRPr="00DE4D1F">
              <w:rPr>
                <w:rFonts w:ascii="Nikosh" w:hAnsi="Nikosh" w:cs="Nikosh"/>
                <w:color w:val="333333"/>
                <w:sz w:val="19"/>
              </w:rPr>
              <w:t xml:space="preserve"> </w:t>
            </w:r>
            <w:r w:rsidR="003E5F78">
              <w:rPr>
                <w:rFonts w:ascii="Nikosh" w:hAnsi="Nikosh" w:cs="Nikosh"/>
                <w:color w:val="333333"/>
                <w:sz w:val="19"/>
              </w:rPr>
              <w:t>:</w:t>
            </w:r>
          </w:p>
          <w:p w:rsidR="00487CB8" w:rsidRDefault="00487CB8" w:rsidP="00487CB8">
            <w:pPr>
              <w:pStyle w:val="ListParagraph"/>
              <w:numPr>
                <w:ilvl w:val="0"/>
                <w:numId w:val="13"/>
              </w:numPr>
              <w:spacing w:after="0" w:line="360" w:lineRule="auto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487CB8">
              <w:rPr>
                <w:rFonts w:ascii="Nikosh" w:hAnsi="Nikosh" w:cs="Nikosh"/>
                <w:sz w:val="24"/>
                <w:szCs w:val="24"/>
              </w:rPr>
              <w:t>শিক্ষা</w:t>
            </w:r>
            <w:proofErr w:type="spellEnd"/>
            <w:r w:rsidRPr="00487CB8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487CB8">
              <w:rPr>
                <w:rFonts w:ascii="Nikosh" w:hAnsi="Nikosh" w:cs="Nikosh"/>
                <w:sz w:val="24"/>
                <w:szCs w:val="24"/>
              </w:rPr>
              <w:t>প্রতিষ্ঠান</w:t>
            </w:r>
            <w:proofErr w:type="spellEnd"/>
            <w:r w:rsidRPr="00487CB8">
              <w:rPr>
                <w:rFonts w:ascii="Nikosh" w:hAnsi="Nikosh" w:cs="Nikosh"/>
                <w:sz w:val="24"/>
                <w:szCs w:val="24"/>
              </w:rPr>
              <w:t xml:space="preserve"> MICR  </w:t>
            </w:r>
            <w:proofErr w:type="spellStart"/>
            <w:r w:rsidRPr="00487CB8">
              <w:rPr>
                <w:rFonts w:ascii="Nikosh" w:hAnsi="Nikosh" w:cs="Nikosh"/>
                <w:sz w:val="24"/>
                <w:szCs w:val="24"/>
              </w:rPr>
              <w:t>চেক</w:t>
            </w:r>
            <w:proofErr w:type="spellEnd"/>
            <w:r w:rsidRPr="00487CB8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487CB8">
              <w:rPr>
                <w:rFonts w:ascii="Nikosh" w:hAnsi="Nikosh" w:cs="Nikosh"/>
                <w:sz w:val="24"/>
                <w:szCs w:val="24"/>
              </w:rPr>
              <w:t>পাতার</w:t>
            </w:r>
            <w:proofErr w:type="spellEnd"/>
            <w:r w:rsidRPr="00487CB8">
              <w:rPr>
                <w:rFonts w:ascii="Nikosh" w:hAnsi="Nikosh" w:cs="Nikosh"/>
                <w:sz w:val="24"/>
                <w:szCs w:val="24"/>
              </w:rPr>
              <w:t xml:space="preserve">  </w:t>
            </w:r>
            <w:proofErr w:type="spellStart"/>
            <w:r w:rsidRPr="00487CB8">
              <w:rPr>
                <w:rFonts w:ascii="Nikosh" w:hAnsi="Nikosh" w:cs="Nikosh"/>
                <w:sz w:val="24"/>
                <w:szCs w:val="24"/>
              </w:rPr>
              <w:t>কপি</w:t>
            </w:r>
            <w:proofErr w:type="spellEnd"/>
            <w:r w:rsidRPr="00487CB8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  <w:p w:rsidR="00487CB8" w:rsidRPr="00487CB8" w:rsidRDefault="00C1397A" w:rsidP="00487CB8">
            <w:pPr>
              <w:pStyle w:val="ListParagraph"/>
              <w:numPr>
                <w:ilvl w:val="0"/>
                <w:numId w:val="13"/>
              </w:numPr>
              <w:spacing w:after="0" w:line="360" w:lineRule="auto"/>
              <w:rPr>
                <w:rFonts w:ascii="Nikosh" w:hAnsi="Nikosh" w:cs="Nikosh"/>
                <w:sz w:val="24"/>
                <w:szCs w:val="24"/>
              </w:rPr>
            </w:pPr>
            <w:r w:rsidRPr="00487CB8">
              <w:rPr>
                <w:rFonts w:ascii="Nikosh" w:hAnsi="Nikosh" w:cs="Nikosh"/>
              </w:rPr>
              <w:t xml:space="preserve"> </w:t>
            </w:r>
            <w:proofErr w:type="spellStart"/>
            <w:r w:rsidR="00DE4D1F" w:rsidRPr="00487CB8">
              <w:rPr>
                <w:rFonts w:ascii="Nikosh" w:hAnsi="Nikosh" w:cs="Nikosh"/>
                <w:sz w:val="20"/>
              </w:rPr>
              <w:t>জাতীয়</w:t>
            </w:r>
            <w:proofErr w:type="spellEnd"/>
            <w:r w:rsidRPr="00487CB8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="00DE4D1F" w:rsidRPr="00487CB8">
              <w:rPr>
                <w:rFonts w:ascii="Nikosh" w:hAnsi="Nikosh" w:cs="Nikosh"/>
                <w:sz w:val="20"/>
              </w:rPr>
              <w:t>পরিচয়</w:t>
            </w:r>
            <w:r w:rsidRPr="00487CB8">
              <w:rPr>
                <w:rFonts w:ascii="Nikosh" w:hAnsi="Nikosh" w:cs="Nikosh"/>
                <w:sz w:val="20"/>
              </w:rPr>
              <w:t>পত্রের</w:t>
            </w:r>
            <w:proofErr w:type="spellEnd"/>
            <w:r w:rsidRPr="00487CB8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487CB8">
              <w:rPr>
                <w:rFonts w:ascii="Nikosh" w:hAnsi="Nikosh" w:cs="Nikosh"/>
                <w:sz w:val="20"/>
              </w:rPr>
              <w:t>কপি</w:t>
            </w:r>
            <w:proofErr w:type="spellEnd"/>
            <w:r w:rsidRPr="00487CB8">
              <w:rPr>
                <w:rFonts w:ascii="Nikosh" w:hAnsi="Nikosh" w:cs="Nikosh"/>
                <w:sz w:val="20"/>
              </w:rPr>
              <w:t xml:space="preserve"> *</w:t>
            </w:r>
          </w:p>
          <w:p w:rsidR="00DE247B" w:rsidRPr="00487CB8" w:rsidRDefault="00C1397A" w:rsidP="00487CB8">
            <w:pPr>
              <w:pStyle w:val="ListParagraph"/>
              <w:numPr>
                <w:ilvl w:val="0"/>
                <w:numId w:val="13"/>
              </w:numPr>
              <w:spacing w:after="0" w:line="360" w:lineRule="auto"/>
              <w:rPr>
                <w:rFonts w:ascii="Nikosh" w:hAnsi="Nikosh" w:cs="Nikosh"/>
                <w:sz w:val="24"/>
                <w:szCs w:val="24"/>
              </w:rPr>
            </w:pPr>
            <w:bookmarkStart w:id="0" w:name="_GoBack"/>
            <w:bookmarkEnd w:id="0"/>
            <w:r w:rsidRPr="00487CB8">
              <w:rPr>
                <w:rFonts w:ascii="Nikosh" w:hAnsi="Nikosh" w:cs="Nikosh"/>
              </w:rPr>
              <w:t xml:space="preserve"> </w:t>
            </w:r>
            <w:proofErr w:type="spellStart"/>
            <w:r w:rsidRPr="00487CB8">
              <w:rPr>
                <w:rFonts w:ascii="Nikosh" w:hAnsi="Nikosh" w:cs="Nikosh"/>
                <w:sz w:val="20"/>
              </w:rPr>
              <w:t>চিকিৎসা</w:t>
            </w:r>
            <w:proofErr w:type="spellEnd"/>
            <w:r w:rsidRPr="00487CB8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487CB8">
              <w:rPr>
                <w:rFonts w:ascii="Nikosh" w:hAnsi="Nikosh" w:cs="Nikosh"/>
                <w:sz w:val="20"/>
              </w:rPr>
              <w:t>সংক্রান্ত</w:t>
            </w:r>
            <w:proofErr w:type="spellEnd"/>
            <w:r w:rsidRPr="00487CB8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="00DE4D1F" w:rsidRPr="00487CB8">
              <w:rPr>
                <w:rFonts w:ascii="Nikosh" w:hAnsi="Nikosh" w:cs="Nikosh"/>
                <w:sz w:val="20"/>
              </w:rPr>
              <w:t>প্রয়োজনীয়</w:t>
            </w:r>
            <w:proofErr w:type="spellEnd"/>
            <w:r w:rsidRPr="00487CB8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487CB8">
              <w:rPr>
                <w:rFonts w:ascii="Nikosh" w:hAnsi="Nikosh" w:cs="Nikosh"/>
                <w:sz w:val="20"/>
              </w:rPr>
              <w:t>কাগজপত্র</w:t>
            </w:r>
            <w:proofErr w:type="spellEnd"/>
            <w:r w:rsidRPr="00487CB8">
              <w:rPr>
                <w:rFonts w:ascii="Nikosh" w:hAnsi="Nikosh" w:cs="Nikosh"/>
                <w:sz w:val="20"/>
              </w:rPr>
              <w:t xml:space="preserve"> (</w:t>
            </w:r>
            <w:proofErr w:type="spellStart"/>
            <w:r w:rsidRPr="00487CB8">
              <w:rPr>
                <w:rFonts w:ascii="Nikosh" w:hAnsi="Nikosh" w:cs="Nikosh"/>
                <w:sz w:val="20"/>
              </w:rPr>
              <w:t>প্রতিষ্ঠান</w:t>
            </w:r>
            <w:proofErr w:type="spellEnd"/>
            <w:r w:rsidRPr="00487CB8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487CB8">
              <w:rPr>
                <w:rFonts w:ascii="Nikosh" w:hAnsi="Nikosh" w:cs="Nikosh"/>
                <w:sz w:val="20"/>
              </w:rPr>
              <w:t>প্রধান</w:t>
            </w:r>
            <w:proofErr w:type="spellEnd"/>
            <w:r w:rsidRPr="00487CB8">
              <w:rPr>
                <w:rFonts w:ascii="Nikosh" w:hAnsi="Nikosh" w:cs="Nikosh"/>
                <w:sz w:val="20"/>
              </w:rPr>
              <w:t xml:space="preserve"> / </w:t>
            </w:r>
            <w:proofErr w:type="spellStart"/>
            <w:r w:rsidR="00DE4D1F" w:rsidRPr="00487CB8">
              <w:rPr>
                <w:rFonts w:ascii="Nikosh" w:hAnsi="Nikosh" w:cs="Nikosh"/>
                <w:sz w:val="20"/>
              </w:rPr>
              <w:t>বিভাগীয়</w:t>
            </w:r>
            <w:proofErr w:type="spellEnd"/>
            <w:r w:rsidRPr="00487CB8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487CB8">
              <w:rPr>
                <w:rFonts w:ascii="Nikosh" w:hAnsi="Nikosh" w:cs="Nikosh"/>
                <w:sz w:val="20"/>
              </w:rPr>
              <w:t>প্রধান</w:t>
            </w:r>
            <w:proofErr w:type="spellEnd"/>
            <w:r w:rsidRPr="00487CB8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487CB8">
              <w:rPr>
                <w:rFonts w:ascii="Nikosh" w:hAnsi="Nikosh" w:cs="Nikosh"/>
                <w:sz w:val="20"/>
              </w:rPr>
              <w:t>কর্তৃক</w:t>
            </w:r>
            <w:proofErr w:type="spellEnd"/>
            <w:r w:rsidRPr="00487CB8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="00DE4D1F" w:rsidRPr="00487CB8">
              <w:rPr>
                <w:rFonts w:ascii="Nikosh" w:hAnsi="Nikosh" w:cs="Nikosh"/>
                <w:sz w:val="20"/>
              </w:rPr>
              <w:t>সত্যায়ি</w:t>
            </w:r>
            <w:r w:rsidRPr="00487CB8">
              <w:rPr>
                <w:rFonts w:ascii="Nikosh" w:hAnsi="Nikosh" w:cs="Nikosh"/>
                <w:sz w:val="20"/>
              </w:rPr>
              <w:t>ত</w:t>
            </w:r>
            <w:proofErr w:type="spellEnd"/>
            <w:r w:rsidRPr="00487CB8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487CB8">
              <w:rPr>
                <w:rFonts w:ascii="Nikosh" w:hAnsi="Nikosh" w:cs="Nikosh"/>
                <w:sz w:val="20"/>
              </w:rPr>
              <w:t>কপি</w:t>
            </w:r>
            <w:proofErr w:type="spellEnd"/>
            <w:r w:rsidRPr="00487CB8">
              <w:rPr>
                <w:rFonts w:ascii="Nikosh" w:hAnsi="Nikosh" w:cs="Nikosh"/>
                <w:sz w:val="20"/>
              </w:rPr>
              <w:t>) *</w:t>
            </w:r>
          </w:p>
        </w:tc>
      </w:tr>
      <w:tr w:rsidR="00DE247B" w:rsidRPr="00DE4D1F" w:rsidTr="00487CB8">
        <w:trPr>
          <w:jc w:val="center"/>
        </w:trPr>
        <w:tc>
          <w:tcPr>
            <w:tcW w:w="4553" w:type="dxa"/>
            <w:gridSpan w:val="4"/>
          </w:tcPr>
          <w:p w:rsidR="00DE4D1F" w:rsidRDefault="00DE4D1F">
            <w:pPr>
              <w:jc w:val="center"/>
              <w:rPr>
                <w:rFonts w:ascii="Nikosh" w:hAnsi="Nikosh" w:cs="Nikosh"/>
                <w:color w:val="888888"/>
              </w:rPr>
            </w:pPr>
          </w:p>
          <w:p w:rsidR="00DE247B" w:rsidRPr="00DE4D1F" w:rsidRDefault="00C1397A">
            <w:pPr>
              <w:jc w:val="center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color w:val="888888"/>
              </w:rPr>
              <w:t>-------------------------------------------</w:t>
            </w:r>
            <w:r w:rsidRPr="00DE4D1F">
              <w:rPr>
                <w:rFonts w:ascii="Nikosh" w:hAnsi="Nikosh" w:cs="Nikosh"/>
                <w:color w:val="888888"/>
              </w:rPr>
              <w:br/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আবেদনকারী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শিক্ষক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>/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কর্মচারীর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স্বাক্ষর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ও তারিখ</w:t>
            </w:r>
          </w:p>
        </w:tc>
        <w:tc>
          <w:tcPr>
            <w:tcW w:w="5205" w:type="dxa"/>
          </w:tcPr>
          <w:p w:rsidR="00DE4D1F" w:rsidRDefault="00DE4D1F">
            <w:pPr>
              <w:jc w:val="center"/>
              <w:rPr>
                <w:rFonts w:ascii="Nikosh" w:hAnsi="Nikosh" w:cs="Nikosh"/>
                <w:color w:val="888888"/>
              </w:rPr>
            </w:pPr>
          </w:p>
          <w:p w:rsidR="00DE247B" w:rsidRPr="00DE4D1F" w:rsidRDefault="00C1397A">
            <w:pPr>
              <w:jc w:val="center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color w:val="888888"/>
              </w:rPr>
              <w:t>-------------------------------------------</w:t>
            </w:r>
            <w:r w:rsidRPr="00DE4D1F">
              <w:rPr>
                <w:rFonts w:ascii="Nikosh" w:hAnsi="Nikosh" w:cs="Nikosh"/>
                <w:color w:val="888888"/>
              </w:rPr>
              <w:br/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প্রতিষ্ঠান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প্রধানের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স্বাক্ষর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ও সিল</w:t>
            </w:r>
          </w:p>
        </w:tc>
      </w:tr>
    </w:tbl>
    <w:p w:rsidR="00C1397A" w:rsidRPr="00C76FA6" w:rsidRDefault="00C1397A">
      <w:pPr>
        <w:rPr>
          <w:rFonts w:ascii="Nikosh" w:hAnsi="Nikosh" w:cs="Nikosh"/>
        </w:rPr>
      </w:pPr>
    </w:p>
    <w:sectPr w:rsidR="00C1397A" w:rsidRPr="00C76FA6" w:rsidSect="00C76FA6">
      <w:pgSz w:w="11909" w:h="16834" w:code="9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6603B7"/>
    <w:multiLevelType w:val="hybridMultilevel"/>
    <w:tmpl w:val="265ACC8A"/>
    <w:lvl w:ilvl="0" w:tplc="68A2ADA4">
      <w:start w:val="1"/>
      <w:numFmt w:val="bullet"/>
      <w:lvlText w:val=""/>
      <w:lvlJc w:val="left"/>
      <w:pPr>
        <w:ind w:left="824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10">
    <w:nsid w:val="32051678"/>
    <w:multiLevelType w:val="hybridMultilevel"/>
    <w:tmpl w:val="6068CB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993C07"/>
    <w:multiLevelType w:val="hybridMultilevel"/>
    <w:tmpl w:val="25D4967C"/>
    <w:lvl w:ilvl="0" w:tplc="04090003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12">
    <w:nsid w:val="62F05C58"/>
    <w:multiLevelType w:val="hybridMultilevel"/>
    <w:tmpl w:val="25DE11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0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5D11"/>
    <w:rsid w:val="0015074B"/>
    <w:rsid w:val="0029639D"/>
    <w:rsid w:val="00326F90"/>
    <w:rsid w:val="003E5F78"/>
    <w:rsid w:val="00487CB8"/>
    <w:rsid w:val="00706B8D"/>
    <w:rsid w:val="007B2222"/>
    <w:rsid w:val="00AA1D8D"/>
    <w:rsid w:val="00AE5A14"/>
    <w:rsid w:val="00B47730"/>
    <w:rsid w:val="00C1397A"/>
    <w:rsid w:val="00C76FA6"/>
    <w:rsid w:val="00CB0664"/>
    <w:rsid w:val="00D36978"/>
    <w:rsid w:val="00DE247B"/>
    <w:rsid w:val="00DE4D1F"/>
    <w:rsid w:val="00FA42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FD5C037-9A43-4728-B7EE-25C8FC719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F78"/>
    <w:rPr>
      <w:rFonts w:ascii="Kalpurush" w:hAnsi="Kalpurush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664527-CC6E-4FCC-92B1-03DE0F2B4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8</cp:revision>
  <dcterms:created xsi:type="dcterms:W3CDTF">2026-09-22T06:36:00Z</dcterms:created>
  <dcterms:modified xsi:type="dcterms:W3CDTF">2026-09-24T04:36:00Z</dcterms:modified>
  <cp:category/>
</cp:coreProperties>
</file>