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6B4" w:rsidRPr="00B0725B" w:rsidRDefault="000045F0" w:rsidP="001516B4">
      <w:pPr>
        <w:spacing w:after="0" w:line="240" w:lineRule="auto"/>
        <w:jc w:val="center"/>
        <w:rPr>
          <w:rFonts w:ascii="Nikosh" w:hAnsi="Nikosh" w:cs="Nikosh"/>
          <w:b/>
          <w:sz w:val="24"/>
          <w:szCs w:val="24"/>
        </w:rPr>
      </w:pPr>
      <w:proofErr w:type="spellStart"/>
      <w:r w:rsidRPr="00B0725B">
        <w:rPr>
          <w:rFonts w:ascii="Nikosh" w:hAnsi="Nikosh" w:cs="Nikosh"/>
          <w:b/>
          <w:sz w:val="24"/>
          <w:szCs w:val="24"/>
        </w:rPr>
        <w:t>গণপ্রজাতন্ত্রী</w:t>
      </w:r>
      <w:proofErr w:type="spellEnd"/>
      <w:r w:rsidRPr="00B0725B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B0725B">
        <w:rPr>
          <w:rFonts w:ascii="Nikosh" w:hAnsi="Nikosh" w:cs="Nikosh"/>
          <w:b/>
          <w:sz w:val="24"/>
          <w:szCs w:val="24"/>
        </w:rPr>
        <w:t>বাংলাদেশ</w:t>
      </w:r>
      <w:proofErr w:type="spellEnd"/>
      <w:r w:rsidRPr="00B0725B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B0725B">
        <w:rPr>
          <w:rFonts w:ascii="Nikosh" w:hAnsi="Nikosh" w:cs="Nikosh"/>
          <w:b/>
          <w:sz w:val="24"/>
          <w:szCs w:val="24"/>
        </w:rPr>
        <w:t>সরকার</w:t>
      </w:r>
      <w:proofErr w:type="spellEnd"/>
      <w:r w:rsidRPr="00B0725B">
        <w:rPr>
          <w:rFonts w:ascii="Nikosh" w:hAnsi="Nikosh" w:cs="Nikosh"/>
          <w:b/>
          <w:sz w:val="24"/>
          <w:szCs w:val="24"/>
        </w:rPr>
        <w:br/>
      </w:r>
      <w:proofErr w:type="spellStart"/>
      <w:r w:rsidRPr="00B0725B">
        <w:rPr>
          <w:rFonts w:ascii="Nikosh" w:hAnsi="Nikosh" w:cs="Nikosh"/>
          <w:b/>
          <w:sz w:val="24"/>
          <w:szCs w:val="24"/>
        </w:rPr>
        <w:t>উপজেলা</w:t>
      </w:r>
      <w:proofErr w:type="spellEnd"/>
      <w:r w:rsidRPr="00B0725B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B0725B">
        <w:rPr>
          <w:rFonts w:ascii="Nikosh" w:hAnsi="Nikosh" w:cs="Nikosh"/>
          <w:b/>
          <w:sz w:val="24"/>
          <w:szCs w:val="24"/>
        </w:rPr>
        <w:t>সমাজসেবা</w:t>
      </w:r>
      <w:proofErr w:type="spellEnd"/>
      <w:r w:rsidRPr="00B0725B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B0725B">
        <w:rPr>
          <w:rFonts w:ascii="Nikosh" w:hAnsi="Nikosh" w:cs="Nikosh"/>
          <w:b/>
          <w:sz w:val="24"/>
          <w:szCs w:val="24"/>
        </w:rPr>
        <w:t>কার্যালয</w:t>
      </w:r>
      <w:proofErr w:type="spellEnd"/>
      <w:r w:rsidRPr="00B0725B">
        <w:rPr>
          <w:rFonts w:ascii="Nikosh" w:hAnsi="Nikosh" w:cs="Nikosh"/>
          <w:b/>
          <w:sz w:val="24"/>
          <w:szCs w:val="24"/>
        </w:rPr>
        <w:t>়</w:t>
      </w:r>
    </w:p>
    <w:p w:rsidR="00032FF1" w:rsidRPr="00B0725B" w:rsidRDefault="001516B4" w:rsidP="001516B4">
      <w:pPr>
        <w:spacing w:after="0" w:line="240" w:lineRule="auto"/>
        <w:jc w:val="center"/>
        <w:rPr>
          <w:rFonts w:ascii="Nikosh" w:hAnsi="Nikosh" w:cs="Nikosh"/>
          <w:b/>
          <w:sz w:val="24"/>
          <w:szCs w:val="24"/>
        </w:rPr>
      </w:pPr>
      <w:proofErr w:type="spellStart"/>
      <w:r w:rsidRPr="00B0725B">
        <w:rPr>
          <w:rFonts w:ascii="Nikosh" w:hAnsi="Nikosh" w:cs="Nikosh"/>
          <w:b/>
          <w:sz w:val="24"/>
          <w:szCs w:val="24"/>
        </w:rPr>
        <w:t>রা</w:t>
      </w:r>
      <w:proofErr w:type="gramStart"/>
      <w:r w:rsidRPr="00B0725B">
        <w:rPr>
          <w:rFonts w:ascii="Nikosh" w:hAnsi="Nikosh" w:cs="Nikosh"/>
          <w:b/>
          <w:sz w:val="24"/>
          <w:szCs w:val="24"/>
        </w:rPr>
        <w:t>মগড়</w:t>
      </w:r>
      <w:proofErr w:type="spellEnd"/>
      <w:r w:rsidRPr="00B0725B">
        <w:rPr>
          <w:rFonts w:ascii="Nikosh" w:hAnsi="Nikosh" w:cs="Nikosh"/>
          <w:b/>
          <w:sz w:val="24"/>
          <w:szCs w:val="24"/>
        </w:rPr>
        <w:t xml:space="preserve"> ,</w:t>
      </w:r>
      <w:proofErr w:type="gramEnd"/>
      <w:r w:rsidRPr="00B0725B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B0725B">
        <w:rPr>
          <w:rFonts w:ascii="Nikosh" w:hAnsi="Nikosh" w:cs="Nikosh"/>
          <w:b/>
          <w:sz w:val="24"/>
          <w:szCs w:val="24"/>
        </w:rPr>
        <w:t>খাগড়াছড়ি</w:t>
      </w:r>
      <w:proofErr w:type="spellEnd"/>
      <w:r w:rsidRPr="00B0725B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B0725B">
        <w:rPr>
          <w:rFonts w:ascii="Nikosh" w:hAnsi="Nikosh" w:cs="Nikosh"/>
          <w:b/>
          <w:sz w:val="24"/>
          <w:szCs w:val="24"/>
        </w:rPr>
        <w:t>পার্বত্য</w:t>
      </w:r>
      <w:proofErr w:type="spellEnd"/>
      <w:r w:rsidRPr="00B0725B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B0725B">
        <w:rPr>
          <w:rFonts w:ascii="Nikosh" w:hAnsi="Nikosh" w:cs="Nikosh"/>
          <w:b/>
          <w:sz w:val="24"/>
          <w:szCs w:val="24"/>
        </w:rPr>
        <w:t>জেলা</w:t>
      </w:r>
      <w:proofErr w:type="spellEnd"/>
      <w:r w:rsidRPr="00B0725B">
        <w:rPr>
          <w:rFonts w:ascii="Nikosh" w:hAnsi="Nikosh" w:cs="Nikosh"/>
          <w:b/>
          <w:sz w:val="24"/>
          <w:szCs w:val="24"/>
        </w:rPr>
        <w:t xml:space="preserve"> ।</w:t>
      </w:r>
    </w:p>
    <w:p w:rsidR="00326680" w:rsidRPr="00B0725B" w:rsidRDefault="00EA59C4" w:rsidP="001516B4">
      <w:pPr>
        <w:spacing w:after="0" w:line="240" w:lineRule="auto"/>
        <w:jc w:val="center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b/>
          <w:sz w:val="24"/>
          <w:szCs w:val="24"/>
        </w:rPr>
        <w:t>www.dss</w:t>
      </w:r>
      <w:r w:rsidR="00032FF1" w:rsidRPr="00B0725B">
        <w:rPr>
          <w:rFonts w:ascii="Nikosh" w:hAnsi="Nikosh" w:cs="Nikosh"/>
          <w:b/>
          <w:sz w:val="24"/>
          <w:szCs w:val="24"/>
        </w:rPr>
        <w:t>.ramgarh.khagrachhari.gov.bd</w:t>
      </w:r>
      <w:r w:rsidR="000045F0" w:rsidRPr="00B0725B">
        <w:rPr>
          <w:rFonts w:ascii="Nikosh" w:hAnsi="Nikosh" w:cs="Nikosh"/>
          <w:b/>
          <w:sz w:val="24"/>
          <w:szCs w:val="24"/>
        </w:rPr>
        <w:br/>
      </w:r>
      <w:r w:rsidR="000045F0" w:rsidRPr="00B0725B">
        <w:rPr>
          <w:rFonts w:ascii="Nikosh" w:hAnsi="Nikosh" w:cs="Nikosh"/>
          <w:b/>
          <w:sz w:val="24"/>
          <w:szCs w:val="24"/>
        </w:rPr>
        <w:br/>
      </w:r>
      <w:proofErr w:type="spellStart"/>
      <w:r w:rsidR="000045F0" w:rsidRPr="00B0725B">
        <w:rPr>
          <w:rFonts w:ascii="Nikosh" w:hAnsi="Nikosh" w:cs="Nikosh"/>
          <w:b/>
          <w:color w:val="003366"/>
          <w:sz w:val="24"/>
          <w:szCs w:val="24"/>
        </w:rPr>
        <w:t>ফ্যামিলি</w:t>
      </w:r>
      <w:proofErr w:type="spellEnd"/>
      <w:r w:rsidR="000045F0" w:rsidRPr="00B0725B">
        <w:rPr>
          <w:rFonts w:ascii="Nikosh" w:hAnsi="Nikosh" w:cs="Nikosh"/>
          <w:b/>
          <w:color w:val="003366"/>
          <w:sz w:val="24"/>
          <w:szCs w:val="24"/>
        </w:rPr>
        <w:t xml:space="preserve"> </w:t>
      </w:r>
      <w:proofErr w:type="spellStart"/>
      <w:r w:rsidR="000045F0" w:rsidRPr="00B0725B">
        <w:rPr>
          <w:rFonts w:ascii="Nikosh" w:hAnsi="Nikosh" w:cs="Nikosh"/>
          <w:b/>
          <w:color w:val="003366"/>
          <w:sz w:val="24"/>
          <w:szCs w:val="24"/>
        </w:rPr>
        <w:t>কার্ড</w:t>
      </w:r>
      <w:proofErr w:type="spellEnd"/>
      <w:r w:rsidR="000045F0" w:rsidRPr="00B0725B">
        <w:rPr>
          <w:rFonts w:ascii="Nikosh" w:hAnsi="Nikosh" w:cs="Nikosh"/>
          <w:b/>
          <w:color w:val="003366"/>
          <w:sz w:val="24"/>
          <w:szCs w:val="24"/>
        </w:rPr>
        <w:t xml:space="preserve"> </w:t>
      </w:r>
      <w:proofErr w:type="spellStart"/>
      <w:r w:rsidR="000045F0" w:rsidRPr="00B0725B">
        <w:rPr>
          <w:rFonts w:ascii="Nikosh" w:hAnsi="Nikosh" w:cs="Nikosh"/>
          <w:b/>
          <w:color w:val="003366"/>
          <w:sz w:val="24"/>
          <w:szCs w:val="24"/>
        </w:rPr>
        <w:t>শুমারি</w:t>
      </w:r>
      <w:proofErr w:type="spellEnd"/>
      <w:r w:rsidR="000045F0" w:rsidRPr="00B0725B">
        <w:rPr>
          <w:rFonts w:ascii="Nikosh" w:hAnsi="Nikosh" w:cs="Nikosh"/>
          <w:b/>
          <w:color w:val="003366"/>
          <w:sz w:val="24"/>
          <w:szCs w:val="24"/>
        </w:rPr>
        <w:t xml:space="preserve"> ২০২৬: তথ্য সংগ্রহকারী / সুপারভাইজার পদের আবেদন ফরম</w:t>
      </w:r>
    </w:p>
    <w:tbl>
      <w:tblPr>
        <w:tblW w:w="0" w:type="auto"/>
        <w:jc w:val="center"/>
        <w:tblLayout w:type="fixed"/>
        <w:tblLook w:val="04A0"/>
      </w:tblPr>
      <w:tblGrid>
        <w:gridCol w:w="6354"/>
        <w:gridCol w:w="2383"/>
      </w:tblGrid>
      <w:tr w:rsidR="00326680" w:rsidRPr="00B0725B" w:rsidTr="00E65F42">
        <w:trPr>
          <w:trHeight w:val="1164"/>
          <w:jc w:val="center"/>
        </w:trPr>
        <w:tc>
          <w:tcPr>
            <w:tcW w:w="6354" w:type="dxa"/>
          </w:tcPr>
          <w:p w:rsidR="00326680" w:rsidRPr="00B0725B" w:rsidRDefault="000045F0">
            <w:pPr>
              <w:spacing w:line="288" w:lineRule="auto"/>
              <w:rPr>
                <w:rFonts w:ascii="Nikosh" w:hAnsi="Nikosh" w:cs="Nikosh"/>
                <w:sz w:val="24"/>
                <w:szCs w:val="24"/>
              </w:rPr>
            </w:pPr>
            <w:r w:rsidRPr="00B0725B">
              <w:rPr>
                <w:rFonts w:ascii="Nikosh" w:hAnsi="Nikosh" w:cs="Nikosh"/>
                <w:sz w:val="24"/>
                <w:szCs w:val="24"/>
              </w:rPr>
              <w:t>বরাবর,</w:t>
            </w:r>
            <w:r w:rsidRPr="00B0725B">
              <w:rPr>
                <w:rFonts w:ascii="Nikosh" w:hAnsi="Nikosh" w:cs="Nikosh"/>
                <w:sz w:val="24"/>
                <w:szCs w:val="24"/>
              </w:rPr>
              <w:br/>
              <w:t>উপজেলা/শহর সমাজসেবা অফিসার</w:t>
            </w:r>
            <w:r w:rsidRPr="00B0725B">
              <w:rPr>
                <w:rFonts w:ascii="Nikosh" w:hAnsi="Nikosh" w:cs="Nikosh"/>
                <w:sz w:val="24"/>
                <w:szCs w:val="24"/>
              </w:rPr>
              <w:br/>
              <w:t xml:space="preserve">এবং সদস্য-সচিব, </w:t>
            </w:r>
            <w:proofErr w:type="spellStart"/>
            <w:r w:rsidRPr="00B0725B">
              <w:rPr>
                <w:rFonts w:ascii="Nikosh" w:hAnsi="Nikosh" w:cs="Nikosh"/>
                <w:sz w:val="24"/>
                <w:szCs w:val="24"/>
              </w:rPr>
              <w:t>উপজেলা</w:t>
            </w:r>
            <w:proofErr w:type="spellEnd"/>
            <w:r w:rsidRPr="00B0725B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B0725B">
              <w:rPr>
                <w:rFonts w:ascii="Nikosh" w:hAnsi="Nikosh" w:cs="Nikosh"/>
                <w:sz w:val="24"/>
                <w:szCs w:val="24"/>
              </w:rPr>
              <w:t>শহর</w:t>
            </w:r>
            <w:proofErr w:type="spellEnd"/>
            <w:r w:rsidRPr="00B0725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B0725B">
              <w:rPr>
                <w:rFonts w:ascii="Nikosh" w:hAnsi="Nikosh" w:cs="Nikosh"/>
                <w:sz w:val="24"/>
                <w:szCs w:val="24"/>
              </w:rPr>
              <w:t>ফ্যামিলি</w:t>
            </w:r>
            <w:proofErr w:type="spellEnd"/>
            <w:r w:rsidRPr="00B0725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B0725B">
              <w:rPr>
                <w:rFonts w:ascii="Nikosh" w:hAnsi="Nikosh" w:cs="Nikosh"/>
                <w:sz w:val="24"/>
                <w:szCs w:val="24"/>
              </w:rPr>
              <w:t>কার্ড</w:t>
            </w:r>
            <w:proofErr w:type="spellEnd"/>
            <w:r w:rsidRPr="00B0725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B0725B">
              <w:rPr>
                <w:rFonts w:ascii="Nikosh" w:hAnsi="Nikosh" w:cs="Nikosh"/>
                <w:sz w:val="24"/>
                <w:szCs w:val="24"/>
              </w:rPr>
              <w:t>কমিটি</w:t>
            </w:r>
            <w:proofErr w:type="spellEnd"/>
            <w:r w:rsidRPr="00B0725B">
              <w:rPr>
                <w:rFonts w:ascii="Nikosh" w:hAnsi="Nikosh" w:cs="Nikosh"/>
                <w:sz w:val="24"/>
                <w:szCs w:val="24"/>
              </w:rPr>
              <w:br/>
            </w:r>
            <w:proofErr w:type="spellStart"/>
            <w:r w:rsidRPr="00B0725B">
              <w:rPr>
                <w:rFonts w:ascii="Nikosh" w:hAnsi="Nikosh" w:cs="Nikosh"/>
                <w:sz w:val="24"/>
                <w:szCs w:val="24"/>
              </w:rPr>
              <w:t>উপজেলা</w:t>
            </w:r>
            <w:proofErr w:type="spellEnd"/>
            <w:r w:rsidRPr="00B0725B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="00734647" w:rsidRPr="00B0725B">
              <w:rPr>
                <w:rFonts w:ascii="Nikosh" w:hAnsi="Nikosh" w:cs="Nikosh"/>
                <w:sz w:val="24"/>
                <w:szCs w:val="24"/>
              </w:rPr>
              <w:t>রামগড়</w:t>
            </w:r>
            <w:proofErr w:type="spellEnd"/>
            <w:r w:rsidR="00734647" w:rsidRPr="00B0725B">
              <w:rPr>
                <w:rFonts w:ascii="Nikosh" w:hAnsi="Nikosh" w:cs="Nikosh"/>
                <w:sz w:val="24"/>
                <w:szCs w:val="24"/>
              </w:rPr>
              <w:t xml:space="preserve"> ,</w:t>
            </w:r>
            <w:r w:rsidRPr="00B0725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B0725B">
              <w:rPr>
                <w:rFonts w:ascii="Nikosh" w:hAnsi="Nikosh" w:cs="Nikosh"/>
                <w:sz w:val="24"/>
                <w:szCs w:val="24"/>
              </w:rPr>
              <w:t>জেলা</w:t>
            </w:r>
            <w:proofErr w:type="spellEnd"/>
            <w:r w:rsidR="00734647" w:rsidRPr="00B0725B">
              <w:rPr>
                <w:rFonts w:ascii="Nikosh" w:hAnsi="Nikosh" w:cs="Nikosh"/>
                <w:sz w:val="24"/>
                <w:szCs w:val="24"/>
              </w:rPr>
              <w:t xml:space="preserve">:  </w:t>
            </w:r>
            <w:proofErr w:type="spellStart"/>
            <w:r w:rsidR="00734647" w:rsidRPr="00B0725B">
              <w:rPr>
                <w:rFonts w:ascii="Nikosh" w:hAnsi="Nikosh" w:cs="Nikosh"/>
                <w:sz w:val="24"/>
                <w:szCs w:val="24"/>
              </w:rPr>
              <w:t>খাগড়াছড়ি</w:t>
            </w:r>
            <w:proofErr w:type="spellEnd"/>
            <w:r w:rsidR="00734647" w:rsidRPr="00B0725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734647" w:rsidRPr="00B0725B">
              <w:rPr>
                <w:rFonts w:ascii="Nikosh" w:hAnsi="Nikosh" w:cs="Nikosh"/>
                <w:sz w:val="24"/>
                <w:szCs w:val="24"/>
              </w:rPr>
              <w:t>পার্বত্য</w:t>
            </w:r>
            <w:proofErr w:type="spellEnd"/>
            <w:r w:rsidR="00734647" w:rsidRPr="00B0725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734647" w:rsidRPr="00B0725B">
              <w:rPr>
                <w:rFonts w:ascii="Nikosh" w:hAnsi="Nikosh" w:cs="Nikosh"/>
                <w:sz w:val="24"/>
                <w:szCs w:val="24"/>
              </w:rPr>
              <w:t>জেলা</w:t>
            </w:r>
            <w:proofErr w:type="spellEnd"/>
            <w:r w:rsidR="00734647" w:rsidRPr="00B0725B">
              <w:rPr>
                <w:rFonts w:ascii="Nikosh" w:hAnsi="Nikosh" w:cs="Nikosh"/>
                <w:sz w:val="24"/>
                <w:szCs w:val="24"/>
              </w:rPr>
              <w:t xml:space="preserve"> ।</w:t>
            </w:r>
            <w:r w:rsidRPr="00B0725B">
              <w:rPr>
                <w:rFonts w:ascii="Nikosh" w:hAnsi="Nikosh" w:cs="Nikosh"/>
                <w:sz w:val="24"/>
                <w:szCs w:val="24"/>
              </w:rPr>
              <w:br/>
            </w:r>
            <w:r w:rsidRPr="00B0725B">
              <w:rPr>
                <w:rFonts w:ascii="Nikosh" w:hAnsi="Nikosh" w:cs="Nikosh"/>
                <w:sz w:val="24"/>
                <w:szCs w:val="24"/>
              </w:rPr>
              <w:br/>
            </w:r>
          </w:p>
        </w:tc>
        <w:tc>
          <w:tcPr>
            <w:tcW w:w="23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326680" w:rsidRPr="00B0725B" w:rsidRDefault="000045F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0725B">
              <w:rPr>
                <w:rFonts w:ascii="Nikosh" w:hAnsi="Nikosh" w:cs="Nikosh"/>
                <w:color w:val="646464"/>
                <w:sz w:val="24"/>
                <w:szCs w:val="24"/>
              </w:rPr>
              <w:br/>
            </w:r>
            <w:r w:rsidRPr="00B0725B">
              <w:rPr>
                <w:rFonts w:ascii="Nikosh" w:hAnsi="Nikosh" w:cs="Nikosh"/>
                <w:color w:val="646464"/>
                <w:sz w:val="24"/>
                <w:szCs w:val="24"/>
              </w:rPr>
              <w:br/>
              <w:t>এখানে ২ কপি</w:t>
            </w:r>
            <w:r w:rsidRPr="00B0725B">
              <w:rPr>
                <w:rFonts w:ascii="Nikosh" w:hAnsi="Nikosh" w:cs="Nikosh"/>
                <w:color w:val="646464"/>
                <w:sz w:val="24"/>
                <w:szCs w:val="24"/>
              </w:rPr>
              <w:br/>
              <w:t>পাসপোর্ট সাইজের</w:t>
            </w:r>
            <w:r w:rsidRPr="00B0725B">
              <w:rPr>
                <w:rFonts w:ascii="Nikosh" w:hAnsi="Nikosh" w:cs="Nikosh"/>
                <w:color w:val="646464"/>
                <w:sz w:val="24"/>
                <w:szCs w:val="24"/>
              </w:rPr>
              <w:br/>
              <w:t>ছবি আঠা দিয়ে</w:t>
            </w:r>
            <w:r w:rsidRPr="00B0725B">
              <w:rPr>
                <w:rFonts w:ascii="Nikosh" w:hAnsi="Nikosh" w:cs="Nikosh"/>
                <w:color w:val="646464"/>
                <w:sz w:val="24"/>
                <w:szCs w:val="24"/>
              </w:rPr>
              <w:br/>
              <w:t>সংযুক্ত করুন</w:t>
            </w:r>
            <w:r w:rsidRPr="00B0725B">
              <w:rPr>
                <w:rFonts w:ascii="Nikosh" w:hAnsi="Nikosh" w:cs="Nikosh"/>
                <w:color w:val="646464"/>
                <w:sz w:val="24"/>
                <w:szCs w:val="24"/>
              </w:rPr>
              <w:br/>
            </w:r>
            <w:r w:rsidRPr="00B0725B">
              <w:rPr>
                <w:rFonts w:ascii="Nikosh" w:hAnsi="Nikosh" w:cs="Nikosh"/>
                <w:color w:val="646464"/>
                <w:sz w:val="24"/>
                <w:szCs w:val="24"/>
              </w:rPr>
              <w:br/>
            </w:r>
          </w:p>
        </w:tc>
      </w:tr>
    </w:tbl>
    <w:p w:rsidR="00326680" w:rsidRPr="00B0725B" w:rsidRDefault="000045F0">
      <w:pPr>
        <w:spacing w:before="200"/>
        <w:rPr>
          <w:rFonts w:ascii="Nikosh" w:hAnsi="Nikosh" w:cs="Nikosh"/>
          <w:sz w:val="24"/>
          <w:szCs w:val="24"/>
        </w:rPr>
      </w:pPr>
      <w:proofErr w:type="spellStart"/>
      <w:r w:rsidRPr="00B0725B">
        <w:rPr>
          <w:rFonts w:ascii="Nikosh" w:hAnsi="Nikosh" w:cs="Nikosh"/>
          <w:b/>
          <w:sz w:val="24"/>
          <w:szCs w:val="24"/>
        </w:rPr>
        <w:t>বিষয</w:t>
      </w:r>
      <w:proofErr w:type="spellEnd"/>
      <w:r w:rsidRPr="00B0725B">
        <w:rPr>
          <w:rFonts w:ascii="Nikosh" w:hAnsi="Nikosh" w:cs="Nikosh"/>
          <w:b/>
          <w:sz w:val="24"/>
          <w:szCs w:val="24"/>
        </w:rPr>
        <w:t xml:space="preserve">়: </w:t>
      </w:r>
      <w:proofErr w:type="spellStart"/>
      <w:r w:rsidRPr="00B0725B">
        <w:rPr>
          <w:rFonts w:ascii="Nikosh" w:hAnsi="Nikosh" w:cs="Nikosh"/>
          <w:b/>
          <w:sz w:val="24"/>
          <w:szCs w:val="24"/>
        </w:rPr>
        <w:t>ফ্যামিলি</w:t>
      </w:r>
      <w:proofErr w:type="spellEnd"/>
      <w:r w:rsidRPr="00B0725B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B0725B">
        <w:rPr>
          <w:rFonts w:ascii="Nikosh" w:hAnsi="Nikosh" w:cs="Nikosh"/>
          <w:b/>
          <w:sz w:val="24"/>
          <w:szCs w:val="24"/>
        </w:rPr>
        <w:t>কার্ড</w:t>
      </w:r>
      <w:proofErr w:type="spellEnd"/>
      <w:r w:rsidRPr="00B0725B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B0725B">
        <w:rPr>
          <w:rFonts w:ascii="Nikosh" w:hAnsi="Nikosh" w:cs="Nikosh"/>
          <w:b/>
          <w:sz w:val="24"/>
          <w:szCs w:val="24"/>
        </w:rPr>
        <w:t>শুমারি</w:t>
      </w:r>
      <w:proofErr w:type="spellEnd"/>
      <w:r w:rsidRPr="00B0725B">
        <w:rPr>
          <w:rFonts w:ascii="Nikosh" w:hAnsi="Nikosh" w:cs="Nikosh"/>
          <w:b/>
          <w:sz w:val="24"/>
          <w:szCs w:val="24"/>
        </w:rPr>
        <w:t xml:space="preserve"> ২০২৬-এর তথ্য সংগ্রহকারী / সুপারভাইজার পদে নিয়োগের জন্য আবেদন।</w:t>
      </w:r>
    </w:p>
    <w:p w:rsidR="00326680" w:rsidRPr="00B0725B" w:rsidRDefault="000045F0">
      <w:pPr>
        <w:rPr>
          <w:rFonts w:ascii="Nikosh" w:hAnsi="Nikosh" w:cs="Nikosh"/>
          <w:sz w:val="24"/>
          <w:szCs w:val="24"/>
        </w:rPr>
      </w:pPr>
      <w:r w:rsidRPr="00B0725B">
        <w:rPr>
          <w:rFonts w:ascii="Nikosh" w:hAnsi="Nikosh" w:cs="Nikosh"/>
          <w:sz w:val="24"/>
          <w:szCs w:val="24"/>
        </w:rPr>
        <w:t>মহোদয়</w:t>
      </w:r>
      <w:proofErr w:type="gramStart"/>
      <w:r w:rsidRPr="00B0725B">
        <w:rPr>
          <w:rFonts w:ascii="Nikosh" w:hAnsi="Nikosh" w:cs="Nikosh"/>
          <w:sz w:val="24"/>
          <w:szCs w:val="24"/>
        </w:rPr>
        <w:t>,</w:t>
      </w:r>
      <w:proofErr w:type="gramEnd"/>
      <w:r w:rsidRPr="00B0725B">
        <w:rPr>
          <w:rFonts w:ascii="Nikosh" w:hAnsi="Nikosh" w:cs="Nikosh"/>
          <w:sz w:val="24"/>
          <w:szCs w:val="24"/>
        </w:rPr>
        <w:br/>
        <w:t>বিনীত নিবেদন এই যে, আপনার কার্যালয়ের বিজ্ঞপ্তি অনুসারে ফ্যামিলি কার্ড শুমারি ২০২৬-এর তথ্য সংগ্রহকারী / সুপারভাইজার (কাঙ্খিত পদের পাশে টিক চিহ্ণ দিন) পদে দায়িত্ব পালনে আমি আগ্রহী। আমার প্রয়োজনীয় তথ্যাবলী নিচে প্রদান করা হলো:</w:t>
      </w:r>
    </w:p>
    <w:tbl>
      <w:tblPr>
        <w:tblW w:w="0" w:type="auto"/>
        <w:jc w:val="center"/>
        <w:tblLayout w:type="fixed"/>
        <w:tblLook w:val="04A0"/>
      </w:tblPr>
      <w:tblGrid>
        <w:gridCol w:w="3312"/>
        <w:gridCol w:w="6480"/>
      </w:tblGrid>
      <w:tr w:rsidR="00326680" w:rsidRPr="00B0725B">
        <w:trPr>
          <w:jc w:val="center"/>
        </w:trPr>
        <w:tc>
          <w:tcPr>
            <w:tcW w:w="33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326680" w:rsidRPr="00B0725B" w:rsidRDefault="000045F0">
            <w:pPr>
              <w:spacing w:before="40" w:after="40"/>
              <w:rPr>
                <w:rFonts w:ascii="Nikosh" w:hAnsi="Nikosh" w:cs="Nikosh"/>
                <w:sz w:val="24"/>
                <w:szCs w:val="24"/>
              </w:rPr>
            </w:pPr>
            <w:r w:rsidRPr="00B0725B">
              <w:rPr>
                <w:rFonts w:ascii="Nikosh" w:hAnsi="Nikosh" w:cs="Nikosh"/>
                <w:b/>
                <w:sz w:val="24"/>
                <w:szCs w:val="24"/>
              </w:rPr>
              <w:t>১. আবেদনকৃত পদ</w:t>
            </w:r>
          </w:p>
        </w:tc>
        <w:tc>
          <w:tcPr>
            <w:tcW w:w="6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326680" w:rsidRPr="00B0725B" w:rsidRDefault="000045F0">
            <w:pPr>
              <w:spacing w:before="40" w:after="40"/>
              <w:rPr>
                <w:rFonts w:ascii="Nikosh" w:hAnsi="Nikosh" w:cs="Nikosh"/>
                <w:sz w:val="24"/>
                <w:szCs w:val="24"/>
              </w:rPr>
            </w:pPr>
            <w:r w:rsidRPr="00B0725B">
              <w:rPr>
                <w:rFonts w:ascii="Nikosh" w:hAnsi="Nikosh" w:cs="Nikosh"/>
                <w:sz w:val="24"/>
                <w:szCs w:val="24"/>
              </w:rPr>
              <w:t>[  ] তথ্য সংগ্রহকারী    [  ] সুপারভাইজার</w:t>
            </w:r>
          </w:p>
        </w:tc>
      </w:tr>
      <w:tr w:rsidR="00326680" w:rsidRPr="00B0725B">
        <w:trPr>
          <w:jc w:val="center"/>
        </w:trPr>
        <w:tc>
          <w:tcPr>
            <w:tcW w:w="33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326680" w:rsidRPr="00B0725B" w:rsidRDefault="000045F0">
            <w:pPr>
              <w:spacing w:before="40" w:after="40"/>
              <w:rPr>
                <w:rFonts w:ascii="Nikosh" w:hAnsi="Nikosh" w:cs="Nikosh"/>
                <w:sz w:val="24"/>
                <w:szCs w:val="24"/>
              </w:rPr>
            </w:pPr>
            <w:r w:rsidRPr="00B0725B">
              <w:rPr>
                <w:rFonts w:ascii="Nikosh" w:hAnsi="Nikosh" w:cs="Nikosh"/>
                <w:b/>
                <w:sz w:val="24"/>
                <w:szCs w:val="24"/>
              </w:rPr>
              <w:t>২. আবেদনকারীর নাম (বাংলায়)</w:t>
            </w:r>
          </w:p>
        </w:tc>
        <w:tc>
          <w:tcPr>
            <w:tcW w:w="6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326680" w:rsidRPr="00B0725B" w:rsidRDefault="00326680">
            <w:pPr>
              <w:spacing w:before="40" w:after="40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26680" w:rsidRPr="00B0725B">
        <w:trPr>
          <w:jc w:val="center"/>
        </w:trPr>
        <w:tc>
          <w:tcPr>
            <w:tcW w:w="33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326680" w:rsidRPr="00B0725B" w:rsidRDefault="000045F0">
            <w:pPr>
              <w:spacing w:before="40" w:after="40"/>
              <w:rPr>
                <w:rFonts w:ascii="Nikosh" w:hAnsi="Nikosh" w:cs="Nikosh"/>
                <w:sz w:val="24"/>
                <w:szCs w:val="24"/>
              </w:rPr>
            </w:pPr>
            <w:r w:rsidRPr="00B0725B">
              <w:rPr>
                <w:rFonts w:ascii="Nikosh" w:hAnsi="Nikosh" w:cs="Nikosh"/>
                <w:b/>
                <w:sz w:val="24"/>
                <w:szCs w:val="24"/>
              </w:rPr>
              <w:t xml:space="preserve">   (ইংরেজি বড় অক্ষরে)</w:t>
            </w:r>
          </w:p>
        </w:tc>
        <w:tc>
          <w:tcPr>
            <w:tcW w:w="6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326680" w:rsidRPr="00B0725B" w:rsidRDefault="00326680">
            <w:pPr>
              <w:spacing w:before="40" w:after="40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26680" w:rsidRPr="00B0725B">
        <w:trPr>
          <w:jc w:val="center"/>
        </w:trPr>
        <w:tc>
          <w:tcPr>
            <w:tcW w:w="33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326680" w:rsidRPr="00B0725B" w:rsidRDefault="000045F0">
            <w:pPr>
              <w:spacing w:before="40" w:after="40"/>
              <w:rPr>
                <w:rFonts w:ascii="Nikosh" w:hAnsi="Nikosh" w:cs="Nikosh"/>
                <w:sz w:val="24"/>
                <w:szCs w:val="24"/>
              </w:rPr>
            </w:pPr>
            <w:r w:rsidRPr="00B0725B">
              <w:rPr>
                <w:rFonts w:ascii="Nikosh" w:hAnsi="Nikosh" w:cs="Nikosh"/>
                <w:b/>
                <w:sz w:val="24"/>
                <w:szCs w:val="24"/>
              </w:rPr>
              <w:t>৩. পিতা/স্বামীর নাম</w:t>
            </w:r>
          </w:p>
        </w:tc>
        <w:tc>
          <w:tcPr>
            <w:tcW w:w="6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326680" w:rsidRPr="00B0725B" w:rsidRDefault="00326680">
            <w:pPr>
              <w:spacing w:before="40" w:after="40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26680" w:rsidRPr="00B0725B">
        <w:trPr>
          <w:jc w:val="center"/>
        </w:trPr>
        <w:tc>
          <w:tcPr>
            <w:tcW w:w="33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326680" w:rsidRPr="00B0725B" w:rsidRDefault="000045F0">
            <w:pPr>
              <w:spacing w:before="40" w:after="40"/>
              <w:rPr>
                <w:rFonts w:ascii="Nikosh" w:hAnsi="Nikosh" w:cs="Nikosh"/>
                <w:sz w:val="24"/>
                <w:szCs w:val="24"/>
              </w:rPr>
            </w:pPr>
            <w:r w:rsidRPr="00B0725B">
              <w:rPr>
                <w:rFonts w:ascii="Nikosh" w:hAnsi="Nikosh" w:cs="Nikosh"/>
                <w:b/>
                <w:sz w:val="24"/>
                <w:szCs w:val="24"/>
              </w:rPr>
              <w:t>৪. মাতার নাম</w:t>
            </w:r>
          </w:p>
        </w:tc>
        <w:tc>
          <w:tcPr>
            <w:tcW w:w="6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326680" w:rsidRPr="00B0725B" w:rsidRDefault="00326680">
            <w:pPr>
              <w:spacing w:before="40" w:after="40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26680" w:rsidRPr="00B0725B">
        <w:trPr>
          <w:jc w:val="center"/>
        </w:trPr>
        <w:tc>
          <w:tcPr>
            <w:tcW w:w="33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326680" w:rsidRPr="00B0725B" w:rsidRDefault="000045F0">
            <w:pPr>
              <w:spacing w:before="40" w:after="40"/>
              <w:rPr>
                <w:rFonts w:ascii="Nikosh" w:hAnsi="Nikosh" w:cs="Nikosh"/>
                <w:sz w:val="24"/>
                <w:szCs w:val="24"/>
              </w:rPr>
            </w:pPr>
            <w:r w:rsidRPr="00B0725B">
              <w:rPr>
                <w:rFonts w:ascii="Nikosh" w:hAnsi="Nikosh" w:cs="Nikosh"/>
                <w:b/>
                <w:sz w:val="24"/>
                <w:szCs w:val="24"/>
              </w:rPr>
              <w:t>৫. জাতীয় পরিচয়পত্র (NID) নম্বর</w:t>
            </w:r>
          </w:p>
        </w:tc>
        <w:tc>
          <w:tcPr>
            <w:tcW w:w="6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326680" w:rsidRPr="00B0725B" w:rsidRDefault="00326680">
            <w:pPr>
              <w:spacing w:before="40" w:after="40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26680" w:rsidRPr="00B0725B">
        <w:trPr>
          <w:jc w:val="center"/>
        </w:trPr>
        <w:tc>
          <w:tcPr>
            <w:tcW w:w="33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326680" w:rsidRPr="00B0725B" w:rsidRDefault="000045F0">
            <w:pPr>
              <w:spacing w:before="40" w:after="40"/>
              <w:rPr>
                <w:rFonts w:ascii="Nikosh" w:hAnsi="Nikosh" w:cs="Nikosh"/>
                <w:sz w:val="24"/>
                <w:szCs w:val="24"/>
              </w:rPr>
            </w:pPr>
            <w:r w:rsidRPr="00B0725B">
              <w:rPr>
                <w:rFonts w:ascii="Nikosh" w:hAnsi="Nikosh" w:cs="Nikosh"/>
                <w:b/>
                <w:sz w:val="24"/>
                <w:szCs w:val="24"/>
              </w:rPr>
              <w:t>৬. জন্ম তারিখ ও বয়স</w:t>
            </w:r>
          </w:p>
        </w:tc>
        <w:tc>
          <w:tcPr>
            <w:tcW w:w="6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326680" w:rsidRPr="00B0725B" w:rsidRDefault="000045F0">
            <w:pPr>
              <w:spacing w:before="40" w:after="40"/>
              <w:rPr>
                <w:rFonts w:ascii="Nikosh" w:hAnsi="Nikosh" w:cs="Nikosh"/>
                <w:sz w:val="24"/>
                <w:szCs w:val="24"/>
              </w:rPr>
            </w:pPr>
            <w:r w:rsidRPr="00B0725B">
              <w:rPr>
                <w:rFonts w:ascii="Nikosh" w:hAnsi="Nikosh" w:cs="Nikosh"/>
                <w:sz w:val="24"/>
                <w:szCs w:val="24"/>
              </w:rPr>
              <w:t xml:space="preserve">তারিখ: ...../...../..........  </w:t>
            </w:r>
            <w:proofErr w:type="gramStart"/>
            <w:r w:rsidRPr="00B0725B">
              <w:rPr>
                <w:rFonts w:ascii="Nikosh" w:hAnsi="Nikosh" w:cs="Nikosh"/>
                <w:sz w:val="24"/>
                <w:szCs w:val="24"/>
              </w:rPr>
              <w:t>|  বয</w:t>
            </w:r>
            <w:proofErr w:type="gramEnd"/>
            <w:r w:rsidRPr="00B0725B">
              <w:rPr>
                <w:rFonts w:ascii="Nikosh" w:hAnsi="Nikosh" w:cs="Nikosh"/>
                <w:sz w:val="24"/>
                <w:szCs w:val="24"/>
              </w:rPr>
              <w:t>়স: ..... বছর</w:t>
            </w:r>
          </w:p>
        </w:tc>
      </w:tr>
      <w:tr w:rsidR="00326680" w:rsidRPr="00B0725B">
        <w:trPr>
          <w:jc w:val="center"/>
        </w:trPr>
        <w:tc>
          <w:tcPr>
            <w:tcW w:w="33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326680" w:rsidRPr="00B0725B" w:rsidRDefault="000045F0">
            <w:pPr>
              <w:spacing w:before="40" w:after="40"/>
              <w:rPr>
                <w:rFonts w:ascii="Nikosh" w:hAnsi="Nikosh" w:cs="Nikosh"/>
                <w:sz w:val="24"/>
                <w:szCs w:val="24"/>
              </w:rPr>
            </w:pPr>
            <w:r w:rsidRPr="00B0725B">
              <w:rPr>
                <w:rFonts w:ascii="Nikosh" w:hAnsi="Nikosh" w:cs="Nikosh"/>
                <w:b/>
                <w:sz w:val="24"/>
                <w:szCs w:val="24"/>
              </w:rPr>
              <w:t>৭. মোবাইল নম্বর</w:t>
            </w:r>
          </w:p>
        </w:tc>
        <w:tc>
          <w:tcPr>
            <w:tcW w:w="6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326680" w:rsidRPr="00B0725B" w:rsidRDefault="00326680">
            <w:pPr>
              <w:spacing w:before="40" w:after="40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26680" w:rsidRPr="00B0725B">
        <w:trPr>
          <w:jc w:val="center"/>
        </w:trPr>
        <w:tc>
          <w:tcPr>
            <w:tcW w:w="33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326680" w:rsidRPr="00B0725B" w:rsidRDefault="000045F0">
            <w:pPr>
              <w:spacing w:before="40" w:after="40"/>
              <w:rPr>
                <w:rFonts w:ascii="Nikosh" w:hAnsi="Nikosh" w:cs="Nikosh"/>
                <w:sz w:val="24"/>
                <w:szCs w:val="24"/>
              </w:rPr>
            </w:pPr>
            <w:r w:rsidRPr="00B0725B">
              <w:rPr>
                <w:rFonts w:ascii="Nikosh" w:hAnsi="Nikosh" w:cs="Nikosh"/>
                <w:b/>
                <w:sz w:val="24"/>
                <w:szCs w:val="24"/>
              </w:rPr>
              <w:t>৮. ইমেইল ঠিকানা (যদি থাকে)</w:t>
            </w:r>
          </w:p>
        </w:tc>
        <w:tc>
          <w:tcPr>
            <w:tcW w:w="6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326680" w:rsidRPr="00B0725B" w:rsidRDefault="00326680">
            <w:pPr>
              <w:spacing w:before="40" w:after="40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26680" w:rsidRPr="00B0725B">
        <w:trPr>
          <w:jc w:val="center"/>
        </w:trPr>
        <w:tc>
          <w:tcPr>
            <w:tcW w:w="33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326680" w:rsidRPr="00B0725B" w:rsidRDefault="000045F0">
            <w:pPr>
              <w:spacing w:before="40" w:after="40"/>
              <w:rPr>
                <w:rFonts w:ascii="Nikosh" w:hAnsi="Nikosh" w:cs="Nikosh"/>
                <w:sz w:val="24"/>
                <w:szCs w:val="24"/>
              </w:rPr>
            </w:pPr>
            <w:r w:rsidRPr="00B0725B">
              <w:rPr>
                <w:rFonts w:ascii="Nikosh" w:hAnsi="Nikosh" w:cs="Nikosh"/>
                <w:b/>
                <w:sz w:val="24"/>
                <w:szCs w:val="24"/>
              </w:rPr>
              <w:t>৯. বর্তমান ঠিকানা</w:t>
            </w:r>
          </w:p>
        </w:tc>
        <w:tc>
          <w:tcPr>
            <w:tcW w:w="6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326680" w:rsidRPr="00B0725B" w:rsidRDefault="000045F0">
            <w:pPr>
              <w:spacing w:before="40" w:after="40"/>
              <w:rPr>
                <w:rFonts w:ascii="Nikosh" w:hAnsi="Nikosh" w:cs="Nikosh"/>
                <w:sz w:val="24"/>
                <w:szCs w:val="24"/>
              </w:rPr>
            </w:pPr>
            <w:r w:rsidRPr="00B0725B">
              <w:rPr>
                <w:rFonts w:ascii="Nikosh" w:hAnsi="Nikosh" w:cs="Nikosh"/>
                <w:sz w:val="24"/>
                <w:szCs w:val="24"/>
              </w:rPr>
              <w:t>গ্রাম/মহল্লা: ....................................................</w:t>
            </w:r>
            <w:r w:rsidRPr="00B0725B">
              <w:rPr>
                <w:rFonts w:ascii="Nikosh" w:hAnsi="Nikosh" w:cs="Nikosh"/>
                <w:sz w:val="24"/>
                <w:szCs w:val="24"/>
              </w:rPr>
              <w:br/>
              <w:t>ওয়ার্ড নং: ........., ইউনিয়ন/পৌরসভা: .........................</w:t>
            </w:r>
            <w:r w:rsidRPr="00B0725B">
              <w:rPr>
                <w:rFonts w:ascii="Nikosh" w:hAnsi="Nikosh" w:cs="Nikosh"/>
                <w:sz w:val="24"/>
                <w:szCs w:val="24"/>
              </w:rPr>
              <w:br/>
              <w:t>উপজেলা: ........................., জেলা: .........................</w:t>
            </w:r>
          </w:p>
        </w:tc>
      </w:tr>
      <w:tr w:rsidR="00326680" w:rsidRPr="00B0725B">
        <w:trPr>
          <w:jc w:val="center"/>
        </w:trPr>
        <w:tc>
          <w:tcPr>
            <w:tcW w:w="33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326680" w:rsidRPr="00B0725B" w:rsidRDefault="000045F0">
            <w:pPr>
              <w:spacing w:before="40" w:after="40"/>
              <w:rPr>
                <w:rFonts w:ascii="Nikosh" w:hAnsi="Nikosh" w:cs="Nikosh"/>
                <w:sz w:val="24"/>
                <w:szCs w:val="24"/>
              </w:rPr>
            </w:pPr>
            <w:r w:rsidRPr="00B0725B">
              <w:rPr>
                <w:rFonts w:ascii="Nikosh" w:hAnsi="Nikosh" w:cs="Nikosh"/>
                <w:b/>
                <w:sz w:val="24"/>
                <w:szCs w:val="24"/>
              </w:rPr>
              <w:t>১০. স্থায়ী ঠিকানা</w:t>
            </w:r>
          </w:p>
        </w:tc>
        <w:tc>
          <w:tcPr>
            <w:tcW w:w="6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326680" w:rsidRPr="00B0725B" w:rsidRDefault="000045F0">
            <w:pPr>
              <w:spacing w:before="40" w:after="40"/>
              <w:rPr>
                <w:rFonts w:ascii="Nikosh" w:hAnsi="Nikosh" w:cs="Nikosh"/>
                <w:sz w:val="24"/>
                <w:szCs w:val="24"/>
              </w:rPr>
            </w:pPr>
            <w:r w:rsidRPr="00B0725B">
              <w:rPr>
                <w:rFonts w:ascii="Nikosh" w:hAnsi="Nikosh" w:cs="Nikosh"/>
                <w:sz w:val="24"/>
                <w:szCs w:val="24"/>
              </w:rPr>
              <w:t>গ্রাম/মহল্লা: ....................................................</w:t>
            </w:r>
            <w:r w:rsidRPr="00B0725B">
              <w:rPr>
                <w:rFonts w:ascii="Nikosh" w:hAnsi="Nikosh" w:cs="Nikosh"/>
                <w:sz w:val="24"/>
                <w:szCs w:val="24"/>
              </w:rPr>
              <w:br/>
              <w:t>ওয়ার্ড নং: ........., ইউনিয়ন/পৌরসভা: .........................</w:t>
            </w:r>
            <w:r w:rsidRPr="00B0725B">
              <w:rPr>
                <w:rFonts w:ascii="Nikosh" w:hAnsi="Nikosh" w:cs="Nikosh"/>
                <w:sz w:val="24"/>
                <w:szCs w:val="24"/>
              </w:rPr>
              <w:br/>
              <w:t>উপজেলা: ........................., জেলা: .........................</w:t>
            </w:r>
          </w:p>
        </w:tc>
      </w:tr>
      <w:tr w:rsidR="00326680" w:rsidRPr="00B0725B">
        <w:trPr>
          <w:jc w:val="center"/>
        </w:trPr>
        <w:tc>
          <w:tcPr>
            <w:tcW w:w="33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326680" w:rsidRPr="00B0725B" w:rsidRDefault="000045F0">
            <w:pPr>
              <w:spacing w:before="40" w:after="40"/>
              <w:rPr>
                <w:rFonts w:ascii="Nikosh" w:hAnsi="Nikosh" w:cs="Nikosh"/>
                <w:sz w:val="24"/>
                <w:szCs w:val="24"/>
              </w:rPr>
            </w:pPr>
            <w:r w:rsidRPr="00B0725B">
              <w:rPr>
                <w:rFonts w:ascii="Nikosh" w:hAnsi="Nikosh" w:cs="Nikosh"/>
                <w:b/>
                <w:sz w:val="24"/>
                <w:szCs w:val="24"/>
              </w:rPr>
              <w:t>১১. স্মার্টফোন ও প্রযুক্তিগত দক্ষতা</w:t>
            </w:r>
          </w:p>
        </w:tc>
        <w:tc>
          <w:tcPr>
            <w:tcW w:w="6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326680" w:rsidRPr="00B0725B" w:rsidRDefault="000045F0">
            <w:pPr>
              <w:spacing w:before="40" w:after="40"/>
              <w:rPr>
                <w:rFonts w:ascii="Nikosh" w:hAnsi="Nikosh" w:cs="Nikosh"/>
                <w:sz w:val="24"/>
                <w:szCs w:val="24"/>
              </w:rPr>
            </w:pPr>
            <w:r w:rsidRPr="00B0725B">
              <w:rPr>
                <w:rFonts w:ascii="Nikosh" w:hAnsi="Nikosh" w:cs="Nikosh"/>
                <w:sz w:val="24"/>
                <w:szCs w:val="24"/>
              </w:rPr>
              <w:t>স্মার্টফোন ব্যবহারে পারদর্শী: [  ] হ্যাঁ   [  ] না</w:t>
            </w:r>
            <w:r w:rsidRPr="00B0725B">
              <w:rPr>
                <w:rFonts w:ascii="Nikosh" w:hAnsi="Nikosh" w:cs="Nikosh"/>
                <w:sz w:val="24"/>
                <w:szCs w:val="24"/>
              </w:rPr>
              <w:br/>
              <w:t>অ্যান্ড্রয়েড অ্যাপ ব্যবহারে অভিজ্ঞতা: [  ] আছে   [  ] নেই</w:t>
            </w:r>
          </w:p>
        </w:tc>
      </w:tr>
    </w:tbl>
    <w:p w:rsidR="00B0725B" w:rsidRDefault="00B0725B">
      <w:pPr>
        <w:spacing w:before="240" w:after="80"/>
        <w:rPr>
          <w:rFonts w:ascii="Nikosh" w:hAnsi="Nikosh" w:cs="Nikosh"/>
          <w:b/>
          <w:sz w:val="24"/>
          <w:szCs w:val="24"/>
        </w:rPr>
      </w:pPr>
    </w:p>
    <w:p w:rsidR="00326680" w:rsidRPr="00B0725B" w:rsidRDefault="000045F0">
      <w:pPr>
        <w:spacing w:before="240" w:after="80"/>
        <w:rPr>
          <w:rFonts w:ascii="Nikosh" w:hAnsi="Nikosh" w:cs="Nikosh"/>
          <w:sz w:val="24"/>
          <w:szCs w:val="24"/>
        </w:rPr>
      </w:pPr>
      <w:r w:rsidRPr="00B0725B">
        <w:rPr>
          <w:rFonts w:ascii="Nikosh" w:hAnsi="Nikosh" w:cs="Nikosh"/>
          <w:b/>
          <w:sz w:val="24"/>
          <w:szCs w:val="24"/>
        </w:rPr>
        <w:lastRenderedPageBreak/>
        <w:t>১২. শিক্ষাগত যোগ্যতার বিবরণ:</w:t>
      </w:r>
    </w:p>
    <w:tbl>
      <w:tblPr>
        <w:tblW w:w="0" w:type="auto"/>
        <w:jc w:val="center"/>
        <w:tblLook w:val="04A0"/>
      </w:tblPr>
      <w:tblGrid>
        <w:gridCol w:w="2592"/>
        <w:gridCol w:w="3168"/>
        <w:gridCol w:w="1728"/>
        <w:gridCol w:w="2304"/>
      </w:tblGrid>
      <w:tr w:rsidR="00326680" w:rsidRPr="00B0725B">
        <w:trPr>
          <w:jc w:val="center"/>
        </w:trPr>
        <w:tc>
          <w:tcPr>
            <w:tcW w:w="25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4F8"/>
          </w:tcPr>
          <w:p w:rsidR="00326680" w:rsidRPr="00B0725B" w:rsidRDefault="000045F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0725B">
              <w:rPr>
                <w:rFonts w:ascii="Nikosh" w:hAnsi="Nikosh" w:cs="Nikosh"/>
                <w:b/>
                <w:sz w:val="24"/>
                <w:szCs w:val="24"/>
              </w:rPr>
              <w:t>পরীক্ষার নাম</w:t>
            </w:r>
          </w:p>
        </w:tc>
        <w:tc>
          <w:tcPr>
            <w:tcW w:w="31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4F8"/>
          </w:tcPr>
          <w:p w:rsidR="00326680" w:rsidRPr="00B0725B" w:rsidRDefault="000045F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0725B">
              <w:rPr>
                <w:rFonts w:ascii="Nikosh" w:hAnsi="Nikosh" w:cs="Nikosh"/>
                <w:b/>
                <w:sz w:val="24"/>
                <w:szCs w:val="24"/>
              </w:rPr>
              <w:t>বোর্ড / বিশ্ববিদ্যালয়</w:t>
            </w:r>
          </w:p>
        </w:tc>
        <w:tc>
          <w:tcPr>
            <w:tcW w:w="17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4F8"/>
          </w:tcPr>
          <w:p w:rsidR="00326680" w:rsidRPr="00B0725B" w:rsidRDefault="000045F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0725B">
              <w:rPr>
                <w:rFonts w:ascii="Nikosh" w:hAnsi="Nikosh" w:cs="Nikosh"/>
                <w:b/>
                <w:sz w:val="24"/>
                <w:szCs w:val="24"/>
              </w:rPr>
              <w:t>পাসের সন</w:t>
            </w:r>
          </w:p>
        </w:tc>
        <w:tc>
          <w:tcPr>
            <w:tcW w:w="230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0F4F8"/>
          </w:tcPr>
          <w:p w:rsidR="00326680" w:rsidRPr="00B0725B" w:rsidRDefault="000045F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0725B">
              <w:rPr>
                <w:rFonts w:ascii="Nikosh" w:hAnsi="Nikosh" w:cs="Nikosh"/>
                <w:b/>
                <w:sz w:val="24"/>
                <w:szCs w:val="24"/>
              </w:rPr>
              <w:t>বিভাগ / জিপিএ</w:t>
            </w:r>
          </w:p>
        </w:tc>
      </w:tr>
      <w:tr w:rsidR="00326680" w:rsidRPr="00B0725B">
        <w:trPr>
          <w:jc w:val="center"/>
        </w:trPr>
        <w:tc>
          <w:tcPr>
            <w:tcW w:w="25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326680" w:rsidRPr="00B0725B" w:rsidRDefault="00326680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326680" w:rsidRPr="00B0725B" w:rsidRDefault="00326680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326680" w:rsidRPr="00B0725B" w:rsidRDefault="00326680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326680" w:rsidRPr="00B0725B" w:rsidRDefault="00326680">
            <w:pPr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26680" w:rsidRPr="001516B4">
        <w:trPr>
          <w:jc w:val="center"/>
        </w:trPr>
        <w:tc>
          <w:tcPr>
            <w:tcW w:w="25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326680" w:rsidRPr="001516B4" w:rsidRDefault="00326680">
            <w:pPr>
              <w:rPr>
                <w:rFonts w:ascii="Nikosh" w:hAnsi="Nikosh" w:cs="Nikosh"/>
              </w:rPr>
            </w:pPr>
          </w:p>
        </w:tc>
        <w:tc>
          <w:tcPr>
            <w:tcW w:w="31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326680" w:rsidRPr="001516B4" w:rsidRDefault="00326680">
            <w:pPr>
              <w:rPr>
                <w:rFonts w:ascii="Nikosh" w:hAnsi="Nikosh" w:cs="Nikosh"/>
              </w:rPr>
            </w:pPr>
          </w:p>
        </w:tc>
        <w:tc>
          <w:tcPr>
            <w:tcW w:w="17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326680" w:rsidRPr="001516B4" w:rsidRDefault="00326680">
            <w:pPr>
              <w:rPr>
                <w:rFonts w:ascii="Nikosh" w:hAnsi="Nikosh" w:cs="Nikosh"/>
              </w:rPr>
            </w:pPr>
          </w:p>
        </w:tc>
        <w:tc>
          <w:tcPr>
            <w:tcW w:w="230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326680" w:rsidRPr="001516B4" w:rsidRDefault="00326680">
            <w:pPr>
              <w:rPr>
                <w:rFonts w:ascii="Nikosh" w:hAnsi="Nikosh" w:cs="Nikosh"/>
              </w:rPr>
            </w:pPr>
          </w:p>
        </w:tc>
      </w:tr>
      <w:tr w:rsidR="00326680" w:rsidRPr="001516B4">
        <w:trPr>
          <w:jc w:val="center"/>
        </w:trPr>
        <w:tc>
          <w:tcPr>
            <w:tcW w:w="25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326680" w:rsidRPr="001516B4" w:rsidRDefault="00326680">
            <w:pPr>
              <w:rPr>
                <w:rFonts w:ascii="Nikosh" w:hAnsi="Nikosh" w:cs="Nikosh"/>
              </w:rPr>
            </w:pPr>
          </w:p>
        </w:tc>
        <w:tc>
          <w:tcPr>
            <w:tcW w:w="31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326680" w:rsidRPr="001516B4" w:rsidRDefault="00326680">
            <w:pPr>
              <w:rPr>
                <w:rFonts w:ascii="Nikosh" w:hAnsi="Nikosh" w:cs="Nikosh"/>
              </w:rPr>
            </w:pPr>
          </w:p>
        </w:tc>
        <w:tc>
          <w:tcPr>
            <w:tcW w:w="17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326680" w:rsidRPr="001516B4" w:rsidRDefault="00326680">
            <w:pPr>
              <w:rPr>
                <w:rFonts w:ascii="Nikosh" w:hAnsi="Nikosh" w:cs="Nikosh"/>
              </w:rPr>
            </w:pPr>
          </w:p>
        </w:tc>
        <w:tc>
          <w:tcPr>
            <w:tcW w:w="230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326680" w:rsidRPr="001516B4" w:rsidRDefault="00326680">
            <w:pPr>
              <w:rPr>
                <w:rFonts w:ascii="Nikosh" w:hAnsi="Nikosh" w:cs="Nikosh"/>
              </w:rPr>
            </w:pPr>
          </w:p>
        </w:tc>
      </w:tr>
    </w:tbl>
    <w:p w:rsidR="00326680" w:rsidRPr="001516B4" w:rsidRDefault="000045F0">
      <w:pPr>
        <w:spacing w:before="240" w:after="80"/>
        <w:rPr>
          <w:rFonts w:ascii="Nikosh" w:hAnsi="Nikosh" w:cs="Nikosh"/>
        </w:rPr>
      </w:pPr>
      <w:r w:rsidRPr="001516B4">
        <w:rPr>
          <w:rFonts w:ascii="Nikosh" w:hAnsi="Nikosh" w:cs="Nikosh"/>
          <w:b/>
        </w:rPr>
        <w:t>অঙ্গীকারনামা:</w:t>
      </w:r>
    </w:p>
    <w:p w:rsidR="00326680" w:rsidRPr="001516B4" w:rsidRDefault="000045F0">
      <w:pPr>
        <w:spacing w:after="500"/>
        <w:rPr>
          <w:rFonts w:ascii="Nikosh" w:hAnsi="Nikosh" w:cs="Nikosh"/>
        </w:rPr>
      </w:pPr>
      <w:r w:rsidRPr="001516B4">
        <w:rPr>
          <w:rFonts w:ascii="Nikosh" w:hAnsi="Nikosh" w:cs="Nikosh"/>
        </w:rPr>
        <w:t>আমি অঙ্গীকার করছি যে, উপরে বর্ণিত তথ্যাবলী সম্পূর্ণ সত্য ও সঠিক। যদি প্রদানকৃত কোনো তথ্য অসত্য বা ভুল প্রমাণিত হয়, তবে আমার আবেদন বাতিলসহ আমার বিরুদ্ধে আইনানুগ ব্যবস্থা গ্রহণ করা হলে তাতে আমার কোনো আপত্তি থাকবে না।</w:t>
      </w:r>
    </w:p>
    <w:tbl>
      <w:tblPr>
        <w:tblW w:w="0" w:type="auto"/>
        <w:jc w:val="center"/>
        <w:tblLook w:val="04A0"/>
      </w:tblPr>
      <w:tblGrid>
        <w:gridCol w:w="4896"/>
        <w:gridCol w:w="4896"/>
      </w:tblGrid>
      <w:tr w:rsidR="00326680" w:rsidRPr="001516B4">
        <w:trPr>
          <w:jc w:val="center"/>
        </w:trPr>
        <w:tc>
          <w:tcPr>
            <w:tcW w:w="4896" w:type="dxa"/>
          </w:tcPr>
          <w:p w:rsidR="00326680" w:rsidRPr="001516B4" w:rsidRDefault="000045F0">
            <w:pPr>
              <w:rPr>
                <w:rFonts w:ascii="Nikosh" w:hAnsi="Nikosh" w:cs="Nikosh"/>
              </w:rPr>
            </w:pPr>
            <w:proofErr w:type="spellStart"/>
            <w:r w:rsidRPr="001516B4">
              <w:rPr>
                <w:rFonts w:ascii="Nikosh" w:hAnsi="Nikosh" w:cs="Nikosh"/>
              </w:rPr>
              <w:t>তারিখ</w:t>
            </w:r>
            <w:proofErr w:type="spellEnd"/>
            <w:r w:rsidR="005674AC">
              <w:rPr>
                <w:rFonts w:ascii="Nikosh" w:hAnsi="Nikosh" w:cs="Nikosh"/>
              </w:rPr>
              <w:t>:</w:t>
            </w:r>
            <w:r w:rsidRPr="001516B4">
              <w:rPr>
                <w:rFonts w:ascii="Nikosh" w:hAnsi="Nikosh" w:cs="Nikosh"/>
              </w:rPr>
              <w:br/>
            </w:r>
            <w:proofErr w:type="spellStart"/>
            <w:r w:rsidRPr="001516B4">
              <w:rPr>
                <w:rFonts w:ascii="Nikosh" w:hAnsi="Nikosh" w:cs="Nikosh"/>
              </w:rPr>
              <w:t>স্থান</w:t>
            </w:r>
            <w:proofErr w:type="spellEnd"/>
            <w:r w:rsidRPr="001516B4">
              <w:rPr>
                <w:rFonts w:ascii="Nikosh" w:hAnsi="Nikosh" w:cs="Nikosh"/>
              </w:rPr>
              <w:t>: ............................</w:t>
            </w:r>
          </w:p>
        </w:tc>
        <w:tc>
          <w:tcPr>
            <w:tcW w:w="4896" w:type="dxa"/>
          </w:tcPr>
          <w:p w:rsidR="00326680" w:rsidRPr="001516B4" w:rsidRDefault="000045F0">
            <w:pPr>
              <w:jc w:val="right"/>
              <w:rPr>
                <w:rFonts w:ascii="Nikosh" w:hAnsi="Nikosh" w:cs="Nikosh"/>
              </w:rPr>
            </w:pPr>
            <w:r w:rsidRPr="001516B4">
              <w:rPr>
                <w:rFonts w:ascii="Nikosh" w:hAnsi="Nikosh" w:cs="Nikosh"/>
              </w:rPr>
              <w:t>...........................................................</w:t>
            </w:r>
            <w:r w:rsidRPr="001516B4">
              <w:rPr>
                <w:rFonts w:ascii="Nikosh" w:hAnsi="Nikosh" w:cs="Nikosh"/>
              </w:rPr>
              <w:br/>
              <w:t>আবেদনকারীর পূর্ণ নাম ও স্বাক্ষর</w:t>
            </w:r>
          </w:p>
        </w:tc>
      </w:tr>
    </w:tbl>
    <w:p w:rsidR="00326680" w:rsidRPr="001516B4" w:rsidRDefault="000045F0">
      <w:pPr>
        <w:spacing w:before="300" w:after="80"/>
        <w:rPr>
          <w:rFonts w:ascii="Nikosh" w:hAnsi="Nikosh" w:cs="Nikosh"/>
        </w:rPr>
      </w:pPr>
      <w:r w:rsidRPr="001516B4">
        <w:rPr>
          <w:rFonts w:ascii="Nikosh" w:hAnsi="Nikosh" w:cs="Nikosh"/>
          <w:b/>
        </w:rPr>
        <w:t>সংযুক্তিসমূহ (টিক চিহ্ণ দিন):</w:t>
      </w:r>
    </w:p>
    <w:p w:rsidR="00326680" w:rsidRPr="001516B4" w:rsidRDefault="000045F0">
      <w:pPr>
        <w:spacing w:after="40"/>
        <w:ind w:left="288"/>
        <w:rPr>
          <w:rFonts w:ascii="Nikosh" w:hAnsi="Nikosh" w:cs="Nikosh"/>
        </w:rPr>
      </w:pPr>
      <w:r w:rsidRPr="001516B4">
        <w:rPr>
          <w:rFonts w:ascii="Nikosh" w:hAnsi="Nikosh" w:cs="Nikosh"/>
        </w:rPr>
        <w:t>১. ২ কপি পাসপোর্ট সাইজের সত্যায়িত ছবি।</w:t>
      </w:r>
    </w:p>
    <w:p w:rsidR="00326680" w:rsidRPr="001516B4" w:rsidRDefault="000045F0">
      <w:pPr>
        <w:spacing w:after="40"/>
        <w:ind w:left="288"/>
        <w:rPr>
          <w:rFonts w:ascii="Nikosh" w:hAnsi="Nikosh" w:cs="Nikosh"/>
        </w:rPr>
      </w:pPr>
      <w:r w:rsidRPr="001516B4">
        <w:rPr>
          <w:rFonts w:ascii="Nikosh" w:hAnsi="Nikosh" w:cs="Nikosh"/>
        </w:rPr>
        <w:t>২. জাতীয় পরিচয়পত্র (NID)-এর সত্যায়িত ফটোকপি।</w:t>
      </w:r>
    </w:p>
    <w:p w:rsidR="00326680" w:rsidRPr="001516B4" w:rsidRDefault="000045F0">
      <w:pPr>
        <w:spacing w:after="40"/>
        <w:ind w:left="288"/>
        <w:rPr>
          <w:rFonts w:ascii="Nikosh" w:hAnsi="Nikosh" w:cs="Nikosh"/>
        </w:rPr>
      </w:pPr>
      <w:r w:rsidRPr="001516B4">
        <w:rPr>
          <w:rFonts w:ascii="Nikosh" w:hAnsi="Nikosh" w:cs="Nikosh"/>
        </w:rPr>
        <w:t>৩. শিক্ষাগত যোগ্যতার সকল সনদপত্রের সত্যায়িত ফটোকপি।</w:t>
      </w:r>
    </w:p>
    <w:p w:rsidR="00326680" w:rsidRPr="001516B4" w:rsidRDefault="000045F0">
      <w:pPr>
        <w:spacing w:after="40"/>
        <w:ind w:left="288"/>
        <w:rPr>
          <w:rFonts w:ascii="Nikosh" w:hAnsi="Nikosh" w:cs="Nikosh"/>
        </w:rPr>
      </w:pPr>
      <w:r w:rsidRPr="001516B4">
        <w:rPr>
          <w:rFonts w:ascii="Nikosh" w:hAnsi="Nikosh" w:cs="Nikosh"/>
        </w:rPr>
        <w:t>৪. চারিত্রিক ও নাগরিকত্ব সনদপত্র (ইউনিয়ন পরিষদ চেয়ারম্যান / পৌর মেয়র / কাউন্সিলর কর্তৃক)।</w:t>
      </w:r>
    </w:p>
    <w:p w:rsidR="00326680" w:rsidRPr="001516B4" w:rsidRDefault="000045F0">
      <w:pPr>
        <w:spacing w:before="300"/>
        <w:rPr>
          <w:rFonts w:ascii="Nikosh" w:hAnsi="Nikosh" w:cs="Nikosh"/>
        </w:rPr>
      </w:pPr>
      <w:r w:rsidRPr="001516B4">
        <w:rPr>
          <w:rFonts w:ascii="Nikosh" w:hAnsi="Nikosh" w:cs="Nikosh"/>
        </w:rPr>
        <w:t>- - - - - - - - - - - - - - - - - - - - - - - - - - - - - - - - - - - - - - - - - - - - - - - - - - - - - - - - - - - - - - - - - - - - - - - - - - - - - - - - - - - - - - -</w:t>
      </w:r>
    </w:p>
    <w:p w:rsidR="00326680" w:rsidRPr="001516B4" w:rsidRDefault="000045F0">
      <w:pPr>
        <w:spacing w:after="120"/>
        <w:jc w:val="center"/>
        <w:rPr>
          <w:rFonts w:ascii="Nikosh" w:hAnsi="Nikosh" w:cs="Nikosh"/>
        </w:rPr>
      </w:pPr>
      <w:r w:rsidRPr="001516B4">
        <w:rPr>
          <w:rFonts w:ascii="Nikosh" w:hAnsi="Nikosh" w:cs="Nikosh"/>
          <w:b/>
          <w:sz w:val="24"/>
        </w:rPr>
        <w:t>প্রাপ্তিস্বীকার পত্র (আবেদনকারীর অংশ)</w:t>
      </w:r>
    </w:p>
    <w:p w:rsidR="00326680" w:rsidRPr="001516B4" w:rsidRDefault="000045F0">
      <w:pPr>
        <w:spacing w:line="288" w:lineRule="auto"/>
        <w:rPr>
          <w:rFonts w:ascii="Nikosh" w:hAnsi="Nikosh" w:cs="Nikosh"/>
        </w:rPr>
      </w:pPr>
      <w:r w:rsidRPr="001516B4">
        <w:rPr>
          <w:rFonts w:ascii="Nikosh" w:hAnsi="Nikosh" w:cs="Nikosh"/>
        </w:rPr>
        <w:t>ফ্যামিলি কার্ড শুমারি ২০২৬-এর তথ্য সংগ্রহকারী / সুপারভাইজার পদের আবেদনপত্র গ্রহণ করা হলো।</w:t>
      </w:r>
      <w:r w:rsidRPr="001516B4">
        <w:rPr>
          <w:rFonts w:ascii="Nikosh" w:hAnsi="Nikosh" w:cs="Nikosh"/>
        </w:rPr>
        <w:br/>
        <w:t>আবেদনকারীর নাম: ............................................................................ ক্রমিক নং: ..........................</w:t>
      </w:r>
      <w:r w:rsidRPr="001516B4">
        <w:rPr>
          <w:rFonts w:ascii="Nikosh" w:hAnsi="Nikosh" w:cs="Nikosh"/>
        </w:rPr>
        <w:br/>
        <w:t>পিতার নাম: ......................................................................................... তারিখ: ...../...../২০২৬</w:t>
      </w:r>
      <w:r w:rsidRPr="001516B4">
        <w:rPr>
          <w:rFonts w:ascii="Nikosh" w:hAnsi="Nikosh" w:cs="Nikosh"/>
        </w:rPr>
        <w:br/>
      </w:r>
      <w:r w:rsidRPr="001516B4">
        <w:rPr>
          <w:rFonts w:ascii="Nikosh" w:hAnsi="Nikosh" w:cs="Nikosh"/>
        </w:rPr>
        <w:br/>
      </w:r>
    </w:p>
    <w:p w:rsidR="00326680" w:rsidRPr="001516B4" w:rsidRDefault="000045F0">
      <w:pPr>
        <w:jc w:val="right"/>
        <w:rPr>
          <w:rFonts w:ascii="Nikosh" w:hAnsi="Nikosh" w:cs="Nikosh"/>
        </w:rPr>
      </w:pPr>
      <w:r w:rsidRPr="001516B4">
        <w:rPr>
          <w:rFonts w:ascii="Nikosh" w:hAnsi="Nikosh" w:cs="Nikosh"/>
        </w:rPr>
        <w:t>...........................................................</w:t>
      </w:r>
      <w:r w:rsidRPr="001516B4">
        <w:rPr>
          <w:rFonts w:ascii="Nikosh" w:hAnsi="Nikosh" w:cs="Nikosh"/>
        </w:rPr>
        <w:br/>
        <w:t>দায়িত্বপ্রাপ্ত কর্মকর্তার স্বাক্ষর ও সিল</w:t>
      </w:r>
    </w:p>
    <w:p w:rsidR="001516B4" w:rsidRPr="001516B4" w:rsidRDefault="001516B4">
      <w:pPr>
        <w:jc w:val="right"/>
        <w:rPr>
          <w:rFonts w:ascii="Nikosh" w:hAnsi="Nikosh" w:cs="Nikosh"/>
        </w:rPr>
      </w:pPr>
    </w:p>
    <w:sectPr w:rsidR="001516B4" w:rsidRPr="001516B4" w:rsidSect="00032FF1">
      <w:pgSz w:w="12240" w:h="15840"/>
      <w:pgMar w:top="1152" w:right="720" w:bottom="1152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045F0"/>
    <w:rsid w:val="00032FF1"/>
    <w:rsid w:val="00034616"/>
    <w:rsid w:val="0006063C"/>
    <w:rsid w:val="0015074B"/>
    <w:rsid w:val="001516B4"/>
    <w:rsid w:val="00200C01"/>
    <w:rsid w:val="0029639D"/>
    <w:rsid w:val="00326680"/>
    <w:rsid w:val="00326F90"/>
    <w:rsid w:val="005674AC"/>
    <w:rsid w:val="00734647"/>
    <w:rsid w:val="00AA1D8D"/>
    <w:rsid w:val="00B0725B"/>
    <w:rsid w:val="00B47730"/>
    <w:rsid w:val="00C635CD"/>
    <w:rsid w:val="00CB0664"/>
    <w:rsid w:val="00E65F42"/>
    <w:rsid w:val="00EA59C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Kalpurush" w:hAnsi="Kalpurush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2998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Md Helal Uddin</cp:lastModifiedBy>
  <cp:revision>6</cp:revision>
  <cp:lastPrinted>2026-07-22T04:02:00Z</cp:lastPrinted>
  <dcterms:created xsi:type="dcterms:W3CDTF">2013-12-23T23:15:00Z</dcterms:created>
  <dcterms:modified xsi:type="dcterms:W3CDTF">2026-07-22T08:08:00Z</dcterms:modified>
  <cp:category/>
</cp:coreProperties>
</file>