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470" w:rsidRPr="00B90470" w:rsidRDefault="00B90470">
      <w:pPr>
        <w:spacing w:after="80"/>
        <w:rPr>
          <w:rFonts w:ascii="NikoshBAN" w:hAnsi="NikoshBAN" w:cs="NikoshBAN"/>
          <w:sz w:val="36"/>
          <w:szCs w:val="26"/>
        </w:rPr>
      </w:pPr>
    </w:p>
    <w:p w:rsidR="00F96B9F" w:rsidRPr="00E73E64" w:rsidRDefault="005D6F13">
      <w:pPr>
        <w:spacing w:after="80"/>
        <w:rPr>
          <w:rFonts w:ascii="NikoshBAN" w:hAnsi="NikoshBAN" w:cs="NikoshBAN"/>
          <w:sz w:val="26"/>
          <w:szCs w:val="26"/>
        </w:rPr>
      </w:pPr>
      <w:proofErr w:type="spellStart"/>
      <w:r w:rsidRPr="00E73E64">
        <w:rPr>
          <w:rFonts w:ascii="NikoshBAN" w:hAnsi="NikoshBAN" w:cs="NikoshBAN"/>
          <w:sz w:val="26"/>
          <w:szCs w:val="26"/>
        </w:rPr>
        <w:t>তারিখঃ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</w:p>
    <w:p w:rsidR="00F96B9F" w:rsidRPr="00E73E64" w:rsidRDefault="005D6F13">
      <w:pPr>
        <w:spacing w:after="80"/>
        <w:rPr>
          <w:rFonts w:ascii="NikoshBAN" w:hAnsi="NikoshBAN" w:cs="NikoshBAN"/>
          <w:sz w:val="26"/>
          <w:szCs w:val="26"/>
        </w:rPr>
      </w:pPr>
      <w:r w:rsidRPr="00E73E64">
        <w:rPr>
          <w:rFonts w:ascii="NikoshBAN" w:hAnsi="NikoshBAN" w:cs="NikoshBAN"/>
          <w:sz w:val="26"/>
          <w:szCs w:val="26"/>
        </w:rPr>
        <w:t>বরাবর</w:t>
      </w:r>
    </w:p>
    <w:p w:rsidR="00F96B9F" w:rsidRPr="00E73E64" w:rsidRDefault="005D6F13">
      <w:pPr>
        <w:spacing w:after="80"/>
        <w:rPr>
          <w:rFonts w:ascii="NikoshBAN" w:hAnsi="NikoshBAN" w:cs="NikoshBAN"/>
          <w:sz w:val="26"/>
          <w:szCs w:val="26"/>
        </w:rPr>
      </w:pPr>
      <w:r w:rsidRPr="00E73E64">
        <w:rPr>
          <w:rFonts w:ascii="NikoshBAN" w:hAnsi="NikoshBAN" w:cs="NikoshBAN"/>
          <w:sz w:val="26"/>
          <w:szCs w:val="26"/>
        </w:rPr>
        <w:t>সভাপতি</w:t>
      </w:r>
    </w:p>
    <w:p w:rsidR="00F96B9F" w:rsidRPr="00E73E64" w:rsidRDefault="005D6F13">
      <w:pPr>
        <w:spacing w:after="80"/>
        <w:rPr>
          <w:rFonts w:ascii="NikoshBAN" w:hAnsi="NikoshBAN" w:cs="NikoshBAN"/>
          <w:sz w:val="26"/>
          <w:szCs w:val="26"/>
        </w:rPr>
      </w:pPr>
      <w:proofErr w:type="spellStart"/>
      <w:r w:rsidRPr="00E73E64">
        <w:rPr>
          <w:rFonts w:ascii="NikoshBAN" w:hAnsi="NikoshBAN" w:cs="NikoshBAN"/>
          <w:sz w:val="26"/>
          <w:szCs w:val="26"/>
        </w:rPr>
        <w:t>উপজেলা</w:t>
      </w:r>
      <w:proofErr w:type="spellEnd"/>
      <w:r w:rsidRPr="00E73E64">
        <w:rPr>
          <w:rFonts w:ascii="NikoshBAN" w:hAnsi="NikoshBAN" w:cs="NikoshBAN"/>
          <w:sz w:val="26"/>
          <w:szCs w:val="26"/>
        </w:rPr>
        <w:t>/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থানা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E73E64" w:rsidRPr="00E73E64">
        <w:rPr>
          <w:rFonts w:ascii="NikoshBAN" w:hAnsi="NikoshBAN" w:cs="NikoshBAN"/>
          <w:sz w:val="26"/>
          <w:szCs w:val="26"/>
        </w:rPr>
        <w:t>পর্যায়ে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প্রাথমিক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শিক্ষক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বদলির</w:t>
      </w:r>
      <w:proofErr w:type="spellEnd"/>
    </w:p>
    <w:p w:rsidR="00F96B9F" w:rsidRPr="00E73E64" w:rsidRDefault="005D6F13">
      <w:pPr>
        <w:spacing w:after="80"/>
        <w:rPr>
          <w:rFonts w:ascii="NikoshBAN" w:hAnsi="NikoshBAN" w:cs="NikoshBAN"/>
          <w:sz w:val="26"/>
          <w:szCs w:val="26"/>
        </w:rPr>
      </w:pPr>
      <w:proofErr w:type="spellStart"/>
      <w:r w:rsidRPr="00E73E64">
        <w:rPr>
          <w:rFonts w:ascii="NikoshBAN" w:hAnsi="NikoshBAN" w:cs="NikoshBAN"/>
          <w:sz w:val="26"/>
          <w:szCs w:val="26"/>
        </w:rPr>
        <w:t>আবেদন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যাচাই-বাছাই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ও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নিষ্পত্তিকরণ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E73E64" w:rsidRPr="00E73E64">
        <w:rPr>
          <w:rFonts w:ascii="NikoshBAN" w:hAnsi="NikoshBAN" w:cs="NikoshBAN"/>
          <w:sz w:val="26"/>
          <w:szCs w:val="26"/>
        </w:rPr>
        <w:t>বিষয়</w:t>
      </w:r>
      <w:r w:rsidRPr="00E73E64">
        <w:rPr>
          <w:rFonts w:ascii="NikoshBAN" w:hAnsi="NikoshBAN" w:cs="NikoshBAN"/>
          <w:sz w:val="26"/>
          <w:szCs w:val="26"/>
        </w:rPr>
        <w:t>ক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কমিটি</w:t>
      </w:r>
      <w:proofErr w:type="spellEnd"/>
    </w:p>
    <w:p w:rsidR="00F96B9F" w:rsidRPr="00E73E64" w:rsidRDefault="005D6F13">
      <w:pPr>
        <w:spacing w:after="80"/>
        <w:rPr>
          <w:rFonts w:ascii="NikoshBAN" w:hAnsi="NikoshBAN" w:cs="NikoshBAN"/>
          <w:sz w:val="26"/>
          <w:szCs w:val="26"/>
        </w:rPr>
      </w:pPr>
      <w:r w:rsidRPr="00E73E64">
        <w:rPr>
          <w:rFonts w:ascii="NikoshBAN" w:hAnsi="NikoshBAN" w:cs="NikoshBAN"/>
          <w:sz w:val="26"/>
          <w:szCs w:val="26"/>
        </w:rPr>
        <w:t>ও</w:t>
      </w:r>
    </w:p>
    <w:p w:rsidR="00F96B9F" w:rsidRPr="00E73E64" w:rsidRDefault="005D6F13">
      <w:pPr>
        <w:spacing w:after="80"/>
        <w:rPr>
          <w:rFonts w:ascii="NikoshBAN" w:hAnsi="NikoshBAN" w:cs="NikoshBAN"/>
          <w:sz w:val="26"/>
          <w:szCs w:val="26"/>
        </w:rPr>
      </w:pPr>
      <w:r w:rsidRPr="00E73E64">
        <w:rPr>
          <w:rFonts w:ascii="NikoshBAN" w:hAnsi="NikoshBAN" w:cs="NikoshBAN"/>
          <w:sz w:val="26"/>
          <w:szCs w:val="26"/>
        </w:rPr>
        <w:t>উপজেলা নির্বাহী অফিসার</w:t>
      </w:r>
    </w:p>
    <w:p w:rsidR="00F96B9F" w:rsidRPr="00E73E64" w:rsidRDefault="00E73E64">
      <w:pPr>
        <w:spacing w:after="80"/>
        <w:rPr>
          <w:rFonts w:ascii="NikoshBAN" w:hAnsi="NikoshBAN" w:cs="NikoshBAN"/>
          <w:sz w:val="26"/>
          <w:szCs w:val="26"/>
        </w:rPr>
      </w:pPr>
      <w:proofErr w:type="spellStart"/>
      <w:r w:rsidRPr="00E73E64">
        <w:rPr>
          <w:rFonts w:ascii="NikoshBAN" w:hAnsi="NikoshBAN" w:cs="NikoshBAN"/>
          <w:sz w:val="26"/>
          <w:szCs w:val="26"/>
        </w:rPr>
        <w:t>কালিয়া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,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নড়াইল</w:t>
      </w:r>
      <w:proofErr w:type="spellEnd"/>
      <w:r w:rsidRPr="00E73E64">
        <w:rPr>
          <w:rFonts w:ascii="NikoshBAN" w:hAnsi="NikoshBAN" w:cs="NikoshBAN"/>
          <w:sz w:val="26"/>
          <w:szCs w:val="26"/>
        </w:rPr>
        <w:t>।</w:t>
      </w:r>
      <w:r w:rsidR="005D6F13" w:rsidRPr="00E73E64">
        <w:rPr>
          <w:rFonts w:ascii="NikoshBAN" w:hAnsi="NikoshBAN" w:cs="NikoshBAN"/>
          <w:sz w:val="26"/>
          <w:szCs w:val="26"/>
        </w:rPr>
        <w:t>।</w:t>
      </w:r>
    </w:p>
    <w:p w:rsidR="00E73E64" w:rsidRPr="00E73E64" w:rsidRDefault="00E73E64">
      <w:pPr>
        <w:spacing w:after="80"/>
        <w:rPr>
          <w:rFonts w:ascii="NikoshBAN" w:hAnsi="NikoshBAN" w:cs="NikoshBAN"/>
          <w:sz w:val="26"/>
          <w:szCs w:val="26"/>
        </w:rPr>
      </w:pPr>
    </w:p>
    <w:p w:rsidR="00F96B9F" w:rsidRPr="00E73E64" w:rsidRDefault="005D6F13">
      <w:pPr>
        <w:spacing w:after="80"/>
        <w:rPr>
          <w:rFonts w:ascii="NikoshBAN" w:hAnsi="NikoshBAN" w:cs="NikoshBAN"/>
          <w:sz w:val="26"/>
          <w:szCs w:val="26"/>
        </w:rPr>
      </w:pPr>
      <w:proofErr w:type="spellStart"/>
      <w:r w:rsidRPr="00E73E64">
        <w:rPr>
          <w:rFonts w:ascii="NikoshBAN" w:hAnsi="NikoshBAN" w:cs="NikoshBAN"/>
          <w:sz w:val="26"/>
          <w:szCs w:val="26"/>
        </w:rPr>
        <w:t>মাধ্যমঃ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যথাযথ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কর্তৃপক্ষ</w:t>
      </w:r>
      <w:proofErr w:type="spellEnd"/>
      <w:r w:rsidRPr="00E73E64">
        <w:rPr>
          <w:rFonts w:ascii="NikoshBAN" w:hAnsi="NikoshBAN" w:cs="NikoshBAN"/>
          <w:sz w:val="26"/>
          <w:szCs w:val="26"/>
        </w:rPr>
        <w:t>।</w:t>
      </w:r>
    </w:p>
    <w:p w:rsidR="00F96B9F" w:rsidRPr="00E73E64" w:rsidRDefault="00F96B9F">
      <w:pPr>
        <w:spacing w:after="80"/>
        <w:rPr>
          <w:rFonts w:ascii="NikoshBAN" w:hAnsi="NikoshBAN" w:cs="NikoshBAN"/>
          <w:sz w:val="26"/>
          <w:szCs w:val="26"/>
        </w:rPr>
      </w:pPr>
    </w:p>
    <w:p w:rsidR="00F96B9F" w:rsidRPr="00E73E64" w:rsidRDefault="00E73E64">
      <w:pPr>
        <w:spacing w:after="160"/>
        <w:rPr>
          <w:rFonts w:ascii="NikoshBAN" w:hAnsi="NikoshBAN" w:cs="NikoshBAN"/>
          <w:sz w:val="26"/>
          <w:szCs w:val="26"/>
        </w:rPr>
      </w:pPr>
      <w:proofErr w:type="spellStart"/>
      <w:r>
        <w:rPr>
          <w:rFonts w:ascii="NikoshBAN" w:hAnsi="NikoshBAN" w:cs="NikoshBAN"/>
          <w:b/>
          <w:sz w:val="26"/>
          <w:szCs w:val="26"/>
        </w:rPr>
        <w:t>বিষয়ঃ</w:t>
      </w:r>
      <w:proofErr w:type="spellEnd"/>
      <w:r w:rsidR="005D6F13" w:rsidRPr="00E73E64">
        <w:rPr>
          <w:rFonts w:ascii="NikoshBAN" w:hAnsi="NikoshBAN" w:cs="NikoshBAN"/>
          <w:b/>
          <w:sz w:val="26"/>
          <w:szCs w:val="26"/>
        </w:rPr>
        <w:t xml:space="preserve"> </w:t>
      </w:r>
      <w:proofErr w:type="spellStart"/>
      <w:r w:rsidR="005D6F13" w:rsidRPr="00E73E64">
        <w:rPr>
          <w:rFonts w:ascii="NikoshBAN" w:hAnsi="NikoshBAN" w:cs="NikoshBAN"/>
          <w:b/>
          <w:sz w:val="26"/>
          <w:szCs w:val="26"/>
        </w:rPr>
        <w:t>বদলির</w:t>
      </w:r>
      <w:proofErr w:type="spellEnd"/>
      <w:r w:rsidR="005D6F13" w:rsidRPr="00E73E64">
        <w:rPr>
          <w:rFonts w:ascii="NikoshBAN" w:hAnsi="NikoshBAN" w:cs="NikoshBAN"/>
          <w:b/>
          <w:sz w:val="26"/>
          <w:szCs w:val="26"/>
        </w:rPr>
        <w:t xml:space="preserve"> </w:t>
      </w:r>
      <w:proofErr w:type="spellStart"/>
      <w:r w:rsidR="005D6F13" w:rsidRPr="00E73E64">
        <w:rPr>
          <w:rFonts w:ascii="NikoshBAN" w:hAnsi="NikoshBAN" w:cs="NikoshBAN"/>
          <w:b/>
          <w:sz w:val="26"/>
          <w:szCs w:val="26"/>
        </w:rPr>
        <w:t>জন্য</w:t>
      </w:r>
      <w:proofErr w:type="spellEnd"/>
      <w:r w:rsidR="005D6F13" w:rsidRPr="00E73E64">
        <w:rPr>
          <w:rFonts w:ascii="NikoshBAN" w:hAnsi="NikoshBAN" w:cs="NikoshBAN"/>
          <w:b/>
          <w:sz w:val="26"/>
          <w:szCs w:val="26"/>
        </w:rPr>
        <w:t xml:space="preserve"> </w:t>
      </w:r>
      <w:proofErr w:type="spellStart"/>
      <w:r w:rsidR="005D6F13" w:rsidRPr="00E73E64">
        <w:rPr>
          <w:rFonts w:ascii="NikoshBAN" w:hAnsi="NikoshBAN" w:cs="NikoshBAN"/>
          <w:b/>
          <w:sz w:val="26"/>
          <w:szCs w:val="26"/>
        </w:rPr>
        <w:t>আবেদন</w:t>
      </w:r>
      <w:proofErr w:type="spellEnd"/>
      <w:r w:rsidR="005D6F13" w:rsidRPr="00E73E64">
        <w:rPr>
          <w:rFonts w:ascii="NikoshBAN" w:hAnsi="NikoshBAN" w:cs="NikoshBAN"/>
          <w:b/>
          <w:sz w:val="26"/>
          <w:szCs w:val="26"/>
        </w:rPr>
        <w:t>।</w:t>
      </w:r>
    </w:p>
    <w:p w:rsidR="00F96B9F" w:rsidRPr="00E73E64" w:rsidRDefault="00BF70B5">
      <w:pPr>
        <w:spacing w:after="80"/>
        <w:rPr>
          <w:rFonts w:ascii="NikoshBAN" w:hAnsi="NikoshBAN" w:cs="NikoshBAN"/>
          <w:sz w:val="26"/>
          <w:szCs w:val="26"/>
        </w:rPr>
      </w:pPr>
      <w:proofErr w:type="spellStart"/>
      <w:r>
        <w:rPr>
          <w:rFonts w:ascii="NikoshBAN" w:hAnsi="NikoshBAN" w:cs="NikoshBAN"/>
          <w:sz w:val="26"/>
          <w:szCs w:val="26"/>
        </w:rPr>
        <w:t>জনাব</w:t>
      </w:r>
      <w:proofErr w:type="spellEnd"/>
    </w:p>
    <w:p w:rsidR="00F96B9F" w:rsidRPr="00E73E64" w:rsidRDefault="005D6F13" w:rsidP="00E73E64">
      <w:pPr>
        <w:spacing w:after="80"/>
        <w:jc w:val="both"/>
        <w:rPr>
          <w:rFonts w:ascii="NikoshBAN" w:hAnsi="NikoshBAN" w:cs="NikoshBAN"/>
          <w:sz w:val="26"/>
          <w:szCs w:val="26"/>
        </w:rPr>
      </w:pPr>
      <w:r w:rsidRPr="00E73E64">
        <w:rPr>
          <w:rFonts w:ascii="NikoshBAN" w:hAnsi="NikoshBAN" w:cs="NikoshBAN"/>
          <w:sz w:val="26"/>
          <w:szCs w:val="26"/>
        </w:rPr>
        <w:t xml:space="preserve">বিনীত নিবেদন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এই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যে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,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আমি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নিম্ন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স্বাক্ষরকারী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অত্র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উপজেলার</w:t>
      </w:r>
      <w:proofErr w:type="spellEnd"/>
      <w:r w:rsidRPr="00E73E64">
        <w:rPr>
          <w:rFonts w:ascii="NikoshBAN" w:hAnsi="NikoshBAN" w:cs="NikoshBAN"/>
          <w:sz w:val="26"/>
          <w:szCs w:val="26"/>
        </w:rPr>
        <w:t>..........................................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সরকারি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প্রাথমিক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E73E64" w:rsidRPr="00E73E64">
        <w:rPr>
          <w:rFonts w:ascii="NikoshBAN" w:hAnsi="NikoshBAN" w:cs="NikoshBAN"/>
          <w:sz w:val="26"/>
          <w:szCs w:val="26"/>
        </w:rPr>
        <w:t>বিদ্যালয়ে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সহকারী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শিক্ষক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হিসেবে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কর্মরত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আছি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। আমি বর্তমান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কর্মস্থল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হতে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বদলি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হতে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ইচ্ছুক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।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বদলির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নিমিত্ত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নিম্নে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আমার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E73E64" w:rsidRPr="00E73E64">
        <w:rPr>
          <w:rFonts w:ascii="NikoshBAN" w:hAnsi="NikoshBAN" w:cs="NikoshBAN"/>
          <w:sz w:val="26"/>
          <w:szCs w:val="26"/>
        </w:rPr>
        <w:t>যাবতীয়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তথ্যাদি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উপস্থাপন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করা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হলোঃ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"/>
        <w:gridCol w:w="3510"/>
        <w:gridCol w:w="5220"/>
        <w:gridCol w:w="767"/>
      </w:tblGrid>
      <w:tr w:rsidR="00E73E64" w:rsidRPr="00E73E64" w:rsidTr="003A5BFD">
        <w:tc>
          <w:tcPr>
            <w:tcW w:w="468" w:type="dxa"/>
          </w:tcPr>
          <w:p w:rsidR="00E73E64" w:rsidRPr="00E73E64" w:rsidRDefault="00E73E64" w:rsidP="00E73E64">
            <w:pPr>
              <w:pStyle w:val="ListParagraph"/>
              <w:numPr>
                <w:ilvl w:val="0"/>
                <w:numId w:val="10"/>
              </w:num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3510" w:type="dxa"/>
          </w:tcPr>
          <w:p w:rsidR="00E73E64" w:rsidRPr="00E73E64" w:rsidRDefault="00E73E64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শিক্ষকের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নাম</w:t>
            </w:r>
            <w:proofErr w:type="spellEnd"/>
          </w:p>
        </w:tc>
        <w:tc>
          <w:tcPr>
            <w:tcW w:w="5220" w:type="dxa"/>
          </w:tcPr>
          <w:p w:rsidR="00E73E64" w:rsidRPr="005D6F13" w:rsidRDefault="005D6F13">
            <w:pPr>
              <w:spacing w:after="80"/>
              <w:rPr>
                <w:rFonts w:ascii="SutonnyMJ" w:hAnsi="SutonnyMJ" w:cs="SutonnyMJ"/>
                <w:sz w:val="26"/>
                <w:szCs w:val="26"/>
              </w:rPr>
            </w:pPr>
            <w:r>
              <w:rPr>
                <w:rFonts w:ascii="SutonnyMJ" w:hAnsi="SutonnyMJ" w:cs="SutonnyMJ"/>
                <w:sz w:val="26"/>
                <w:szCs w:val="26"/>
              </w:rPr>
              <w:t>t</w:t>
            </w:r>
          </w:p>
        </w:tc>
        <w:tc>
          <w:tcPr>
            <w:tcW w:w="767" w:type="dxa"/>
          </w:tcPr>
          <w:p w:rsidR="00E73E64" w:rsidRPr="00E73E64" w:rsidRDefault="00E73E64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5D6F13" w:rsidRPr="00E73E64" w:rsidTr="003A5BFD">
        <w:tc>
          <w:tcPr>
            <w:tcW w:w="468" w:type="dxa"/>
          </w:tcPr>
          <w:p w:rsidR="005D6F13" w:rsidRPr="00E73E64" w:rsidRDefault="005D6F13" w:rsidP="00E73E64">
            <w:pPr>
              <w:pStyle w:val="ListParagraph"/>
              <w:numPr>
                <w:ilvl w:val="0"/>
                <w:numId w:val="10"/>
              </w:num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3510" w:type="dxa"/>
          </w:tcPr>
          <w:p w:rsidR="005D6F13" w:rsidRPr="00E73E64" w:rsidRDefault="005D6F13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পিতা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>/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স্বামীর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নাম</w:t>
            </w:r>
            <w:proofErr w:type="spellEnd"/>
          </w:p>
        </w:tc>
        <w:tc>
          <w:tcPr>
            <w:tcW w:w="5220" w:type="dxa"/>
          </w:tcPr>
          <w:p w:rsidR="005D6F13" w:rsidRDefault="005D6F13">
            <w:r w:rsidRPr="00C56148">
              <w:rPr>
                <w:rFonts w:ascii="SutonnyMJ" w:hAnsi="SutonnyMJ" w:cs="SutonnyMJ"/>
                <w:sz w:val="26"/>
                <w:szCs w:val="26"/>
              </w:rPr>
              <w:t>t</w:t>
            </w:r>
          </w:p>
        </w:tc>
        <w:tc>
          <w:tcPr>
            <w:tcW w:w="767" w:type="dxa"/>
          </w:tcPr>
          <w:p w:rsidR="005D6F13" w:rsidRPr="00E73E64" w:rsidRDefault="005D6F13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5D6F13" w:rsidRPr="00E73E64" w:rsidTr="003A5BFD">
        <w:tc>
          <w:tcPr>
            <w:tcW w:w="468" w:type="dxa"/>
          </w:tcPr>
          <w:p w:rsidR="005D6F13" w:rsidRPr="00E73E64" w:rsidRDefault="005D6F13" w:rsidP="00E73E64">
            <w:pPr>
              <w:pStyle w:val="ListParagraph"/>
              <w:numPr>
                <w:ilvl w:val="0"/>
                <w:numId w:val="10"/>
              </w:num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3510" w:type="dxa"/>
          </w:tcPr>
          <w:p w:rsidR="005D6F13" w:rsidRPr="00E73E64" w:rsidRDefault="005D6F13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শিক্ষকের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6"/>
                <w:szCs w:val="26"/>
              </w:rPr>
              <w:t>স্থায়ী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ঠিকানা</w:t>
            </w:r>
            <w:proofErr w:type="spellEnd"/>
          </w:p>
        </w:tc>
        <w:tc>
          <w:tcPr>
            <w:tcW w:w="5220" w:type="dxa"/>
          </w:tcPr>
          <w:p w:rsidR="005D6F13" w:rsidRDefault="005D6F13">
            <w:r w:rsidRPr="00C56148">
              <w:rPr>
                <w:rFonts w:ascii="SutonnyMJ" w:hAnsi="SutonnyMJ" w:cs="SutonnyMJ"/>
                <w:sz w:val="26"/>
                <w:szCs w:val="26"/>
              </w:rPr>
              <w:t>t</w:t>
            </w:r>
          </w:p>
        </w:tc>
        <w:tc>
          <w:tcPr>
            <w:tcW w:w="767" w:type="dxa"/>
          </w:tcPr>
          <w:p w:rsidR="005D6F13" w:rsidRPr="00E73E64" w:rsidRDefault="005D6F13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5D6F13" w:rsidRPr="00E73E64" w:rsidTr="003A5BFD">
        <w:tc>
          <w:tcPr>
            <w:tcW w:w="468" w:type="dxa"/>
          </w:tcPr>
          <w:p w:rsidR="005D6F13" w:rsidRPr="00E73E64" w:rsidRDefault="005D6F13" w:rsidP="00E73E64">
            <w:pPr>
              <w:pStyle w:val="ListParagraph"/>
              <w:numPr>
                <w:ilvl w:val="0"/>
                <w:numId w:val="10"/>
              </w:num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3510" w:type="dxa"/>
          </w:tcPr>
          <w:p w:rsidR="005D6F13" w:rsidRPr="00E73E64" w:rsidRDefault="005D6F13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চাকুরীতে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১ম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যোগদানের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তারিখ</w:t>
            </w:r>
            <w:proofErr w:type="spellEnd"/>
          </w:p>
        </w:tc>
        <w:tc>
          <w:tcPr>
            <w:tcW w:w="5220" w:type="dxa"/>
          </w:tcPr>
          <w:p w:rsidR="005D6F13" w:rsidRDefault="005D6F13">
            <w:r w:rsidRPr="00C56148">
              <w:rPr>
                <w:rFonts w:ascii="SutonnyMJ" w:hAnsi="SutonnyMJ" w:cs="SutonnyMJ"/>
                <w:sz w:val="26"/>
                <w:szCs w:val="26"/>
              </w:rPr>
              <w:t>t</w:t>
            </w:r>
          </w:p>
        </w:tc>
        <w:tc>
          <w:tcPr>
            <w:tcW w:w="767" w:type="dxa"/>
          </w:tcPr>
          <w:p w:rsidR="005D6F13" w:rsidRPr="00E73E64" w:rsidRDefault="005D6F13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5D6F13" w:rsidRPr="00E73E64" w:rsidTr="003A5BFD">
        <w:tc>
          <w:tcPr>
            <w:tcW w:w="468" w:type="dxa"/>
          </w:tcPr>
          <w:p w:rsidR="005D6F13" w:rsidRPr="00E73E64" w:rsidRDefault="005D6F13" w:rsidP="00E73E64">
            <w:pPr>
              <w:pStyle w:val="ListParagraph"/>
              <w:numPr>
                <w:ilvl w:val="0"/>
                <w:numId w:val="10"/>
              </w:num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3510" w:type="dxa"/>
          </w:tcPr>
          <w:p w:rsidR="005D6F13" w:rsidRPr="00E73E64" w:rsidRDefault="005D6F13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বর্তমান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কর্মস্থলে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যোগদানের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তারিখ</w:t>
            </w:r>
            <w:proofErr w:type="spellEnd"/>
          </w:p>
        </w:tc>
        <w:tc>
          <w:tcPr>
            <w:tcW w:w="5220" w:type="dxa"/>
          </w:tcPr>
          <w:p w:rsidR="005D6F13" w:rsidRDefault="005D6F13">
            <w:r w:rsidRPr="00C56148">
              <w:rPr>
                <w:rFonts w:ascii="SutonnyMJ" w:hAnsi="SutonnyMJ" w:cs="SutonnyMJ"/>
                <w:sz w:val="26"/>
                <w:szCs w:val="26"/>
              </w:rPr>
              <w:t>t</w:t>
            </w:r>
          </w:p>
        </w:tc>
        <w:tc>
          <w:tcPr>
            <w:tcW w:w="767" w:type="dxa"/>
          </w:tcPr>
          <w:p w:rsidR="005D6F13" w:rsidRPr="00E73E64" w:rsidRDefault="005D6F13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5D6F13" w:rsidRPr="00E73E64" w:rsidTr="003A5BFD">
        <w:tc>
          <w:tcPr>
            <w:tcW w:w="468" w:type="dxa"/>
          </w:tcPr>
          <w:p w:rsidR="005D6F13" w:rsidRPr="00E73E64" w:rsidRDefault="005D6F13" w:rsidP="00E73E64">
            <w:pPr>
              <w:pStyle w:val="ListParagraph"/>
              <w:numPr>
                <w:ilvl w:val="0"/>
                <w:numId w:val="10"/>
              </w:num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3510" w:type="dxa"/>
          </w:tcPr>
          <w:p w:rsidR="005D6F13" w:rsidRPr="00E73E64" w:rsidRDefault="005D6F13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বর্তমান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কর্মস্থলে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অনুমোদিত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পদ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সংখ্যা</w:t>
            </w:r>
            <w:proofErr w:type="spellEnd"/>
          </w:p>
        </w:tc>
        <w:tc>
          <w:tcPr>
            <w:tcW w:w="5220" w:type="dxa"/>
          </w:tcPr>
          <w:p w:rsidR="005D6F13" w:rsidRDefault="005D6F13">
            <w:r w:rsidRPr="00C56148">
              <w:rPr>
                <w:rFonts w:ascii="SutonnyMJ" w:hAnsi="SutonnyMJ" w:cs="SutonnyMJ"/>
                <w:sz w:val="26"/>
                <w:szCs w:val="26"/>
              </w:rPr>
              <w:t>t</w:t>
            </w:r>
          </w:p>
        </w:tc>
        <w:tc>
          <w:tcPr>
            <w:tcW w:w="767" w:type="dxa"/>
          </w:tcPr>
          <w:p w:rsidR="005D6F13" w:rsidRPr="00E73E64" w:rsidRDefault="005D6F13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5D6F13" w:rsidRPr="00E73E64" w:rsidTr="003A5BFD">
        <w:tc>
          <w:tcPr>
            <w:tcW w:w="468" w:type="dxa"/>
          </w:tcPr>
          <w:p w:rsidR="005D6F13" w:rsidRPr="00E73E64" w:rsidRDefault="005D6F13" w:rsidP="00E73E64">
            <w:pPr>
              <w:pStyle w:val="ListParagraph"/>
              <w:numPr>
                <w:ilvl w:val="0"/>
                <w:numId w:val="10"/>
              </w:num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3510" w:type="dxa"/>
          </w:tcPr>
          <w:p w:rsidR="005D6F13" w:rsidRPr="00E73E64" w:rsidRDefault="005D6F13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বর্তমান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কর্মস্থলে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কর্মরত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পদ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সংখ্যা</w:t>
            </w:r>
            <w:proofErr w:type="spellEnd"/>
          </w:p>
        </w:tc>
        <w:tc>
          <w:tcPr>
            <w:tcW w:w="5220" w:type="dxa"/>
          </w:tcPr>
          <w:p w:rsidR="005D6F13" w:rsidRDefault="005D6F13">
            <w:r w:rsidRPr="00C56148">
              <w:rPr>
                <w:rFonts w:ascii="SutonnyMJ" w:hAnsi="SutonnyMJ" w:cs="SutonnyMJ"/>
                <w:sz w:val="26"/>
                <w:szCs w:val="26"/>
              </w:rPr>
              <w:t>t</w:t>
            </w:r>
          </w:p>
        </w:tc>
        <w:tc>
          <w:tcPr>
            <w:tcW w:w="767" w:type="dxa"/>
          </w:tcPr>
          <w:p w:rsidR="005D6F13" w:rsidRPr="00E73E64" w:rsidRDefault="005D6F13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5D6F13" w:rsidRPr="00E73E64" w:rsidTr="003A5BFD">
        <w:tc>
          <w:tcPr>
            <w:tcW w:w="468" w:type="dxa"/>
          </w:tcPr>
          <w:p w:rsidR="005D6F13" w:rsidRPr="00E73E64" w:rsidRDefault="005D6F13" w:rsidP="00E73E64">
            <w:pPr>
              <w:pStyle w:val="ListParagraph"/>
              <w:numPr>
                <w:ilvl w:val="0"/>
                <w:numId w:val="10"/>
              </w:num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3510" w:type="dxa"/>
          </w:tcPr>
          <w:p w:rsidR="005D6F13" w:rsidRPr="00E73E64" w:rsidRDefault="005D6F13" w:rsidP="00E73E64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বর্তমান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কর্মস্থলে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শিক্ষার্থী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>‌</w:t>
            </w:r>
            <w:r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6"/>
                <w:szCs w:val="26"/>
              </w:rPr>
              <w:t>সংখ‌্যা</w:t>
            </w:r>
            <w:proofErr w:type="spellEnd"/>
          </w:p>
        </w:tc>
        <w:tc>
          <w:tcPr>
            <w:tcW w:w="5220" w:type="dxa"/>
          </w:tcPr>
          <w:p w:rsidR="005D6F13" w:rsidRDefault="005D6F13">
            <w:r w:rsidRPr="00C56148">
              <w:rPr>
                <w:rFonts w:ascii="SutonnyMJ" w:hAnsi="SutonnyMJ" w:cs="SutonnyMJ"/>
                <w:sz w:val="26"/>
                <w:szCs w:val="26"/>
              </w:rPr>
              <w:t>t</w:t>
            </w:r>
          </w:p>
        </w:tc>
        <w:tc>
          <w:tcPr>
            <w:tcW w:w="767" w:type="dxa"/>
          </w:tcPr>
          <w:p w:rsidR="005D6F13" w:rsidRPr="00E73E64" w:rsidRDefault="005D6F13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5D6F13" w:rsidRPr="00E73E64" w:rsidTr="003A5BFD">
        <w:tc>
          <w:tcPr>
            <w:tcW w:w="468" w:type="dxa"/>
          </w:tcPr>
          <w:p w:rsidR="005D6F13" w:rsidRPr="00E73E64" w:rsidRDefault="005D6F13" w:rsidP="00E73E64">
            <w:pPr>
              <w:pStyle w:val="ListParagraph"/>
              <w:numPr>
                <w:ilvl w:val="0"/>
                <w:numId w:val="10"/>
              </w:num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3510" w:type="dxa"/>
          </w:tcPr>
          <w:p w:rsidR="005D6F13" w:rsidRPr="00E73E64" w:rsidRDefault="005D6F13" w:rsidP="00E73E64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>
              <w:rPr>
                <w:rFonts w:ascii="NikoshBAN" w:hAnsi="NikoshBAN" w:cs="NikoshBAN"/>
                <w:sz w:val="26"/>
                <w:szCs w:val="26"/>
              </w:rPr>
              <w:t>কর্মরত</w:t>
            </w:r>
            <w:proofErr w:type="spellEnd"/>
            <w:r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শিক্ষক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ও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শিক্ষার্থী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অনুপাত</w:t>
            </w:r>
            <w:proofErr w:type="spellEnd"/>
          </w:p>
        </w:tc>
        <w:tc>
          <w:tcPr>
            <w:tcW w:w="5220" w:type="dxa"/>
          </w:tcPr>
          <w:p w:rsidR="005D6F13" w:rsidRDefault="005D6F13">
            <w:r w:rsidRPr="00C56148">
              <w:rPr>
                <w:rFonts w:ascii="SutonnyMJ" w:hAnsi="SutonnyMJ" w:cs="SutonnyMJ"/>
                <w:sz w:val="26"/>
                <w:szCs w:val="26"/>
              </w:rPr>
              <w:t>t</w:t>
            </w:r>
          </w:p>
        </w:tc>
        <w:tc>
          <w:tcPr>
            <w:tcW w:w="767" w:type="dxa"/>
          </w:tcPr>
          <w:p w:rsidR="005D6F13" w:rsidRPr="00E73E64" w:rsidRDefault="005D6F13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5D6F13" w:rsidRPr="00E73E64" w:rsidTr="003A5BFD">
        <w:tc>
          <w:tcPr>
            <w:tcW w:w="468" w:type="dxa"/>
          </w:tcPr>
          <w:p w:rsidR="005D6F13" w:rsidRPr="00E73E64" w:rsidRDefault="005D6F13" w:rsidP="00E73E64">
            <w:pPr>
              <w:pStyle w:val="ListParagraph"/>
              <w:numPr>
                <w:ilvl w:val="0"/>
                <w:numId w:val="10"/>
              </w:num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3510" w:type="dxa"/>
          </w:tcPr>
          <w:p w:rsidR="005D6F13" w:rsidRPr="00E73E64" w:rsidRDefault="005D6F13" w:rsidP="00E73E64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বদলির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কারণ</w:t>
            </w:r>
            <w:proofErr w:type="spellEnd"/>
          </w:p>
        </w:tc>
        <w:tc>
          <w:tcPr>
            <w:tcW w:w="5220" w:type="dxa"/>
          </w:tcPr>
          <w:p w:rsidR="005D6F13" w:rsidRDefault="005D6F13">
            <w:r w:rsidRPr="00C56148">
              <w:rPr>
                <w:rFonts w:ascii="SutonnyMJ" w:hAnsi="SutonnyMJ" w:cs="SutonnyMJ"/>
                <w:sz w:val="26"/>
                <w:szCs w:val="26"/>
              </w:rPr>
              <w:t>t</w:t>
            </w:r>
          </w:p>
        </w:tc>
        <w:tc>
          <w:tcPr>
            <w:tcW w:w="767" w:type="dxa"/>
          </w:tcPr>
          <w:p w:rsidR="005D6F13" w:rsidRPr="00E73E64" w:rsidRDefault="005D6F13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E73E64" w:rsidRPr="00E73E64" w:rsidTr="003A5BFD">
        <w:tc>
          <w:tcPr>
            <w:tcW w:w="468" w:type="dxa"/>
          </w:tcPr>
          <w:p w:rsidR="00E73E64" w:rsidRPr="00E73E64" w:rsidRDefault="00E73E64" w:rsidP="00E73E64">
            <w:pPr>
              <w:pStyle w:val="ListParagraph"/>
              <w:numPr>
                <w:ilvl w:val="0"/>
                <w:numId w:val="10"/>
              </w:num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3510" w:type="dxa"/>
          </w:tcPr>
          <w:p w:rsidR="00E73E64" w:rsidRPr="00E73E64" w:rsidRDefault="00E73E64" w:rsidP="00E73E64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যে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6"/>
                <w:szCs w:val="26"/>
              </w:rPr>
              <w:t>বিদ্যালয়ে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বদলি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হতে</w:t>
            </w:r>
            <w:proofErr w:type="spellEnd"/>
            <w:r w:rsidRPr="00E73E64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E73E64">
              <w:rPr>
                <w:rFonts w:ascii="NikoshBAN" w:hAnsi="NikoshBAN" w:cs="NikoshBAN"/>
                <w:sz w:val="26"/>
                <w:szCs w:val="26"/>
              </w:rPr>
              <w:t>ইচ্ছুক</w:t>
            </w:r>
            <w:proofErr w:type="spellEnd"/>
          </w:p>
        </w:tc>
        <w:tc>
          <w:tcPr>
            <w:tcW w:w="5220" w:type="dxa"/>
          </w:tcPr>
          <w:p w:rsidR="00E73E64" w:rsidRPr="00E73E64" w:rsidRDefault="00E73E64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01.</w:t>
            </w:r>
          </w:p>
        </w:tc>
        <w:tc>
          <w:tcPr>
            <w:tcW w:w="767" w:type="dxa"/>
          </w:tcPr>
          <w:p w:rsidR="00E73E64" w:rsidRPr="00E73E64" w:rsidRDefault="00E73E64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E73E64" w:rsidRPr="00E73E64" w:rsidTr="003A5BFD">
        <w:tc>
          <w:tcPr>
            <w:tcW w:w="468" w:type="dxa"/>
          </w:tcPr>
          <w:p w:rsidR="00E73E64" w:rsidRPr="00E73E64" w:rsidRDefault="00E73E64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3510" w:type="dxa"/>
          </w:tcPr>
          <w:p w:rsidR="00E73E64" w:rsidRPr="00E73E64" w:rsidRDefault="00E73E64" w:rsidP="00E73E64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5220" w:type="dxa"/>
          </w:tcPr>
          <w:p w:rsidR="00E73E64" w:rsidRPr="00E73E64" w:rsidRDefault="00E73E64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02.</w:t>
            </w:r>
          </w:p>
        </w:tc>
        <w:tc>
          <w:tcPr>
            <w:tcW w:w="767" w:type="dxa"/>
          </w:tcPr>
          <w:p w:rsidR="00E73E64" w:rsidRPr="00E73E64" w:rsidRDefault="00E73E64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E73E64" w:rsidRPr="00E73E64" w:rsidTr="003A5BFD">
        <w:tc>
          <w:tcPr>
            <w:tcW w:w="468" w:type="dxa"/>
          </w:tcPr>
          <w:p w:rsidR="00E73E64" w:rsidRPr="00E73E64" w:rsidRDefault="00E73E64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3510" w:type="dxa"/>
          </w:tcPr>
          <w:p w:rsidR="00E73E64" w:rsidRPr="00E73E64" w:rsidRDefault="00E73E64" w:rsidP="00E73E64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5220" w:type="dxa"/>
          </w:tcPr>
          <w:p w:rsidR="00E73E64" w:rsidRPr="00E73E64" w:rsidRDefault="00E73E64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03.</w:t>
            </w:r>
          </w:p>
        </w:tc>
        <w:tc>
          <w:tcPr>
            <w:tcW w:w="767" w:type="dxa"/>
          </w:tcPr>
          <w:p w:rsidR="00E73E64" w:rsidRPr="00E73E64" w:rsidRDefault="00E73E64">
            <w:pPr>
              <w:spacing w:after="80"/>
              <w:rPr>
                <w:rFonts w:ascii="NikoshBAN" w:hAnsi="NikoshBAN" w:cs="NikoshBAN"/>
                <w:sz w:val="26"/>
                <w:szCs w:val="26"/>
              </w:rPr>
            </w:pPr>
          </w:p>
        </w:tc>
      </w:tr>
    </w:tbl>
    <w:p w:rsidR="00F96B9F" w:rsidRPr="00B90470" w:rsidRDefault="005D6F13">
      <w:pPr>
        <w:spacing w:after="80"/>
        <w:rPr>
          <w:rFonts w:ascii="NikoshBAN" w:hAnsi="NikoshBAN" w:cs="NikoshBAN"/>
          <w:sz w:val="2"/>
          <w:szCs w:val="26"/>
        </w:rPr>
      </w:pPr>
      <w:r w:rsidRPr="00E73E64">
        <w:rPr>
          <w:rFonts w:ascii="NikoshBAN" w:hAnsi="NikoshBAN" w:cs="NikoshBAN"/>
          <w:sz w:val="14"/>
          <w:szCs w:val="26"/>
        </w:rPr>
        <w:t xml:space="preserve"> </w:t>
      </w:r>
    </w:p>
    <w:p w:rsidR="00F96B9F" w:rsidRPr="00E73E64" w:rsidRDefault="005D6F13">
      <w:pPr>
        <w:spacing w:after="80"/>
        <w:rPr>
          <w:rFonts w:ascii="NikoshBAN" w:hAnsi="NikoshBAN" w:cs="NikoshBAN"/>
          <w:sz w:val="26"/>
          <w:szCs w:val="26"/>
        </w:rPr>
      </w:pPr>
      <w:proofErr w:type="spellStart"/>
      <w:r w:rsidRPr="00E73E64">
        <w:rPr>
          <w:rFonts w:ascii="NikoshBAN" w:hAnsi="NikoshBAN" w:cs="NikoshBAN"/>
          <w:sz w:val="26"/>
          <w:szCs w:val="26"/>
        </w:rPr>
        <w:t>অতএব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BF70B5">
        <w:rPr>
          <w:rFonts w:ascii="NikoshBAN" w:hAnsi="NikoshBAN" w:cs="NikoshBAN"/>
          <w:sz w:val="26"/>
          <w:szCs w:val="26"/>
        </w:rPr>
        <w:t>জনাবের</w:t>
      </w:r>
      <w:proofErr w:type="spellEnd"/>
      <w:r w:rsidR="00BF70B5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BF70B5">
        <w:rPr>
          <w:rFonts w:ascii="NikoshBAN" w:hAnsi="NikoshBAN" w:cs="NikoshBAN"/>
          <w:sz w:val="26"/>
          <w:szCs w:val="26"/>
        </w:rPr>
        <w:t>নিকট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বিনীত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BF70B5">
        <w:rPr>
          <w:rFonts w:ascii="NikoshBAN" w:hAnsi="NikoshBAN" w:cs="NikoshBAN"/>
          <w:sz w:val="26"/>
          <w:szCs w:val="26"/>
        </w:rPr>
        <w:t>নিবেদন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আমাকে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আমার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চাহিত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E73E64">
        <w:rPr>
          <w:rFonts w:ascii="NikoshBAN" w:hAnsi="NikoshBAN" w:cs="NikoshBAN"/>
          <w:sz w:val="26"/>
          <w:szCs w:val="26"/>
        </w:rPr>
        <w:t>বিদ্যালয়</w:t>
      </w:r>
      <w:proofErr w:type="gramStart"/>
      <w:r w:rsidR="00E73E64">
        <w:rPr>
          <w:rFonts w:ascii="NikoshBAN" w:hAnsi="NikoshBAN" w:cs="NikoshBAN"/>
          <w:sz w:val="26"/>
          <w:szCs w:val="26"/>
        </w:rPr>
        <w:t>ে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বদল</w:t>
      </w:r>
      <w:proofErr w:type="gramEnd"/>
      <w:r w:rsidRPr="00E73E64">
        <w:rPr>
          <w:rFonts w:ascii="NikoshBAN" w:hAnsi="NikoshBAN" w:cs="NikoshBAN"/>
          <w:sz w:val="26"/>
          <w:szCs w:val="26"/>
        </w:rPr>
        <w:t>ির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ব্যবস্থা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গ্রহণ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করিতে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636FAB">
        <w:rPr>
          <w:rFonts w:ascii="NikoshBAN" w:hAnsi="NikoshBAN" w:cs="NikoshBAN"/>
          <w:sz w:val="26"/>
          <w:szCs w:val="26"/>
        </w:rPr>
        <w:t>জনাবের</w:t>
      </w:r>
      <w:proofErr w:type="spellEnd"/>
      <w:r w:rsidR="00636FAB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636FAB">
        <w:rPr>
          <w:rFonts w:ascii="NikoshBAN" w:hAnsi="NikoshBAN" w:cs="NikoshBAN"/>
          <w:sz w:val="26"/>
          <w:szCs w:val="26"/>
        </w:rPr>
        <w:t>একান্ত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E73E64">
        <w:rPr>
          <w:rFonts w:ascii="NikoshBAN" w:hAnsi="NikoshBAN" w:cs="NikoshBAN"/>
          <w:sz w:val="26"/>
          <w:szCs w:val="26"/>
        </w:rPr>
        <w:t>মর্জি</w:t>
      </w:r>
      <w:proofErr w:type="spellEnd"/>
      <w:r w:rsid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E73E64">
        <w:rPr>
          <w:rFonts w:ascii="NikoshBAN" w:hAnsi="NikoshBAN" w:cs="NikoshBAN"/>
          <w:sz w:val="26"/>
          <w:szCs w:val="26"/>
        </w:rPr>
        <w:t>হয়</w:t>
      </w:r>
      <w:proofErr w:type="spellEnd"/>
      <w:r w:rsidR="00E73E64">
        <w:rPr>
          <w:rFonts w:ascii="NikoshBAN" w:hAnsi="NikoshBAN" w:cs="NikoshBAN"/>
          <w:sz w:val="26"/>
          <w:szCs w:val="26"/>
        </w:rPr>
        <w:t>।</w:t>
      </w:r>
    </w:p>
    <w:p w:rsidR="00F96B9F" w:rsidRPr="00E73E64" w:rsidRDefault="00F96B9F">
      <w:pPr>
        <w:spacing w:after="80"/>
        <w:rPr>
          <w:rFonts w:ascii="NikoshBAN" w:hAnsi="NikoshBAN" w:cs="NikoshBAN"/>
          <w:sz w:val="16"/>
          <w:szCs w:val="26"/>
        </w:rPr>
      </w:pPr>
    </w:p>
    <w:p w:rsidR="00F96B9F" w:rsidRPr="00E73E64" w:rsidRDefault="005D6F13">
      <w:pPr>
        <w:spacing w:after="80"/>
        <w:rPr>
          <w:rFonts w:ascii="NikoshBAN" w:hAnsi="NikoshBAN" w:cs="NikoshBAN"/>
          <w:sz w:val="26"/>
          <w:szCs w:val="26"/>
        </w:rPr>
      </w:pPr>
      <w:proofErr w:type="spellStart"/>
      <w:r w:rsidRPr="00E73E64">
        <w:rPr>
          <w:rFonts w:ascii="NikoshBAN" w:hAnsi="NikoshBAN" w:cs="NikoshBAN"/>
          <w:sz w:val="26"/>
          <w:szCs w:val="26"/>
        </w:rPr>
        <w:t>নিবেদক</w:t>
      </w:r>
      <w:proofErr w:type="spellEnd"/>
    </w:p>
    <w:p w:rsidR="00E73E64" w:rsidRPr="00E73E64" w:rsidRDefault="00E73E64">
      <w:pPr>
        <w:spacing w:after="80"/>
        <w:rPr>
          <w:rFonts w:ascii="NikoshBAN" w:hAnsi="NikoshBAN" w:cs="NikoshBAN"/>
          <w:sz w:val="26"/>
          <w:szCs w:val="26"/>
        </w:rPr>
      </w:pPr>
    </w:p>
    <w:p w:rsidR="00F96B9F" w:rsidRPr="00E73E64" w:rsidRDefault="005D6F13">
      <w:pPr>
        <w:spacing w:after="80"/>
        <w:rPr>
          <w:rFonts w:ascii="NikoshBAN" w:hAnsi="NikoshBAN" w:cs="NikoshBAN"/>
          <w:sz w:val="26"/>
          <w:szCs w:val="26"/>
        </w:rPr>
      </w:pPr>
      <w:r w:rsidRPr="00E73E64">
        <w:rPr>
          <w:rFonts w:ascii="NikoshBAN" w:hAnsi="NikoshBAN" w:cs="NikoshBAN"/>
          <w:sz w:val="26"/>
          <w:szCs w:val="26"/>
        </w:rPr>
        <w:t>সহকারী শিক্ষক</w:t>
      </w:r>
    </w:p>
    <w:p w:rsidR="00F96B9F" w:rsidRPr="00E73E64" w:rsidRDefault="005D6F13">
      <w:pPr>
        <w:spacing w:after="80"/>
        <w:rPr>
          <w:rFonts w:ascii="NikoshBAN" w:hAnsi="NikoshBAN" w:cs="NikoshBAN"/>
          <w:sz w:val="26"/>
          <w:szCs w:val="26"/>
        </w:rPr>
      </w:pPr>
      <w:r w:rsidRPr="00E73E64">
        <w:rPr>
          <w:rFonts w:ascii="NikoshBAN" w:hAnsi="NikoshBAN" w:cs="NikoshBAN"/>
          <w:sz w:val="26"/>
          <w:szCs w:val="26"/>
        </w:rPr>
        <w:t>...................</w:t>
      </w:r>
      <w:r w:rsidR="00E73E64">
        <w:rPr>
          <w:rFonts w:ascii="NikoshBAN" w:hAnsi="NikoshBAN" w:cs="NikoshBAN"/>
          <w:sz w:val="26"/>
          <w:szCs w:val="26"/>
        </w:rPr>
        <w:t>......</w:t>
      </w:r>
      <w:r w:rsidRPr="00E73E64">
        <w:rPr>
          <w:rFonts w:ascii="NikoshBAN" w:hAnsi="NikoshBAN" w:cs="NikoshBAN"/>
          <w:sz w:val="26"/>
          <w:szCs w:val="26"/>
        </w:rPr>
        <w:t>........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সরকারি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Pr="00E73E64">
        <w:rPr>
          <w:rFonts w:ascii="NikoshBAN" w:hAnsi="NikoshBAN" w:cs="NikoshBAN"/>
          <w:sz w:val="26"/>
          <w:szCs w:val="26"/>
        </w:rPr>
        <w:t>প্রাথমিক</w:t>
      </w:r>
      <w:proofErr w:type="spellEnd"/>
      <w:r w:rsidRPr="00E73E64">
        <w:rPr>
          <w:rFonts w:ascii="NikoshBAN" w:hAnsi="NikoshBAN" w:cs="NikoshBAN"/>
          <w:sz w:val="26"/>
          <w:szCs w:val="26"/>
        </w:rPr>
        <w:t xml:space="preserve"> </w:t>
      </w:r>
      <w:proofErr w:type="spellStart"/>
      <w:r w:rsidR="00E16BE2">
        <w:rPr>
          <w:rFonts w:ascii="NikoshBAN" w:hAnsi="NikoshBAN" w:cs="NikoshBAN"/>
          <w:sz w:val="26"/>
          <w:szCs w:val="26"/>
        </w:rPr>
        <w:t>বিদ্যালয়</w:t>
      </w:r>
      <w:proofErr w:type="spellEnd"/>
    </w:p>
    <w:p w:rsidR="00F96B9F" w:rsidRPr="00E73E64" w:rsidRDefault="005D6F13">
      <w:pPr>
        <w:spacing w:after="80"/>
        <w:rPr>
          <w:rFonts w:ascii="NikoshBAN" w:hAnsi="NikoshBAN" w:cs="NikoshBAN"/>
          <w:sz w:val="26"/>
          <w:szCs w:val="26"/>
        </w:rPr>
      </w:pPr>
      <w:r w:rsidRPr="00E73E64">
        <w:rPr>
          <w:rFonts w:ascii="NikoshBAN" w:hAnsi="NikoshBAN" w:cs="NikoshBAN"/>
          <w:sz w:val="26"/>
          <w:szCs w:val="26"/>
        </w:rPr>
        <w:t>.......................উপজেল</w:t>
      </w:r>
      <w:proofErr w:type="gramStart"/>
      <w:r w:rsidRPr="00E73E64">
        <w:rPr>
          <w:rFonts w:ascii="NikoshBAN" w:hAnsi="NikoshBAN" w:cs="NikoshBAN"/>
          <w:sz w:val="26"/>
          <w:szCs w:val="26"/>
        </w:rPr>
        <w:t>া, ........................জ</w:t>
      </w:r>
      <w:proofErr w:type="gramEnd"/>
      <w:r w:rsidRPr="00E73E64">
        <w:rPr>
          <w:rFonts w:ascii="NikoshBAN" w:hAnsi="NikoshBAN" w:cs="NikoshBAN"/>
          <w:sz w:val="26"/>
          <w:szCs w:val="26"/>
        </w:rPr>
        <w:t>েলা।</w:t>
      </w:r>
    </w:p>
    <w:sectPr w:rsidR="00F96B9F" w:rsidRPr="00E73E64" w:rsidSect="00B90470">
      <w:pgSz w:w="11909" w:h="16834" w:code="9"/>
      <w:pgMar w:top="540" w:right="72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3300524"/>
    <w:multiLevelType w:val="hybridMultilevel"/>
    <w:tmpl w:val="E272C3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3A5BFD"/>
    <w:rsid w:val="005D6F13"/>
    <w:rsid w:val="00636FAB"/>
    <w:rsid w:val="00671802"/>
    <w:rsid w:val="008D5389"/>
    <w:rsid w:val="00910435"/>
    <w:rsid w:val="00AA1D8D"/>
    <w:rsid w:val="00B47730"/>
    <w:rsid w:val="00B90470"/>
    <w:rsid w:val="00BF70B5"/>
    <w:rsid w:val="00CB0664"/>
    <w:rsid w:val="00E16BE2"/>
    <w:rsid w:val="00E73E64"/>
    <w:rsid w:val="00F96B9F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ikosh" w:hAnsi="Nikosh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WALTON</cp:lastModifiedBy>
  <cp:revision>19</cp:revision>
  <cp:lastPrinted>2026-07-28T05:26:00Z</cp:lastPrinted>
  <dcterms:created xsi:type="dcterms:W3CDTF">2013-12-23T23:15:00Z</dcterms:created>
  <dcterms:modified xsi:type="dcterms:W3CDTF">2026-07-28T05:54:00Z</dcterms:modified>
  <cp:category/>
</cp:coreProperties>
</file>