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0A397" w14:textId="73177616" w:rsidR="007976BE" w:rsidRPr="00D944AC" w:rsidRDefault="00000000" w:rsidP="005222D3">
      <w:pPr>
        <w:rPr>
          <w:rFonts w:ascii="Nikosh" w:hAnsi="Nikosh" w:cs="Nikosh"/>
          <w:sz w:val="24"/>
          <w:szCs w:val="24"/>
        </w:rPr>
      </w:pPr>
      <w:proofErr w:type="spellStart"/>
      <w:r w:rsidRPr="00D944AC">
        <w:rPr>
          <w:rFonts w:ascii="Nikosh" w:hAnsi="Nikosh" w:cs="Nikosh"/>
          <w:b/>
          <w:sz w:val="24"/>
          <w:szCs w:val="24"/>
        </w:rPr>
        <w:t>বরাবর</w:t>
      </w:r>
      <w:proofErr w:type="spellEnd"/>
      <w:r w:rsidRPr="00D944AC">
        <w:rPr>
          <w:rFonts w:ascii="Nikosh" w:hAnsi="Nikosh" w:cs="Nikosh"/>
          <w:b/>
          <w:sz w:val="24"/>
          <w:szCs w:val="24"/>
        </w:rPr>
        <w:br/>
      </w:r>
      <w:proofErr w:type="spellStart"/>
      <w:r w:rsidRPr="00D944AC">
        <w:rPr>
          <w:rFonts w:ascii="Nikosh" w:hAnsi="Nikosh" w:cs="Nikosh"/>
          <w:sz w:val="24"/>
          <w:szCs w:val="24"/>
        </w:rPr>
        <w:t>উপজেলা</w:t>
      </w:r>
      <w:proofErr w:type="spellEnd"/>
      <w:r w:rsidRPr="00D944AC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D944AC">
        <w:rPr>
          <w:rFonts w:ascii="Nikosh" w:hAnsi="Nikosh" w:cs="Nikosh"/>
          <w:sz w:val="24"/>
          <w:szCs w:val="24"/>
        </w:rPr>
        <w:t>আইসিটি</w:t>
      </w:r>
      <w:proofErr w:type="spellEnd"/>
      <w:r w:rsidRPr="00D944AC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D944AC">
        <w:rPr>
          <w:rFonts w:ascii="Nikosh" w:hAnsi="Nikosh" w:cs="Nikosh"/>
          <w:sz w:val="24"/>
          <w:szCs w:val="24"/>
        </w:rPr>
        <w:t>অফিসার</w:t>
      </w:r>
      <w:proofErr w:type="spellEnd"/>
      <w:r w:rsidRPr="00D944AC">
        <w:rPr>
          <w:rFonts w:ascii="Nikosh" w:hAnsi="Nikosh" w:cs="Nikosh"/>
          <w:sz w:val="24"/>
          <w:szCs w:val="24"/>
        </w:rPr>
        <w:br/>
      </w:r>
      <w:proofErr w:type="spellStart"/>
      <w:r w:rsidR="00D944AC" w:rsidRPr="00D944AC">
        <w:rPr>
          <w:rFonts w:ascii="Nikosh" w:hAnsi="Nikosh" w:cs="Nikosh"/>
          <w:sz w:val="24"/>
          <w:szCs w:val="24"/>
        </w:rPr>
        <w:t>সাভার</w:t>
      </w:r>
      <w:proofErr w:type="spellEnd"/>
      <w:r w:rsidR="00D944AC" w:rsidRPr="00D944AC">
        <w:rPr>
          <w:rFonts w:ascii="Nikosh" w:hAnsi="Nikosh" w:cs="Nikosh"/>
          <w:sz w:val="24"/>
          <w:szCs w:val="24"/>
        </w:rPr>
        <w:t xml:space="preserve">, </w:t>
      </w:r>
      <w:proofErr w:type="spellStart"/>
      <w:r w:rsidR="00D944AC" w:rsidRPr="00D944AC">
        <w:rPr>
          <w:rFonts w:ascii="Nikosh" w:hAnsi="Nikosh" w:cs="Nikosh"/>
          <w:sz w:val="24"/>
          <w:szCs w:val="24"/>
        </w:rPr>
        <w:t>ঢাকা</w:t>
      </w:r>
      <w:proofErr w:type="spellEnd"/>
      <w:r w:rsidR="00D944AC" w:rsidRPr="00D944AC">
        <w:rPr>
          <w:rFonts w:ascii="Nikosh" w:hAnsi="Nikosh" w:cs="Nikosh"/>
          <w:sz w:val="24"/>
          <w:szCs w:val="24"/>
        </w:rPr>
        <w:t>।</w:t>
      </w:r>
      <w:r w:rsidRPr="00D944AC">
        <w:rPr>
          <w:rFonts w:ascii="Nikosh" w:hAnsi="Nikosh" w:cs="Nikosh"/>
          <w:sz w:val="24"/>
          <w:szCs w:val="24"/>
        </w:rPr>
        <w:br/>
      </w:r>
      <w:r w:rsidRPr="00D944AC">
        <w:rPr>
          <w:rFonts w:ascii="Nikosh" w:hAnsi="Nikosh" w:cs="Nikosh"/>
          <w:sz w:val="24"/>
          <w:szCs w:val="24"/>
        </w:rPr>
        <w:br/>
      </w:r>
      <w:proofErr w:type="spellStart"/>
      <w:r w:rsidRPr="00D944AC">
        <w:rPr>
          <w:rFonts w:ascii="Nikosh" w:hAnsi="Nikosh" w:cs="Nikosh"/>
          <w:sz w:val="24"/>
          <w:szCs w:val="24"/>
        </w:rPr>
        <w:t>বিষয়</w:t>
      </w:r>
      <w:proofErr w:type="spellEnd"/>
      <w:r w:rsidRPr="00D944AC">
        <w:rPr>
          <w:rFonts w:ascii="Nikosh" w:hAnsi="Nikosh" w:cs="Nikosh"/>
          <w:sz w:val="24"/>
          <w:szCs w:val="24"/>
        </w:rPr>
        <w:t xml:space="preserve">: </w:t>
      </w:r>
      <w:proofErr w:type="spellStart"/>
      <w:r w:rsidRPr="00D944AC">
        <w:rPr>
          <w:rFonts w:ascii="Nikosh" w:hAnsi="Nikosh" w:cs="Nikosh"/>
          <w:sz w:val="24"/>
          <w:szCs w:val="24"/>
        </w:rPr>
        <w:t>কম্পিউটার</w:t>
      </w:r>
      <w:proofErr w:type="spellEnd"/>
      <w:r w:rsidRPr="00D944AC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D944AC">
        <w:rPr>
          <w:rFonts w:ascii="Nikosh" w:hAnsi="Nikosh" w:cs="Nikosh"/>
          <w:sz w:val="24"/>
          <w:szCs w:val="24"/>
        </w:rPr>
        <w:t>বিষয়ক</w:t>
      </w:r>
      <w:proofErr w:type="spellEnd"/>
      <w:r w:rsidRPr="00D944AC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D944AC">
        <w:rPr>
          <w:rFonts w:ascii="Nikosh" w:hAnsi="Nikosh" w:cs="Nikosh"/>
          <w:sz w:val="24"/>
          <w:szCs w:val="24"/>
        </w:rPr>
        <w:t>প্রশিক্ষণে</w:t>
      </w:r>
      <w:proofErr w:type="spellEnd"/>
      <w:r w:rsidRPr="00D944AC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D944AC">
        <w:rPr>
          <w:rFonts w:ascii="Nikosh" w:hAnsi="Nikosh" w:cs="Nikosh"/>
          <w:sz w:val="24"/>
          <w:szCs w:val="24"/>
        </w:rPr>
        <w:t>অংশগ্রহণের</w:t>
      </w:r>
      <w:proofErr w:type="spellEnd"/>
      <w:r w:rsidRPr="00D944AC">
        <w:rPr>
          <w:rFonts w:ascii="Nikosh" w:hAnsi="Nikosh" w:cs="Nikosh"/>
          <w:sz w:val="24"/>
          <w:szCs w:val="24"/>
        </w:rPr>
        <w:t xml:space="preserve"> জন্য আবেদন।</w:t>
      </w:r>
    </w:p>
    <w:p w14:paraId="5760BB6F" w14:textId="77777777" w:rsidR="007976BE" w:rsidRPr="00D944AC" w:rsidRDefault="00000000" w:rsidP="00D944AC">
      <w:pPr>
        <w:jc w:val="both"/>
        <w:rPr>
          <w:rFonts w:ascii="Nikosh" w:hAnsi="Nikosh" w:cs="Nikosh"/>
          <w:sz w:val="24"/>
          <w:szCs w:val="24"/>
        </w:rPr>
      </w:pPr>
      <w:r w:rsidRPr="00D944AC">
        <w:rPr>
          <w:rFonts w:ascii="Nikosh" w:hAnsi="Nikosh" w:cs="Nikosh"/>
          <w:sz w:val="24"/>
          <w:szCs w:val="24"/>
        </w:rPr>
        <w:t>জনাব,</w:t>
      </w:r>
      <w:r w:rsidRPr="00D944AC">
        <w:rPr>
          <w:rFonts w:ascii="Nikosh" w:hAnsi="Nikosh" w:cs="Nikosh"/>
          <w:sz w:val="24"/>
          <w:szCs w:val="24"/>
        </w:rPr>
        <w:br/>
        <w:t>বিনীত নিবেদন এই যে, আমি নিম্নস্বাক্ষরকারী কম্পিউটার বিষয়ক প্রশিক্ষণে অংশগ্রহণ করতে ইচ্ছুক। নিম্নে আমার প্রয়োজনীয় তথ্য প্রদান করা হলো:</w:t>
      </w:r>
    </w:p>
    <w:p w14:paraId="35037A86" w14:textId="77777777" w:rsidR="007976BE" w:rsidRPr="00D944AC" w:rsidRDefault="00000000" w:rsidP="00D944AC">
      <w:pPr>
        <w:jc w:val="both"/>
        <w:rPr>
          <w:rFonts w:ascii="Nikosh" w:hAnsi="Nikosh" w:cs="Nikosh"/>
          <w:sz w:val="24"/>
          <w:szCs w:val="24"/>
        </w:rPr>
      </w:pPr>
      <w:r w:rsidRPr="00D944AC">
        <w:rPr>
          <w:rFonts w:ascii="Nikosh" w:hAnsi="Nikosh" w:cs="Nikosh"/>
          <w:sz w:val="24"/>
          <w:szCs w:val="24"/>
        </w:rPr>
        <w:t>১। আবেদনকারীর নাম: __________________________________________</w:t>
      </w:r>
    </w:p>
    <w:p w14:paraId="6180416B" w14:textId="77777777" w:rsidR="007976BE" w:rsidRPr="00D944AC" w:rsidRDefault="00000000" w:rsidP="00D944AC">
      <w:pPr>
        <w:jc w:val="both"/>
        <w:rPr>
          <w:rFonts w:ascii="Nikosh" w:hAnsi="Nikosh" w:cs="Nikosh"/>
          <w:sz w:val="24"/>
          <w:szCs w:val="24"/>
        </w:rPr>
      </w:pPr>
      <w:proofErr w:type="gramStart"/>
      <w:r w:rsidRPr="00D944AC">
        <w:rPr>
          <w:rFonts w:ascii="Nikosh" w:hAnsi="Nikosh" w:cs="Nikosh"/>
          <w:sz w:val="24"/>
          <w:szCs w:val="24"/>
        </w:rPr>
        <w:t xml:space="preserve">২। পিতার নাম: </w:t>
      </w:r>
      <w:proofErr w:type="gramEnd"/>
      <w:r w:rsidRPr="00D944AC">
        <w:rPr>
          <w:rFonts w:ascii="Nikosh" w:hAnsi="Nikosh" w:cs="Nikosh"/>
          <w:sz w:val="24"/>
          <w:szCs w:val="24"/>
        </w:rPr>
        <w:t>__________________________________________</w:t>
      </w:r>
    </w:p>
    <w:p w14:paraId="105A7E71" w14:textId="77777777" w:rsidR="007976BE" w:rsidRPr="00D944AC" w:rsidRDefault="00000000" w:rsidP="00D944AC">
      <w:pPr>
        <w:jc w:val="both"/>
        <w:rPr>
          <w:rFonts w:ascii="Nikosh" w:hAnsi="Nikosh" w:cs="Nikosh"/>
          <w:sz w:val="24"/>
          <w:szCs w:val="24"/>
        </w:rPr>
      </w:pPr>
      <w:proofErr w:type="gramStart"/>
      <w:r w:rsidRPr="00D944AC">
        <w:rPr>
          <w:rFonts w:ascii="Nikosh" w:hAnsi="Nikosh" w:cs="Nikosh"/>
          <w:sz w:val="24"/>
          <w:szCs w:val="24"/>
        </w:rPr>
        <w:t xml:space="preserve">৩। মাতার নাম: </w:t>
      </w:r>
      <w:proofErr w:type="gramEnd"/>
      <w:r w:rsidRPr="00D944AC">
        <w:rPr>
          <w:rFonts w:ascii="Nikosh" w:hAnsi="Nikosh" w:cs="Nikosh"/>
          <w:sz w:val="24"/>
          <w:szCs w:val="24"/>
        </w:rPr>
        <w:t>__________________________________________</w:t>
      </w:r>
    </w:p>
    <w:p w14:paraId="7AB15CFC" w14:textId="77777777" w:rsidR="007976BE" w:rsidRPr="00D944AC" w:rsidRDefault="00000000" w:rsidP="00D944AC">
      <w:pPr>
        <w:jc w:val="both"/>
        <w:rPr>
          <w:rFonts w:ascii="Nikosh" w:hAnsi="Nikosh" w:cs="Nikosh"/>
          <w:sz w:val="24"/>
          <w:szCs w:val="24"/>
        </w:rPr>
      </w:pPr>
      <w:r w:rsidRPr="00D944AC">
        <w:rPr>
          <w:rFonts w:ascii="Nikosh" w:hAnsi="Nikosh" w:cs="Nikosh"/>
          <w:sz w:val="24"/>
          <w:szCs w:val="24"/>
        </w:rPr>
        <w:t>৪। জন্ম তারিখ: __________________________________________</w:t>
      </w:r>
    </w:p>
    <w:p w14:paraId="014928A3" w14:textId="77777777" w:rsidR="007976BE" w:rsidRPr="00D944AC" w:rsidRDefault="00000000" w:rsidP="00D944AC">
      <w:pPr>
        <w:jc w:val="both"/>
        <w:rPr>
          <w:rFonts w:ascii="Nikosh" w:hAnsi="Nikosh" w:cs="Nikosh"/>
          <w:sz w:val="24"/>
          <w:szCs w:val="24"/>
        </w:rPr>
      </w:pPr>
      <w:r w:rsidRPr="00D944AC">
        <w:rPr>
          <w:rFonts w:ascii="Nikosh" w:hAnsi="Nikosh" w:cs="Nikosh"/>
          <w:sz w:val="24"/>
          <w:szCs w:val="24"/>
        </w:rPr>
        <w:t>৫। জাতীয় পরিচয়পত্র নম্বর (যদি থাকে): __________________________________________</w:t>
      </w:r>
    </w:p>
    <w:p w14:paraId="6EA896B5" w14:textId="77777777" w:rsidR="007976BE" w:rsidRPr="00D944AC" w:rsidRDefault="00000000" w:rsidP="00D944AC">
      <w:pPr>
        <w:jc w:val="both"/>
        <w:rPr>
          <w:rFonts w:ascii="Nikosh" w:hAnsi="Nikosh" w:cs="Nikosh"/>
          <w:sz w:val="24"/>
          <w:szCs w:val="24"/>
        </w:rPr>
      </w:pPr>
      <w:proofErr w:type="gramStart"/>
      <w:r w:rsidRPr="00D944AC">
        <w:rPr>
          <w:rFonts w:ascii="Nikosh" w:hAnsi="Nikosh" w:cs="Nikosh"/>
          <w:sz w:val="24"/>
          <w:szCs w:val="24"/>
        </w:rPr>
        <w:t xml:space="preserve">৬। শিক্ষাগত যোগ্যতা: </w:t>
      </w:r>
      <w:proofErr w:type="gramEnd"/>
      <w:r w:rsidRPr="00D944AC">
        <w:rPr>
          <w:rFonts w:ascii="Nikosh" w:hAnsi="Nikosh" w:cs="Nikosh"/>
          <w:sz w:val="24"/>
          <w:szCs w:val="24"/>
        </w:rPr>
        <w:t>__________________________________________</w:t>
      </w:r>
    </w:p>
    <w:p w14:paraId="54AA7F03" w14:textId="77777777" w:rsidR="007976BE" w:rsidRPr="00D944AC" w:rsidRDefault="00000000" w:rsidP="00D944AC">
      <w:pPr>
        <w:jc w:val="both"/>
        <w:rPr>
          <w:rFonts w:ascii="Nikosh" w:hAnsi="Nikosh" w:cs="Nikosh"/>
          <w:sz w:val="24"/>
          <w:szCs w:val="24"/>
        </w:rPr>
      </w:pPr>
      <w:r w:rsidRPr="00D944AC">
        <w:rPr>
          <w:rFonts w:ascii="Nikosh" w:hAnsi="Nikosh" w:cs="Nikosh"/>
          <w:sz w:val="24"/>
          <w:szCs w:val="24"/>
        </w:rPr>
        <w:t>৭। পেশা: __________________________________________</w:t>
      </w:r>
    </w:p>
    <w:p w14:paraId="2BD772A1" w14:textId="77777777" w:rsidR="007976BE" w:rsidRPr="00D944AC" w:rsidRDefault="00000000" w:rsidP="00D944AC">
      <w:pPr>
        <w:jc w:val="both"/>
        <w:rPr>
          <w:rFonts w:ascii="Nikosh" w:hAnsi="Nikosh" w:cs="Nikosh"/>
          <w:sz w:val="24"/>
          <w:szCs w:val="24"/>
        </w:rPr>
      </w:pPr>
      <w:proofErr w:type="gramStart"/>
      <w:r w:rsidRPr="00D944AC">
        <w:rPr>
          <w:rFonts w:ascii="Nikosh" w:hAnsi="Nikosh" w:cs="Nikosh"/>
          <w:sz w:val="24"/>
          <w:szCs w:val="24"/>
        </w:rPr>
        <w:t xml:space="preserve">৮। বর্তমান ঠিকানা: </w:t>
      </w:r>
      <w:proofErr w:type="gramEnd"/>
      <w:r w:rsidRPr="00D944AC">
        <w:rPr>
          <w:rFonts w:ascii="Nikosh" w:hAnsi="Nikosh" w:cs="Nikosh"/>
          <w:sz w:val="24"/>
          <w:szCs w:val="24"/>
        </w:rPr>
        <w:t>__________________________________________</w:t>
      </w:r>
    </w:p>
    <w:p w14:paraId="03554A7B" w14:textId="77777777" w:rsidR="007976BE" w:rsidRPr="00D944AC" w:rsidRDefault="00000000" w:rsidP="00D944AC">
      <w:pPr>
        <w:jc w:val="both"/>
        <w:rPr>
          <w:rFonts w:ascii="Nikosh" w:hAnsi="Nikosh" w:cs="Nikosh"/>
          <w:sz w:val="24"/>
          <w:szCs w:val="24"/>
        </w:rPr>
      </w:pPr>
      <w:proofErr w:type="gramStart"/>
      <w:r w:rsidRPr="00D944AC">
        <w:rPr>
          <w:rFonts w:ascii="Nikosh" w:hAnsi="Nikosh" w:cs="Nikosh"/>
          <w:sz w:val="24"/>
          <w:szCs w:val="24"/>
        </w:rPr>
        <w:t xml:space="preserve">৯। স্থায়ী ঠিকানা: </w:t>
      </w:r>
      <w:proofErr w:type="gramEnd"/>
      <w:r w:rsidRPr="00D944AC">
        <w:rPr>
          <w:rFonts w:ascii="Nikosh" w:hAnsi="Nikosh" w:cs="Nikosh"/>
          <w:sz w:val="24"/>
          <w:szCs w:val="24"/>
        </w:rPr>
        <w:t>__________________________________________</w:t>
      </w:r>
    </w:p>
    <w:p w14:paraId="7A1708CD" w14:textId="77777777" w:rsidR="007976BE" w:rsidRPr="00D944AC" w:rsidRDefault="00000000" w:rsidP="00D944AC">
      <w:pPr>
        <w:jc w:val="both"/>
        <w:rPr>
          <w:rFonts w:ascii="Nikosh" w:hAnsi="Nikosh" w:cs="Nikosh"/>
          <w:sz w:val="24"/>
          <w:szCs w:val="24"/>
        </w:rPr>
      </w:pPr>
      <w:proofErr w:type="gramStart"/>
      <w:r w:rsidRPr="00D944AC">
        <w:rPr>
          <w:rFonts w:ascii="Nikosh" w:hAnsi="Nikosh" w:cs="Nikosh"/>
          <w:sz w:val="24"/>
          <w:szCs w:val="24"/>
        </w:rPr>
        <w:t xml:space="preserve">১০। মোবাইল নম্বর: </w:t>
      </w:r>
      <w:proofErr w:type="gramEnd"/>
      <w:r w:rsidRPr="00D944AC">
        <w:rPr>
          <w:rFonts w:ascii="Nikosh" w:hAnsi="Nikosh" w:cs="Nikosh"/>
          <w:sz w:val="24"/>
          <w:szCs w:val="24"/>
        </w:rPr>
        <w:t>__________________________________________</w:t>
      </w:r>
    </w:p>
    <w:p w14:paraId="60B9A28D" w14:textId="77777777" w:rsidR="007976BE" w:rsidRPr="00D944AC" w:rsidRDefault="00000000" w:rsidP="00D944AC">
      <w:pPr>
        <w:jc w:val="both"/>
        <w:rPr>
          <w:rFonts w:ascii="Nikosh" w:hAnsi="Nikosh" w:cs="Nikosh"/>
          <w:sz w:val="24"/>
          <w:szCs w:val="24"/>
        </w:rPr>
      </w:pPr>
      <w:r w:rsidRPr="00D944AC">
        <w:rPr>
          <w:rFonts w:ascii="Nikosh" w:hAnsi="Nikosh" w:cs="Nikosh"/>
          <w:sz w:val="24"/>
          <w:szCs w:val="24"/>
        </w:rPr>
        <w:t>১১। ই-মেইল (যদি থাকে): __________________________________________</w:t>
      </w:r>
    </w:p>
    <w:p w14:paraId="4C9DD25D" w14:textId="77777777" w:rsidR="007976BE" w:rsidRDefault="00000000" w:rsidP="00D944AC">
      <w:pPr>
        <w:jc w:val="both"/>
        <w:rPr>
          <w:rFonts w:ascii="Nikosh" w:hAnsi="Nikosh" w:cs="Nikosh"/>
          <w:sz w:val="24"/>
          <w:szCs w:val="24"/>
        </w:rPr>
      </w:pPr>
      <w:r w:rsidRPr="00D944AC">
        <w:rPr>
          <w:rFonts w:ascii="Nikosh" w:hAnsi="Nikosh" w:cs="Nikosh"/>
          <w:sz w:val="24"/>
          <w:szCs w:val="24"/>
        </w:rPr>
        <w:t xml:space="preserve">১২। পূর্বে কোনো কম্পিউটার প্রশিক্ষণ গ্রহণ </w:t>
      </w:r>
      <w:proofErr w:type="spellStart"/>
      <w:r w:rsidRPr="00D944AC">
        <w:rPr>
          <w:rFonts w:ascii="Nikosh" w:hAnsi="Nikosh" w:cs="Nikosh"/>
          <w:sz w:val="24"/>
          <w:szCs w:val="24"/>
        </w:rPr>
        <w:t>করেছেন</w:t>
      </w:r>
      <w:proofErr w:type="spellEnd"/>
      <w:r w:rsidRPr="00D944AC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D944AC">
        <w:rPr>
          <w:rFonts w:ascii="Nikosh" w:hAnsi="Nikosh" w:cs="Nikosh"/>
          <w:sz w:val="24"/>
          <w:szCs w:val="24"/>
        </w:rPr>
        <w:t>কি</w:t>
      </w:r>
      <w:proofErr w:type="spellEnd"/>
      <w:r w:rsidRPr="00D944AC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D944AC">
        <w:rPr>
          <w:rFonts w:ascii="Nikosh" w:hAnsi="Nikosh" w:cs="Nikosh"/>
          <w:sz w:val="24"/>
          <w:szCs w:val="24"/>
        </w:rPr>
        <w:t>না</w:t>
      </w:r>
      <w:proofErr w:type="spellEnd"/>
      <w:r w:rsidRPr="00D944AC">
        <w:rPr>
          <w:rFonts w:ascii="Nikosh" w:hAnsi="Nikosh" w:cs="Nikosh"/>
          <w:sz w:val="24"/>
          <w:szCs w:val="24"/>
        </w:rPr>
        <w:t>: __________________________________________</w:t>
      </w:r>
    </w:p>
    <w:p w14:paraId="75CCC902" w14:textId="0F05F868" w:rsidR="005222D3" w:rsidRPr="00D944AC" w:rsidRDefault="005222D3" w:rsidP="00D944AC">
      <w:pPr>
        <w:jc w:val="both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১৩। </w:t>
      </w:r>
      <w:proofErr w:type="spellStart"/>
      <w:r>
        <w:rPr>
          <w:rFonts w:ascii="Nikosh" w:hAnsi="Nikosh" w:cs="Nikosh"/>
          <w:sz w:val="24"/>
          <w:szCs w:val="24"/>
        </w:rPr>
        <w:t>কোন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বিষয়ে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প্রশিক্ষণ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গ্রহণে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আগ্রহী</w:t>
      </w:r>
      <w:proofErr w:type="spellEnd"/>
      <w:r>
        <w:rPr>
          <w:rFonts w:ascii="Nikosh" w:hAnsi="Nikosh" w:cs="Nikosh"/>
          <w:sz w:val="24"/>
          <w:szCs w:val="24"/>
        </w:rPr>
        <w:t xml:space="preserve">: </w:t>
      </w:r>
      <w:r w:rsidRPr="00D944AC">
        <w:rPr>
          <w:rFonts w:ascii="Nikosh" w:hAnsi="Nikosh" w:cs="Nikosh"/>
          <w:sz w:val="24"/>
          <w:szCs w:val="24"/>
        </w:rPr>
        <w:t>__________________________________________</w:t>
      </w:r>
    </w:p>
    <w:p w14:paraId="5D9C1D23" w14:textId="77777777" w:rsidR="007976BE" w:rsidRPr="00D944AC" w:rsidRDefault="00000000" w:rsidP="00D944AC">
      <w:pPr>
        <w:jc w:val="both"/>
        <w:rPr>
          <w:rFonts w:ascii="Nikosh" w:hAnsi="Nikosh" w:cs="Nikosh"/>
          <w:sz w:val="24"/>
          <w:szCs w:val="24"/>
        </w:rPr>
      </w:pPr>
      <w:r w:rsidRPr="00D944AC">
        <w:rPr>
          <w:rFonts w:ascii="Nikosh" w:hAnsi="Nikosh" w:cs="Nikosh"/>
          <w:sz w:val="24"/>
          <w:szCs w:val="24"/>
        </w:rPr>
        <w:br/>
        <w:t>আমি অঙ্গীকার করছি যে, প্রদত্ত তথ্য সঠিক ও সত্য। প্রশিক্ষণে নিয়মিত অংশগ্রহণ করবো।</w:t>
      </w:r>
    </w:p>
    <w:p w14:paraId="4916C25F" w14:textId="77777777" w:rsidR="007976BE" w:rsidRPr="00D944AC" w:rsidRDefault="00000000" w:rsidP="00D944AC">
      <w:pPr>
        <w:jc w:val="both"/>
        <w:rPr>
          <w:rFonts w:ascii="Nikosh" w:hAnsi="Nikosh" w:cs="Nikosh"/>
          <w:sz w:val="24"/>
          <w:szCs w:val="24"/>
        </w:rPr>
      </w:pPr>
      <w:r w:rsidRPr="00D944AC">
        <w:rPr>
          <w:rFonts w:ascii="Nikosh" w:hAnsi="Nikosh" w:cs="Nikosh"/>
          <w:sz w:val="24"/>
          <w:szCs w:val="24"/>
        </w:rPr>
        <w:br/>
      </w:r>
      <w:r w:rsidRPr="00D944AC">
        <w:rPr>
          <w:rFonts w:ascii="Nikosh" w:hAnsi="Nikosh" w:cs="Nikosh"/>
          <w:sz w:val="24"/>
          <w:szCs w:val="24"/>
        </w:rPr>
        <w:br/>
        <w:t>আবেদনকারীর স্বাক্ষর: ____________________</w:t>
      </w:r>
    </w:p>
    <w:p w14:paraId="092B9D9E" w14:textId="77777777" w:rsidR="007976BE" w:rsidRPr="00D944AC" w:rsidRDefault="00000000" w:rsidP="00D944AC">
      <w:pPr>
        <w:jc w:val="both"/>
        <w:rPr>
          <w:rFonts w:ascii="Nikosh" w:hAnsi="Nikosh" w:cs="Nikosh"/>
          <w:sz w:val="24"/>
          <w:szCs w:val="24"/>
        </w:rPr>
      </w:pPr>
      <w:r w:rsidRPr="00D944AC">
        <w:rPr>
          <w:rFonts w:ascii="Nikosh" w:hAnsi="Nikosh" w:cs="Nikosh"/>
          <w:sz w:val="24"/>
          <w:szCs w:val="24"/>
        </w:rPr>
        <w:t>তারিখ: ____________________</w:t>
      </w:r>
    </w:p>
    <w:sectPr w:rsidR="007976BE" w:rsidRPr="00D944A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7420718">
    <w:abstractNumId w:val="8"/>
  </w:num>
  <w:num w:numId="2" w16cid:durableId="318659207">
    <w:abstractNumId w:val="6"/>
  </w:num>
  <w:num w:numId="3" w16cid:durableId="963997880">
    <w:abstractNumId w:val="5"/>
  </w:num>
  <w:num w:numId="4" w16cid:durableId="7492301">
    <w:abstractNumId w:val="4"/>
  </w:num>
  <w:num w:numId="5" w16cid:durableId="274409882">
    <w:abstractNumId w:val="7"/>
  </w:num>
  <w:num w:numId="6" w16cid:durableId="1359233002">
    <w:abstractNumId w:val="3"/>
  </w:num>
  <w:num w:numId="7" w16cid:durableId="887837243">
    <w:abstractNumId w:val="2"/>
  </w:num>
  <w:num w:numId="8" w16cid:durableId="656030408">
    <w:abstractNumId w:val="1"/>
  </w:num>
  <w:num w:numId="9" w16cid:durableId="49961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222D3"/>
    <w:rsid w:val="00542E61"/>
    <w:rsid w:val="007976BE"/>
    <w:rsid w:val="007B17AC"/>
    <w:rsid w:val="00AA1D8D"/>
    <w:rsid w:val="00B47730"/>
    <w:rsid w:val="00CB0664"/>
    <w:rsid w:val="00CB3FC0"/>
    <w:rsid w:val="00D944A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6E467C"/>
  <w14:defaultImageDpi w14:val="300"/>
  <w15:docId w15:val="{A8E8455E-40A2-49E3-8D09-7F95078B2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Fatema Tuj Jannat</cp:lastModifiedBy>
  <cp:revision>3</cp:revision>
  <dcterms:created xsi:type="dcterms:W3CDTF">2026-07-28T05:19:00Z</dcterms:created>
  <dcterms:modified xsi:type="dcterms:W3CDTF">2026-07-28T08:04:00Z</dcterms:modified>
  <cp:category/>
</cp:coreProperties>
</file>