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E33" w:rsidRPr="003C09F7" w:rsidRDefault="00513A40">
      <w:pPr>
        <w:spacing w:after="0"/>
        <w:jc w:val="center"/>
        <w:rPr>
          <w:rFonts w:ascii="Nikosh" w:hAnsi="Nikosh" w:cs="Nikosh"/>
          <w:sz w:val="40"/>
        </w:rPr>
      </w:pPr>
      <w:r w:rsidRPr="003C09F7">
        <w:rPr>
          <w:rFonts w:ascii="Nikosh" w:hAnsi="Nikosh" w:cs="Nikosh"/>
          <w:b/>
          <w:sz w:val="40"/>
        </w:rPr>
        <w:t>বাখরাবাদ গ্যাস ডিস্ট্রিবিউশন কোম্পানী লিমিটেড</w:t>
      </w:r>
    </w:p>
    <w:p w:rsidR="009F2E33" w:rsidRPr="003C09F7" w:rsidRDefault="00513A40">
      <w:pPr>
        <w:spacing w:after="0"/>
        <w:jc w:val="center"/>
        <w:rPr>
          <w:rFonts w:ascii="Nikosh" w:hAnsi="Nikosh" w:cs="Nikosh"/>
          <w:sz w:val="24"/>
        </w:rPr>
      </w:pPr>
      <w:r w:rsidRPr="003C09F7">
        <w:rPr>
          <w:rFonts w:ascii="Nikosh" w:hAnsi="Nikosh" w:cs="Nikosh"/>
          <w:sz w:val="24"/>
        </w:rPr>
        <w:t>(</w:t>
      </w:r>
      <w:proofErr w:type="spellStart"/>
      <w:r w:rsidRPr="003C09F7">
        <w:rPr>
          <w:rFonts w:ascii="Nikosh" w:hAnsi="Nikosh" w:cs="Nikosh"/>
          <w:sz w:val="24"/>
        </w:rPr>
        <w:t>পেট্রোবাংলার</w:t>
      </w:r>
      <w:proofErr w:type="spellEnd"/>
      <w:r w:rsidRPr="003C09F7">
        <w:rPr>
          <w:rFonts w:ascii="Nikosh" w:hAnsi="Nikosh" w:cs="Nikosh"/>
          <w:sz w:val="24"/>
        </w:rPr>
        <w:t xml:space="preserve"> </w:t>
      </w:r>
      <w:proofErr w:type="spellStart"/>
      <w:r w:rsidRPr="003C09F7">
        <w:rPr>
          <w:rFonts w:ascii="Nikosh" w:hAnsi="Nikosh" w:cs="Nikosh"/>
          <w:sz w:val="24"/>
        </w:rPr>
        <w:t>একটি</w:t>
      </w:r>
      <w:proofErr w:type="spellEnd"/>
      <w:r w:rsidRPr="003C09F7">
        <w:rPr>
          <w:rFonts w:ascii="Nikosh" w:hAnsi="Nikosh" w:cs="Nikosh"/>
          <w:sz w:val="24"/>
        </w:rPr>
        <w:t xml:space="preserve"> </w:t>
      </w:r>
      <w:proofErr w:type="spellStart"/>
      <w:r w:rsidR="000668DE" w:rsidRPr="003C09F7">
        <w:rPr>
          <w:rFonts w:ascii="Nikosh" w:hAnsi="Nikosh" w:cs="Nikosh"/>
          <w:sz w:val="24"/>
        </w:rPr>
        <w:t>কোম্পানি</w:t>
      </w:r>
      <w:proofErr w:type="spellEnd"/>
      <w:r w:rsidRPr="003C09F7">
        <w:rPr>
          <w:rFonts w:ascii="Nikosh" w:hAnsi="Nikosh" w:cs="Nikosh"/>
          <w:sz w:val="24"/>
        </w:rPr>
        <w:t>)</w:t>
      </w:r>
    </w:p>
    <w:p w:rsidR="009F2E33" w:rsidRPr="003C09F7" w:rsidRDefault="00513A40">
      <w:pPr>
        <w:jc w:val="center"/>
        <w:rPr>
          <w:rFonts w:ascii="Nikosh" w:hAnsi="Nikosh" w:cs="Nikosh"/>
          <w:sz w:val="24"/>
        </w:rPr>
      </w:pPr>
      <w:r w:rsidRPr="003C09F7">
        <w:rPr>
          <w:rFonts w:ascii="Nikosh" w:hAnsi="Nikosh" w:cs="Nikosh"/>
          <w:sz w:val="24"/>
        </w:rPr>
        <w:t>প্রধান কার্যালয়, চাঁদাপুর, কুমিল্লা।</w:t>
      </w:r>
    </w:p>
    <w:p w:rsidR="009F2E33" w:rsidRPr="003C09F7" w:rsidRDefault="009F2E33">
      <w:pPr>
        <w:spacing w:after="0"/>
        <w:rPr>
          <w:rFonts w:ascii="Nikosh" w:hAnsi="Nikosh" w:cs="Nikosh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58"/>
        <w:gridCol w:w="3182"/>
      </w:tblGrid>
      <w:tr w:rsidR="009F2E33" w:rsidRPr="003C09F7" w:rsidTr="00722F5B">
        <w:tc>
          <w:tcPr>
            <w:tcW w:w="6858" w:type="dxa"/>
            <w:vAlign w:val="center"/>
          </w:tcPr>
          <w:p w:rsidR="000668DE" w:rsidRPr="003C09F7" w:rsidRDefault="000668DE" w:rsidP="000668DE">
            <w:pPr>
              <w:spacing w:after="0"/>
              <w:rPr>
                <w:rFonts w:ascii="Nikosh" w:hAnsi="Nikosh" w:cs="Nikosh"/>
                <w:sz w:val="24"/>
              </w:rPr>
            </w:pPr>
            <w:proofErr w:type="spellStart"/>
            <w:r w:rsidRPr="003C09F7">
              <w:rPr>
                <w:rFonts w:ascii="Nikosh" w:hAnsi="Nikosh" w:cs="Nikosh"/>
                <w:sz w:val="24"/>
              </w:rPr>
              <w:t>বরাবর</w:t>
            </w:r>
            <w:proofErr w:type="spellEnd"/>
            <w:r w:rsidR="00163A8C" w:rsidRPr="003C09F7">
              <w:rPr>
                <w:rFonts w:ascii="Nikosh" w:hAnsi="Nikosh" w:cs="Nikosh"/>
                <w:sz w:val="24"/>
              </w:rPr>
              <w:t>,</w:t>
            </w:r>
          </w:p>
          <w:p w:rsidR="000668DE" w:rsidRPr="003C09F7" w:rsidRDefault="000668DE" w:rsidP="000668DE">
            <w:pPr>
              <w:spacing w:after="0"/>
              <w:rPr>
                <w:rFonts w:ascii="Nikosh" w:hAnsi="Nikosh" w:cs="Nikosh"/>
                <w:sz w:val="24"/>
              </w:rPr>
            </w:pPr>
            <w:proofErr w:type="spellStart"/>
            <w:r w:rsidRPr="003C09F7">
              <w:rPr>
                <w:rFonts w:ascii="Nikosh" w:hAnsi="Nikosh" w:cs="Nikosh"/>
                <w:sz w:val="24"/>
              </w:rPr>
              <w:t>উপ-মহাব্যবস্থাপক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(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আইটি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>)</w:t>
            </w:r>
          </w:p>
          <w:p w:rsidR="009F2E33" w:rsidRPr="003C09F7" w:rsidRDefault="000668DE" w:rsidP="00163A8C">
            <w:pPr>
              <w:rPr>
                <w:rFonts w:ascii="Nikosh" w:hAnsi="Nikosh" w:cs="Nikosh"/>
                <w:sz w:val="24"/>
              </w:rPr>
            </w:pPr>
            <w:proofErr w:type="spellStart"/>
            <w:r w:rsidRPr="003C09F7">
              <w:rPr>
                <w:rFonts w:ascii="Nikosh" w:hAnsi="Nikosh" w:cs="Nikosh"/>
                <w:sz w:val="24"/>
              </w:rPr>
              <w:t>আইটি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="00163A8C" w:rsidRPr="003C09F7">
              <w:rPr>
                <w:rFonts w:ascii="Nikosh" w:hAnsi="Nikosh" w:cs="Nikosh"/>
                <w:sz w:val="24"/>
              </w:rPr>
              <w:t>ডিপার্টমেন্ট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,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কুমিল্লা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>।</w:t>
            </w:r>
          </w:p>
        </w:tc>
        <w:tc>
          <w:tcPr>
            <w:tcW w:w="3182" w:type="dxa"/>
            <w:vAlign w:val="center"/>
          </w:tcPr>
          <w:p w:rsidR="009F2E33" w:rsidRPr="003C09F7" w:rsidRDefault="000668DE">
            <w:pPr>
              <w:rPr>
                <w:rFonts w:ascii="Nikosh" w:hAnsi="Nikosh" w:cs="Nikosh"/>
                <w:sz w:val="24"/>
              </w:rPr>
            </w:pPr>
            <w:proofErr w:type="spellStart"/>
            <w:r w:rsidRPr="003C09F7">
              <w:rPr>
                <w:rFonts w:ascii="Nikosh" w:hAnsi="Nikosh" w:cs="Nikosh"/>
                <w:sz w:val="24"/>
              </w:rPr>
              <w:t>অভিযোগ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নং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>...............................</w:t>
            </w:r>
            <w:r w:rsidRPr="003C09F7">
              <w:rPr>
                <w:rFonts w:ascii="Nikosh" w:hAnsi="Nikosh" w:cs="Nikosh"/>
                <w:sz w:val="24"/>
              </w:rPr>
              <w:br/>
            </w:r>
            <w:proofErr w:type="spellStart"/>
            <w:r w:rsidR="00513A40" w:rsidRPr="003C09F7">
              <w:rPr>
                <w:rFonts w:ascii="Nikosh" w:hAnsi="Nikosh" w:cs="Nikosh"/>
                <w:sz w:val="24"/>
              </w:rPr>
              <w:t>তারিখ</w:t>
            </w:r>
            <w:proofErr w:type="spellEnd"/>
            <w:r w:rsidR="00513A40" w:rsidRPr="003C09F7">
              <w:rPr>
                <w:rFonts w:ascii="Nikosh" w:hAnsi="Nikosh" w:cs="Nikosh"/>
                <w:sz w:val="24"/>
              </w:rPr>
              <w:t>.......................................</w:t>
            </w:r>
          </w:p>
        </w:tc>
      </w:tr>
      <w:tr w:rsidR="009F2E33" w:rsidRPr="003C09F7" w:rsidTr="00722F5B">
        <w:tc>
          <w:tcPr>
            <w:tcW w:w="10040" w:type="dxa"/>
            <w:gridSpan w:val="2"/>
            <w:vAlign w:val="center"/>
          </w:tcPr>
          <w:p w:rsidR="009F2E33" w:rsidRPr="003C09F7" w:rsidRDefault="00513A40" w:rsidP="004B0855">
            <w:pPr>
              <w:ind w:right="-76"/>
              <w:rPr>
                <w:rFonts w:ascii="Nikosh" w:hAnsi="Nikosh" w:cs="Nikosh"/>
                <w:sz w:val="24"/>
              </w:rPr>
            </w:pPr>
            <w:r w:rsidRPr="003C09F7">
              <w:rPr>
                <w:rFonts w:ascii="Nikosh" w:hAnsi="Nikosh" w:cs="Nikosh"/>
                <w:sz w:val="24"/>
              </w:rPr>
              <w:t xml:space="preserve">বিষয়: ................................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ডিভিশন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>/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বিভাগ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>/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শাখার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কম্পিউটার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>/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ফটোকপিয়ার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>/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প্রিন্টার</w:t>
            </w:r>
            <w:proofErr w:type="spellEnd"/>
            <w:r w:rsidR="00CB68F5" w:rsidRPr="003C09F7">
              <w:rPr>
                <w:rFonts w:ascii="Nikosh" w:hAnsi="Nikosh" w:cs="Nikosh"/>
                <w:sz w:val="24"/>
              </w:rPr>
              <w:t>/</w:t>
            </w:r>
            <w:proofErr w:type="spellStart"/>
            <w:r w:rsidR="00CB68F5" w:rsidRPr="003C09F7">
              <w:rPr>
                <w:rFonts w:ascii="Nikosh" w:hAnsi="Nikosh" w:cs="Nikosh"/>
                <w:sz w:val="24"/>
              </w:rPr>
              <w:t>ইউপিএস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ইত্যাদির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রক্ষণাবেক্ষণ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কাজ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সংক্রান্ত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আবেদনপত্র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>।</w:t>
            </w:r>
          </w:p>
        </w:tc>
      </w:tr>
    </w:tbl>
    <w:p w:rsidR="009F2E33" w:rsidRPr="00EB5E53" w:rsidRDefault="003C09F7" w:rsidP="006C2F42">
      <w:pPr>
        <w:spacing w:after="0"/>
        <w:rPr>
          <w:rFonts w:ascii="Nikosh" w:hAnsi="Nikosh" w:cs="Nikosh"/>
          <w:b/>
          <w:sz w:val="24"/>
          <w:u w:val="single"/>
        </w:rPr>
      </w:pPr>
      <w:r w:rsidRPr="00EB5E53">
        <w:rPr>
          <w:rFonts w:ascii="Nikosh" w:hAnsi="Nikosh" w:cs="Nikosh"/>
          <w:b/>
          <w:sz w:val="24"/>
          <w:u w:val="single"/>
        </w:rPr>
        <w:t>০</w:t>
      </w:r>
      <w:r w:rsidRPr="00EB5E53">
        <w:rPr>
          <w:rFonts w:ascii="Nikosh" w:hAnsi="Nikosh" w:cs="Nikosh"/>
          <w:b/>
          <w:sz w:val="24"/>
          <w:u w:val="single"/>
        </w:rPr>
        <w:t>২</w:t>
      </w:r>
      <w:r w:rsidRPr="00EB5E53">
        <w:rPr>
          <w:rFonts w:ascii="Nikosh" w:hAnsi="Nikosh" w:cs="Nikosh"/>
          <w:b/>
          <w:sz w:val="24"/>
          <w:u w:val="single"/>
        </w:rPr>
        <w:t xml:space="preserve">. </w:t>
      </w:r>
      <w:proofErr w:type="spellStart"/>
      <w:r w:rsidRPr="00EB5E53">
        <w:rPr>
          <w:rFonts w:ascii="Nikosh" w:hAnsi="Nikosh" w:cs="Nikosh"/>
          <w:b/>
          <w:sz w:val="24"/>
          <w:u w:val="single"/>
        </w:rPr>
        <w:t>আবেদনকারীর</w:t>
      </w:r>
      <w:proofErr w:type="spellEnd"/>
      <w:r w:rsidRPr="00EB5E53">
        <w:rPr>
          <w:rFonts w:ascii="Nikosh" w:hAnsi="Nikosh" w:cs="Nikosh"/>
          <w:b/>
          <w:sz w:val="24"/>
          <w:u w:val="single"/>
        </w:rPr>
        <w:t xml:space="preserve"> </w:t>
      </w:r>
      <w:proofErr w:type="spellStart"/>
      <w:r w:rsidRPr="00EB5E53">
        <w:rPr>
          <w:rFonts w:ascii="Nikosh" w:hAnsi="Nikosh" w:cs="Nikosh"/>
          <w:b/>
          <w:sz w:val="24"/>
          <w:u w:val="single"/>
        </w:rPr>
        <w:t>তথ্য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757"/>
        <w:gridCol w:w="275"/>
        <w:gridCol w:w="7803"/>
      </w:tblGrid>
      <w:tr w:rsidR="00A10171" w:rsidRPr="003C09F7" w:rsidTr="00304F64">
        <w:tc>
          <w:tcPr>
            <w:tcW w:w="421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  <w:r w:rsidRPr="003C09F7">
              <w:rPr>
                <w:rFonts w:ascii="Nikosh" w:hAnsi="Nikosh" w:cs="Nikosh"/>
                <w:sz w:val="24"/>
              </w:rPr>
              <w:t>১।</w:t>
            </w:r>
          </w:p>
        </w:tc>
        <w:tc>
          <w:tcPr>
            <w:tcW w:w="1757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  <w:proofErr w:type="spellStart"/>
            <w:r w:rsidRPr="003C09F7">
              <w:rPr>
                <w:rFonts w:ascii="Nikosh" w:hAnsi="Nikosh" w:cs="Nikosh"/>
                <w:sz w:val="24"/>
              </w:rPr>
              <w:t>আবেদনকারীর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নাম</w:t>
            </w:r>
            <w:proofErr w:type="spellEnd"/>
          </w:p>
        </w:tc>
        <w:tc>
          <w:tcPr>
            <w:tcW w:w="275" w:type="dxa"/>
          </w:tcPr>
          <w:p w:rsidR="00A10171" w:rsidRPr="003C09F7" w:rsidRDefault="00AD043C" w:rsidP="006C2F42">
            <w:pPr>
              <w:rPr>
                <w:rFonts w:ascii="Nikosh" w:hAnsi="Nikosh" w:cs="Nikosh"/>
                <w:sz w:val="24"/>
              </w:rPr>
            </w:pPr>
            <w:r w:rsidRPr="003C09F7"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7803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</w:p>
        </w:tc>
      </w:tr>
      <w:tr w:rsidR="00A10171" w:rsidRPr="003C09F7" w:rsidTr="00304F64">
        <w:tc>
          <w:tcPr>
            <w:tcW w:w="421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  <w:r w:rsidRPr="003C09F7">
              <w:rPr>
                <w:rFonts w:ascii="Nikosh" w:hAnsi="Nikosh" w:cs="Nikosh"/>
                <w:sz w:val="24"/>
              </w:rPr>
              <w:t>২।</w:t>
            </w:r>
          </w:p>
        </w:tc>
        <w:tc>
          <w:tcPr>
            <w:tcW w:w="1757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  <w:proofErr w:type="spellStart"/>
            <w:r w:rsidRPr="003C09F7">
              <w:rPr>
                <w:rFonts w:ascii="Nikosh" w:hAnsi="Nikosh" w:cs="Nikosh"/>
                <w:sz w:val="24"/>
              </w:rPr>
              <w:t>পদবী</w:t>
            </w:r>
            <w:proofErr w:type="spellEnd"/>
          </w:p>
        </w:tc>
        <w:tc>
          <w:tcPr>
            <w:tcW w:w="275" w:type="dxa"/>
          </w:tcPr>
          <w:p w:rsidR="00A10171" w:rsidRPr="003C09F7" w:rsidRDefault="00AD043C" w:rsidP="006C2F42">
            <w:pPr>
              <w:rPr>
                <w:rFonts w:ascii="Nikosh" w:hAnsi="Nikosh" w:cs="Nikosh"/>
                <w:sz w:val="24"/>
              </w:rPr>
            </w:pPr>
            <w:r w:rsidRPr="003C09F7"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7803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</w:p>
        </w:tc>
      </w:tr>
      <w:tr w:rsidR="00A10171" w:rsidRPr="003C09F7" w:rsidTr="00304F64">
        <w:tc>
          <w:tcPr>
            <w:tcW w:w="421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  <w:r w:rsidRPr="003C09F7">
              <w:rPr>
                <w:rFonts w:ascii="Nikosh" w:hAnsi="Nikosh" w:cs="Nikosh"/>
                <w:sz w:val="24"/>
              </w:rPr>
              <w:t>৩।</w:t>
            </w:r>
          </w:p>
        </w:tc>
        <w:tc>
          <w:tcPr>
            <w:tcW w:w="1757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  <w:proofErr w:type="spellStart"/>
            <w:r w:rsidRPr="003C09F7">
              <w:rPr>
                <w:rFonts w:ascii="Nikosh" w:hAnsi="Nikosh" w:cs="Nikosh"/>
                <w:sz w:val="24"/>
              </w:rPr>
              <w:t>শাখা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/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ডিপার্টমেন্ট</w:t>
            </w:r>
            <w:proofErr w:type="spellEnd"/>
          </w:p>
        </w:tc>
        <w:tc>
          <w:tcPr>
            <w:tcW w:w="275" w:type="dxa"/>
          </w:tcPr>
          <w:p w:rsidR="00A10171" w:rsidRPr="003C09F7" w:rsidRDefault="00AD043C" w:rsidP="006C2F42">
            <w:pPr>
              <w:rPr>
                <w:rFonts w:ascii="Nikosh" w:hAnsi="Nikosh" w:cs="Nikosh"/>
                <w:sz w:val="24"/>
              </w:rPr>
            </w:pPr>
            <w:r w:rsidRPr="003C09F7"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7803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</w:p>
        </w:tc>
      </w:tr>
      <w:tr w:rsidR="00A10171" w:rsidRPr="003C09F7" w:rsidTr="00304F64">
        <w:tc>
          <w:tcPr>
            <w:tcW w:w="421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  <w:r w:rsidRPr="003C09F7">
              <w:rPr>
                <w:rFonts w:ascii="Nikosh" w:hAnsi="Nikosh" w:cs="Nikosh"/>
                <w:sz w:val="24"/>
              </w:rPr>
              <w:t>৪।</w:t>
            </w:r>
          </w:p>
        </w:tc>
        <w:tc>
          <w:tcPr>
            <w:tcW w:w="1757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  <w:proofErr w:type="spellStart"/>
            <w:r w:rsidRPr="003C09F7">
              <w:rPr>
                <w:rFonts w:ascii="Nikosh" w:hAnsi="Nikosh" w:cs="Nikosh"/>
                <w:sz w:val="24"/>
              </w:rPr>
              <w:t>মোবাইল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নম্বর</w:t>
            </w:r>
            <w:proofErr w:type="spellEnd"/>
          </w:p>
        </w:tc>
        <w:tc>
          <w:tcPr>
            <w:tcW w:w="275" w:type="dxa"/>
          </w:tcPr>
          <w:p w:rsidR="00A10171" w:rsidRPr="003C09F7" w:rsidRDefault="00AD043C" w:rsidP="006C2F42">
            <w:pPr>
              <w:rPr>
                <w:rFonts w:ascii="Nikosh" w:hAnsi="Nikosh" w:cs="Nikosh"/>
                <w:sz w:val="24"/>
              </w:rPr>
            </w:pPr>
            <w:r w:rsidRPr="003C09F7">
              <w:rPr>
                <w:rFonts w:ascii="Nikosh" w:hAnsi="Nikosh" w:cs="Nikosh"/>
                <w:sz w:val="24"/>
              </w:rPr>
              <w:t>:</w:t>
            </w:r>
          </w:p>
        </w:tc>
        <w:tc>
          <w:tcPr>
            <w:tcW w:w="7803" w:type="dxa"/>
          </w:tcPr>
          <w:p w:rsidR="00A10171" w:rsidRPr="003C09F7" w:rsidRDefault="00A10171" w:rsidP="006C2F42">
            <w:pPr>
              <w:rPr>
                <w:rFonts w:ascii="Nikosh" w:hAnsi="Nikosh" w:cs="Nikosh"/>
                <w:sz w:val="24"/>
              </w:rPr>
            </w:pPr>
          </w:p>
        </w:tc>
      </w:tr>
    </w:tbl>
    <w:p w:rsidR="00D6335D" w:rsidRPr="003C09F7" w:rsidRDefault="00D6335D" w:rsidP="006C2F42">
      <w:pPr>
        <w:spacing w:after="0"/>
        <w:rPr>
          <w:rFonts w:ascii="Nikosh" w:hAnsi="Nikosh" w:cs="Nikosh"/>
          <w:sz w:val="24"/>
        </w:rPr>
      </w:pPr>
    </w:p>
    <w:p w:rsidR="00A10171" w:rsidRPr="00EB5E53" w:rsidRDefault="003C09F7" w:rsidP="006C2F42">
      <w:pPr>
        <w:spacing w:after="0"/>
        <w:rPr>
          <w:rFonts w:ascii="Nikosh" w:hAnsi="Nikosh" w:cs="Nikosh"/>
          <w:b/>
          <w:sz w:val="24"/>
          <w:u w:val="single"/>
        </w:rPr>
      </w:pPr>
      <w:r w:rsidRPr="00EB5E53">
        <w:rPr>
          <w:rFonts w:ascii="Nikosh" w:hAnsi="Nikosh" w:cs="Nikosh"/>
          <w:b/>
          <w:sz w:val="24"/>
          <w:u w:val="single"/>
        </w:rPr>
        <w:t xml:space="preserve">০৩. </w:t>
      </w:r>
      <w:proofErr w:type="spellStart"/>
      <w:r w:rsidR="00D6335D" w:rsidRPr="00EB5E53">
        <w:rPr>
          <w:rFonts w:ascii="Nikosh" w:hAnsi="Nikosh" w:cs="Nikosh"/>
          <w:b/>
          <w:sz w:val="24"/>
          <w:u w:val="single"/>
        </w:rPr>
        <w:t>মেরামত</w:t>
      </w:r>
      <w:proofErr w:type="spellEnd"/>
      <w:r w:rsidR="00D6335D" w:rsidRPr="00EB5E53">
        <w:rPr>
          <w:rFonts w:ascii="Nikosh" w:hAnsi="Nikosh" w:cs="Nikosh"/>
          <w:b/>
          <w:sz w:val="24"/>
          <w:u w:val="single"/>
        </w:rPr>
        <w:t xml:space="preserve"> ও </w:t>
      </w:r>
      <w:proofErr w:type="spellStart"/>
      <w:r w:rsidR="00D6335D" w:rsidRPr="00EB5E53">
        <w:rPr>
          <w:rFonts w:ascii="Nikosh" w:hAnsi="Nikosh" w:cs="Nikosh"/>
          <w:b/>
          <w:sz w:val="24"/>
          <w:u w:val="single"/>
        </w:rPr>
        <w:t>রক্ষণাবেক্ষণ</w:t>
      </w:r>
      <w:proofErr w:type="spellEnd"/>
      <w:r w:rsidR="00D6335D" w:rsidRPr="00EB5E53">
        <w:rPr>
          <w:rFonts w:ascii="Nikosh" w:hAnsi="Nikosh" w:cs="Nikosh"/>
          <w:b/>
          <w:sz w:val="24"/>
          <w:u w:val="single"/>
        </w:rPr>
        <w:t xml:space="preserve"> </w:t>
      </w:r>
      <w:proofErr w:type="spellStart"/>
      <w:r w:rsidR="00D6335D" w:rsidRPr="00EB5E53">
        <w:rPr>
          <w:rFonts w:ascii="Nikosh" w:hAnsi="Nikosh" w:cs="Nikosh"/>
          <w:b/>
          <w:sz w:val="24"/>
          <w:u w:val="single"/>
        </w:rPr>
        <w:t>কাজের</w:t>
      </w:r>
      <w:proofErr w:type="spellEnd"/>
      <w:r w:rsidR="00D6335D" w:rsidRPr="00EB5E53">
        <w:rPr>
          <w:rFonts w:ascii="Nikosh" w:hAnsi="Nikosh" w:cs="Nikosh"/>
          <w:b/>
          <w:sz w:val="24"/>
          <w:u w:val="single"/>
        </w:rPr>
        <w:t xml:space="preserve"> </w:t>
      </w:r>
      <w:proofErr w:type="spellStart"/>
      <w:r w:rsidR="00D6335D" w:rsidRPr="00EB5E53">
        <w:rPr>
          <w:rFonts w:ascii="Nikosh" w:hAnsi="Nikosh" w:cs="Nikosh"/>
          <w:b/>
          <w:sz w:val="24"/>
          <w:u w:val="single"/>
        </w:rPr>
        <w:t>বিবরণ</w:t>
      </w:r>
      <w:proofErr w:type="spellEnd"/>
    </w:p>
    <w:tbl>
      <w:tblPr>
        <w:tblStyle w:val="TableGrid"/>
        <w:tblW w:w="10270" w:type="dxa"/>
        <w:tblLook w:val="04A0" w:firstRow="1" w:lastRow="0" w:firstColumn="1" w:lastColumn="0" w:noHBand="0" w:noVBand="1"/>
      </w:tblPr>
      <w:tblGrid>
        <w:gridCol w:w="702"/>
        <w:gridCol w:w="1452"/>
        <w:gridCol w:w="1649"/>
        <w:gridCol w:w="4236"/>
        <w:gridCol w:w="2231"/>
      </w:tblGrid>
      <w:tr w:rsidR="0031132B" w:rsidRPr="003C09F7" w:rsidTr="00304F64">
        <w:trPr>
          <w:trHeight w:val="834"/>
        </w:trPr>
        <w:tc>
          <w:tcPr>
            <w:tcW w:w="702" w:type="dxa"/>
            <w:vAlign w:val="center"/>
          </w:tcPr>
          <w:p w:rsidR="0031132B" w:rsidRPr="00304F64" w:rsidRDefault="0031132B" w:rsidP="00304F64">
            <w:pPr>
              <w:jc w:val="center"/>
              <w:rPr>
                <w:rFonts w:ascii="Nikosh" w:hAnsi="Nikosh" w:cs="Nikosh"/>
                <w:b/>
                <w:sz w:val="24"/>
              </w:rPr>
            </w:pPr>
            <w:proofErr w:type="spellStart"/>
            <w:r w:rsidRPr="00304F64">
              <w:rPr>
                <w:rFonts w:ascii="Nikosh" w:hAnsi="Nikosh" w:cs="Nikosh"/>
                <w:b/>
                <w:sz w:val="24"/>
              </w:rPr>
              <w:t>ক্রমিক</w:t>
            </w:r>
            <w:proofErr w:type="spellEnd"/>
          </w:p>
        </w:tc>
        <w:tc>
          <w:tcPr>
            <w:tcW w:w="1452" w:type="dxa"/>
            <w:vAlign w:val="center"/>
          </w:tcPr>
          <w:p w:rsidR="0031132B" w:rsidRPr="00304F64" w:rsidRDefault="0031132B" w:rsidP="00304F64">
            <w:pPr>
              <w:jc w:val="center"/>
              <w:rPr>
                <w:rFonts w:ascii="Nikosh" w:hAnsi="Nikosh" w:cs="Nikosh"/>
                <w:b/>
                <w:sz w:val="24"/>
              </w:rPr>
            </w:pPr>
            <w:proofErr w:type="spellStart"/>
            <w:r w:rsidRPr="00304F64">
              <w:rPr>
                <w:rFonts w:ascii="Nikosh" w:hAnsi="Nikosh" w:cs="Nikosh"/>
                <w:b/>
                <w:sz w:val="24"/>
              </w:rPr>
              <w:t>যন্ত্রাংশের</w:t>
            </w:r>
            <w:proofErr w:type="spellEnd"/>
            <w:r w:rsidRPr="00304F64">
              <w:rPr>
                <w:rFonts w:ascii="Nikosh" w:hAnsi="Nikosh" w:cs="Nikosh"/>
                <w:b/>
                <w:sz w:val="24"/>
              </w:rPr>
              <w:t xml:space="preserve"> </w:t>
            </w:r>
            <w:proofErr w:type="spellStart"/>
            <w:r w:rsidRPr="00304F64">
              <w:rPr>
                <w:rFonts w:ascii="Nikosh" w:hAnsi="Nikosh" w:cs="Nikosh"/>
                <w:b/>
                <w:sz w:val="24"/>
              </w:rPr>
              <w:t>ধরন</w:t>
            </w:r>
            <w:proofErr w:type="spellEnd"/>
            <w:r w:rsidRPr="00304F64">
              <w:rPr>
                <w:rFonts w:ascii="Nikosh" w:hAnsi="Nikosh" w:cs="Nikosh"/>
                <w:b/>
                <w:sz w:val="24"/>
              </w:rPr>
              <w:t xml:space="preserve"> </w:t>
            </w:r>
            <w:r w:rsidRPr="00304F64">
              <w:rPr>
                <w:rFonts w:ascii="Nikosh" w:hAnsi="Nikosh" w:cs="Nikosh"/>
                <w:b/>
                <w:sz w:val="12"/>
              </w:rPr>
              <w:t>(C</w:t>
            </w:r>
            <w:r w:rsidR="002F4075" w:rsidRPr="00304F64">
              <w:rPr>
                <w:rFonts w:ascii="Nikosh" w:hAnsi="Nikosh" w:cs="Nikosh"/>
                <w:b/>
                <w:sz w:val="12"/>
              </w:rPr>
              <w:t>PU</w:t>
            </w:r>
            <w:r w:rsidRPr="00304F64">
              <w:rPr>
                <w:rFonts w:ascii="Nikosh" w:hAnsi="Nikosh" w:cs="Nikosh"/>
                <w:b/>
                <w:sz w:val="12"/>
              </w:rPr>
              <w:t>/</w:t>
            </w:r>
            <w:r w:rsidR="002F4075" w:rsidRPr="00304F64">
              <w:rPr>
                <w:rFonts w:ascii="Nikosh" w:hAnsi="Nikosh" w:cs="Nikosh"/>
                <w:b/>
                <w:sz w:val="12"/>
              </w:rPr>
              <w:t>Monitor/</w:t>
            </w:r>
            <w:r w:rsidRPr="00304F64">
              <w:rPr>
                <w:rFonts w:ascii="Nikosh" w:hAnsi="Nikosh" w:cs="Nikosh"/>
                <w:b/>
                <w:sz w:val="12"/>
              </w:rPr>
              <w:t>UPS/ Printer etc.)</w:t>
            </w:r>
          </w:p>
        </w:tc>
        <w:tc>
          <w:tcPr>
            <w:tcW w:w="1649" w:type="dxa"/>
            <w:vAlign w:val="center"/>
          </w:tcPr>
          <w:p w:rsidR="00A17AF3" w:rsidRPr="00304F64" w:rsidRDefault="00A17AF3" w:rsidP="00304F64">
            <w:pPr>
              <w:jc w:val="center"/>
              <w:rPr>
                <w:rFonts w:ascii="Nikosh" w:hAnsi="Nikosh" w:cs="Nikosh"/>
                <w:b/>
                <w:sz w:val="24"/>
              </w:rPr>
            </w:pPr>
            <w:proofErr w:type="spellStart"/>
            <w:r w:rsidRPr="00304F64">
              <w:rPr>
                <w:rFonts w:ascii="Nikosh" w:hAnsi="Nikosh" w:cs="Nikosh"/>
                <w:b/>
                <w:sz w:val="24"/>
              </w:rPr>
              <w:t>যন্ত্রাংশের</w:t>
            </w:r>
            <w:proofErr w:type="spellEnd"/>
            <w:r w:rsidRPr="00304F64">
              <w:rPr>
                <w:rFonts w:ascii="Nikosh" w:hAnsi="Nikosh" w:cs="Nikosh"/>
                <w:b/>
                <w:sz w:val="24"/>
              </w:rPr>
              <w:t xml:space="preserve"> </w:t>
            </w:r>
            <w:proofErr w:type="spellStart"/>
            <w:r w:rsidRPr="00304F64">
              <w:rPr>
                <w:rFonts w:ascii="Nikosh" w:hAnsi="Nikosh" w:cs="Nikosh"/>
                <w:b/>
                <w:sz w:val="24"/>
              </w:rPr>
              <w:t>মডেল</w:t>
            </w:r>
            <w:proofErr w:type="spellEnd"/>
          </w:p>
          <w:p w:rsidR="0031132B" w:rsidRPr="00304F64" w:rsidRDefault="00A17AF3" w:rsidP="00304F64">
            <w:pPr>
              <w:jc w:val="center"/>
              <w:rPr>
                <w:rFonts w:ascii="Nikosh" w:hAnsi="Nikosh" w:cs="Nikosh"/>
                <w:b/>
                <w:sz w:val="24"/>
              </w:rPr>
            </w:pPr>
            <w:r w:rsidRPr="00304F64">
              <w:rPr>
                <w:rFonts w:ascii="Nikosh" w:hAnsi="Nikosh" w:cs="Nikosh"/>
                <w:b/>
                <w:sz w:val="24"/>
              </w:rPr>
              <w:t>(</w:t>
            </w:r>
            <w:proofErr w:type="spellStart"/>
            <w:r w:rsidRPr="00304F64">
              <w:rPr>
                <w:rFonts w:ascii="Nikosh" w:hAnsi="Nikosh" w:cs="Nikosh"/>
                <w:b/>
                <w:sz w:val="24"/>
              </w:rPr>
              <w:t>যদি</w:t>
            </w:r>
            <w:proofErr w:type="spellEnd"/>
            <w:r w:rsidRPr="00304F64">
              <w:rPr>
                <w:rFonts w:ascii="Nikosh" w:hAnsi="Nikosh" w:cs="Nikosh"/>
                <w:b/>
                <w:sz w:val="24"/>
              </w:rPr>
              <w:t xml:space="preserve"> </w:t>
            </w:r>
            <w:proofErr w:type="spellStart"/>
            <w:r w:rsidRPr="00304F64">
              <w:rPr>
                <w:rFonts w:ascii="Nikosh" w:hAnsi="Nikosh" w:cs="Nikosh"/>
                <w:b/>
                <w:sz w:val="24"/>
              </w:rPr>
              <w:t>থাকে</w:t>
            </w:r>
            <w:proofErr w:type="spellEnd"/>
            <w:r w:rsidRPr="00304F64">
              <w:rPr>
                <w:rFonts w:ascii="Nikosh" w:hAnsi="Nikosh" w:cs="Nikosh"/>
                <w:b/>
                <w:sz w:val="24"/>
              </w:rPr>
              <w:t>)</w:t>
            </w:r>
          </w:p>
        </w:tc>
        <w:tc>
          <w:tcPr>
            <w:tcW w:w="4236" w:type="dxa"/>
            <w:vAlign w:val="center"/>
          </w:tcPr>
          <w:p w:rsidR="0031132B" w:rsidRPr="00304F64" w:rsidRDefault="0031132B" w:rsidP="00304F64">
            <w:pPr>
              <w:jc w:val="center"/>
              <w:rPr>
                <w:rFonts w:ascii="Nikosh" w:hAnsi="Nikosh" w:cs="Nikosh"/>
                <w:b/>
                <w:sz w:val="24"/>
              </w:rPr>
            </w:pPr>
            <w:proofErr w:type="spellStart"/>
            <w:r w:rsidRPr="00304F64">
              <w:rPr>
                <w:rFonts w:ascii="Nikosh" w:hAnsi="Nikosh" w:cs="Nikosh"/>
                <w:b/>
                <w:sz w:val="24"/>
              </w:rPr>
              <w:t>যন্ত্রাংশের</w:t>
            </w:r>
            <w:proofErr w:type="spellEnd"/>
            <w:r w:rsidRPr="00304F64">
              <w:rPr>
                <w:rFonts w:ascii="Nikosh" w:hAnsi="Nikosh" w:cs="Nikosh"/>
                <w:b/>
                <w:sz w:val="24"/>
              </w:rPr>
              <w:t xml:space="preserve"> </w:t>
            </w:r>
            <w:proofErr w:type="spellStart"/>
            <w:r w:rsidRPr="00304F64">
              <w:rPr>
                <w:rFonts w:ascii="Nikosh" w:hAnsi="Nikosh" w:cs="Nikosh"/>
                <w:b/>
                <w:sz w:val="24"/>
              </w:rPr>
              <w:t>সমস্যা</w:t>
            </w:r>
            <w:proofErr w:type="spellEnd"/>
          </w:p>
        </w:tc>
        <w:tc>
          <w:tcPr>
            <w:tcW w:w="2231" w:type="dxa"/>
            <w:vAlign w:val="center"/>
          </w:tcPr>
          <w:p w:rsidR="0031132B" w:rsidRPr="00304F64" w:rsidRDefault="0031132B" w:rsidP="00304F64">
            <w:pPr>
              <w:jc w:val="center"/>
              <w:rPr>
                <w:rFonts w:ascii="Nikosh" w:hAnsi="Nikosh" w:cs="Nikosh"/>
                <w:b/>
                <w:sz w:val="24"/>
              </w:rPr>
            </w:pPr>
            <w:proofErr w:type="spellStart"/>
            <w:r w:rsidRPr="00304F64">
              <w:rPr>
                <w:rFonts w:ascii="Nikosh" w:hAnsi="Nikosh" w:cs="Nikosh"/>
                <w:b/>
                <w:sz w:val="24"/>
              </w:rPr>
              <w:t>যন্ত্রাংশ</w:t>
            </w:r>
            <w:proofErr w:type="spellEnd"/>
            <w:r w:rsidRPr="00304F64">
              <w:rPr>
                <w:rFonts w:ascii="Nikosh" w:hAnsi="Nikosh" w:cs="Nikosh"/>
                <w:b/>
                <w:sz w:val="24"/>
              </w:rPr>
              <w:t xml:space="preserve"> </w:t>
            </w:r>
            <w:proofErr w:type="spellStart"/>
            <w:r w:rsidRPr="00304F64">
              <w:rPr>
                <w:rFonts w:ascii="Nikosh" w:hAnsi="Nikosh" w:cs="Nikosh" w:hint="cs"/>
                <w:b/>
                <w:sz w:val="24"/>
              </w:rPr>
              <w:t>ব্যবহারকারীর</w:t>
            </w:r>
            <w:proofErr w:type="spellEnd"/>
            <w:r w:rsidRPr="00304F64">
              <w:rPr>
                <w:rFonts w:ascii="Nikosh" w:hAnsi="Nikosh" w:cs="Nikosh"/>
                <w:b/>
                <w:sz w:val="24"/>
              </w:rPr>
              <w:t xml:space="preserve"> </w:t>
            </w:r>
            <w:proofErr w:type="spellStart"/>
            <w:r w:rsidRPr="00304F64">
              <w:rPr>
                <w:rFonts w:ascii="Nikosh" w:hAnsi="Nikosh" w:cs="Nikosh" w:hint="cs"/>
                <w:b/>
                <w:sz w:val="24"/>
              </w:rPr>
              <w:t>নাম</w:t>
            </w:r>
            <w:proofErr w:type="spellEnd"/>
            <w:r w:rsidRPr="00304F64">
              <w:rPr>
                <w:rFonts w:ascii="Nikosh" w:hAnsi="Nikosh" w:cs="Nikosh"/>
                <w:b/>
                <w:sz w:val="24"/>
              </w:rPr>
              <w:t xml:space="preserve">, </w:t>
            </w:r>
            <w:proofErr w:type="spellStart"/>
            <w:r w:rsidRPr="00304F64">
              <w:rPr>
                <w:rFonts w:ascii="Nikosh" w:hAnsi="Nikosh" w:cs="Nikosh"/>
                <w:b/>
                <w:sz w:val="24"/>
              </w:rPr>
              <w:t>পদবী</w:t>
            </w:r>
            <w:proofErr w:type="spellEnd"/>
          </w:p>
        </w:tc>
      </w:tr>
      <w:tr w:rsidR="0031132B" w:rsidRPr="003C09F7" w:rsidTr="00304F64">
        <w:trPr>
          <w:trHeight w:val="607"/>
        </w:trPr>
        <w:tc>
          <w:tcPr>
            <w:tcW w:w="702" w:type="dxa"/>
            <w:vAlign w:val="center"/>
          </w:tcPr>
          <w:p w:rsidR="0031132B" w:rsidRPr="003C09F7" w:rsidRDefault="00DB5C5F" w:rsidP="00304F64">
            <w:pPr>
              <w:jc w:val="center"/>
              <w:rPr>
                <w:rFonts w:ascii="Nikosh" w:hAnsi="Nikosh" w:cs="Nikosh"/>
                <w:sz w:val="24"/>
              </w:rPr>
            </w:pPr>
            <w:r w:rsidRPr="003C09F7">
              <w:rPr>
                <w:rFonts w:ascii="Nikosh" w:hAnsi="Nikosh" w:cs="Nikosh"/>
                <w:sz w:val="24"/>
              </w:rPr>
              <w:t>০১।</w:t>
            </w:r>
          </w:p>
        </w:tc>
        <w:tc>
          <w:tcPr>
            <w:tcW w:w="1452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4236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231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</w:tr>
      <w:tr w:rsidR="0031132B" w:rsidRPr="003C09F7" w:rsidTr="00304F64">
        <w:trPr>
          <w:trHeight w:val="621"/>
        </w:trPr>
        <w:tc>
          <w:tcPr>
            <w:tcW w:w="702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452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4236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231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</w:tr>
      <w:tr w:rsidR="0031132B" w:rsidRPr="003C09F7" w:rsidTr="00304F64">
        <w:trPr>
          <w:trHeight w:val="621"/>
        </w:trPr>
        <w:tc>
          <w:tcPr>
            <w:tcW w:w="702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452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1649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4236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  <w:tc>
          <w:tcPr>
            <w:tcW w:w="2231" w:type="dxa"/>
            <w:vAlign w:val="center"/>
          </w:tcPr>
          <w:p w:rsidR="0031132B" w:rsidRPr="003C09F7" w:rsidRDefault="0031132B" w:rsidP="00304F64">
            <w:pPr>
              <w:jc w:val="center"/>
              <w:rPr>
                <w:rFonts w:ascii="Nikosh" w:hAnsi="Nikosh" w:cs="Nikosh"/>
                <w:sz w:val="24"/>
              </w:rPr>
            </w:pPr>
          </w:p>
        </w:tc>
      </w:tr>
    </w:tbl>
    <w:p w:rsidR="006C2F42" w:rsidRPr="003C09F7" w:rsidRDefault="006C2F42" w:rsidP="006C2F42">
      <w:pPr>
        <w:spacing w:after="0"/>
        <w:rPr>
          <w:rFonts w:ascii="Nikosh" w:hAnsi="Nikosh" w:cs="Nikosh"/>
          <w:sz w:val="24"/>
        </w:rPr>
      </w:pPr>
    </w:p>
    <w:p w:rsidR="006C2F42" w:rsidRPr="003C09F7" w:rsidRDefault="006C2F42" w:rsidP="006C2F42">
      <w:pPr>
        <w:spacing w:after="0"/>
        <w:rPr>
          <w:rFonts w:ascii="Nikosh" w:hAnsi="Nikosh" w:cs="Nikosh"/>
          <w:sz w:val="24"/>
        </w:rPr>
      </w:pPr>
    </w:p>
    <w:p w:rsidR="006C2F42" w:rsidRDefault="006C2F42" w:rsidP="006C2F42">
      <w:pPr>
        <w:spacing w:after="0"/>
        <w:rPr>
          <w:rFonts w:ascii="Nikosh" w:hAnsi="Nikosh" w:cs="Nikosh"/>
          <w:sz w:val="24"/>
        </w:rPr>
      </w:pPr>
    </w:p>
    <w:p w:rsidR="003C09F7" w:rsidRDefault="003C09F7" w:rsidP="006C2F42">
      <w:pPr>
        <w:spacing w:after="0"/>
        <w:rPr>
          <w:rFonts w:ascii="Nikosh" w:hAnsi="Nikosh" w:cs="Nikosh"/>
          <w:sz w:val="24"/>
        </w:rPr>
      </w:pPr>
      <w:bookmarkStart w:id="0" w:name="_GoBack"/>
      <w:bookmarkEnd w:id="0"/>
    </w:p>
    <w:p w:rsidR="003C09F7" w:rsidRPr="003C09F7" w:rsidRDefault="003C09F7" w:rsidP="006C2F42">
      <w:pPr>
        <w:spacing w:after="0"/>
        <w:rPr>
          <w:rFonts w:ascii="Nikosh" w:hAnsi="Nikosh" w:cs="Nikosh"/>
          <w:sz w:val="24"/>
        </w:rPr>
      </w:pPr>
    </w:p>
    <w:p w:rsidR="00D6335D" w:rsidRPr="003C09F7" w:rsidRDefault="00EB5E53" w:rsidP="006C2F42">
      <w:pPr>
        <w:spacing w:after="0"/>
        <w:rPr>
          <w:rFonts w:ascii="Nikosh" w:hAnsi="Nikosh" w:cs="Nikosh"/>
          <w:sz w:val="24"/>
        </w:rPr>
      </w:pPr>
      <w:r>
        <w:rPr>
          <w:rFonts w:ascii="Nikosh" w:hAnsi="Nikosh" w:cs="Nikosh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EB92F" wp14:editId="42B328F9">
                <wp:simplePos x="0" y="0"/>
                <wp:positionH relativeFrom="column">
                  <wp:posOffset>3816350</wp:posOffset>
                </wp:positionH>
                <wp:positionV relativeFrom="paragraph">
                  <wp:posOffset>187960</wp:posOffset>
                </wp:positionV>
                <wp:extent cx="2124075" cy="0"/>
                <wp:effectExtent l="38100" t="19050" r="66675" b="952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9F6402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0.5pt,14.8pt" to="467.7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" strokecolor="black [3200]" strokeweight=".5pt">
                <v:shadow on="t" color="black" opacity="22937f" origin=",.5" offset="0,.63889mm"/>
              </v:line>
            </w:pict>
          </mc:Fallback>
        </mc:AlternateContent>
      </w:r>
      <w:r>
        <w:rPr>
          <w:rFonts w:ascii="Nikosh" w:hAnsi="Nikosh" w:cs="Nikosh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C5D666" wp14:editId="3DBEBF2D">
                <wp:simplePos x="0" y="0"/>
                <wp:positionH relativeFrom="column">
                  <wp:posOffset>72390</wp:posOffset>
                </wp:positionH>
                <wp:positionV relativeFrom="paragraph">
                  <wp:posOffset>187960</wp:posOffset>
                </wp:positionV>
                <wp:extent cx="1590675" cy="0"/>
                <wp:effectExtent l="38100" t="19050" r="66675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BE9B94" id="Straight Connector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14.8pt" to="130.9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" strokecolor="black [3200]" strokeweight=".5pt">
                <v:shadow on="t" color="black" opacity="22937f" origin=",.5" offset="0,.63889mm"/>
              </v:line>
            </w:pict>
          </mc:Fallback>
        </mc:AlternateConten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40"/>
        <w:gridCol w:w="4100"/>
      </w:tblGrid>
      <w:tr w:rsidR="009F2E33" w:rsidRPr="003C09F7" w:rsidTr="00513A40">
        <w:trPr>
          <w:jc w:val="center"/>
        </w:trPr>
        <w:tc>
          <w:tcPr>
            <w:tcW w:w="5940" w:type="dxa"/>
          </w:tcPr>
          <w:p w:rsidR="009F2E33" w:rsidRPr="003C09F7" w:rsidRDefault="00513A40">
            <w:pPr>
              <w:rPr>
                <w:rFonts w:ascii="Nikosh" w:hAnsi="Nikosh" w:cs="Nikosh"/>
                <w:sz w:val="24"/>
              </w:rPr>
            </w:pPr>
            <w:proofErr w:type="spellStart"/>
            <w:r w:rsidRPr="003C09F7">
              <w:rPr>
                <w:rFonts w:ascii="Nikosh" w:hAnsi="Nikosh" w:cs="Nikosh"/>
                <w:sz w:val="24"/>
              </w:rPr>
              <w:t>কর্মকর্তা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>/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কর্মচারীর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স্বাক্ষর</w:t>
            </w:r>
            <w:proofErr w:type="spellEnd"/>
            <w:r w:rsidR="001C179C" w:rsidRPr="003C09F7">
              <w:rPr>
                <w:rFonts w:ascii="Nikosh" w:hAnsi="Nikosh" w:cs="Nikosh"/>
                <w:sz w:val="24"/>
              </w:rPr>
              <w:t xml:space="preserve"> (</w:t>
            </w:r>
            <w:proofErr w:type="spellStart"/>
            <w:r w:rsidR="001C179C" w:rsidRPr="003C09F7">
              <w:rPr>
                <w:rFonts w:ascii="Nikosh" w:hAnsi="Nikosh" w:cs="Nikosh"/>
                <w:sz w:val="24"/>
              </w:rPr>
              <w:t>সীলসহ</w:t>
            </w:r>
            <w:proofErr w:type="spellEnd"/>
            <w:r w:rsidR="001C179C" w:rsidRPr="003C09F7">
              <w:rPr>
                <w:rFonts w:ascii="Nikosh" w:hAnsi="Nikosh" w:cs="Nikosh"/>
                <w:sz w:val="24"/>
              </w:rPr>
              <w:t>)</w:t>
            </w:r>
          </w:p>
        </w:tc>
        <w:tc>
          <w:tcPr>
            <w:tcW w:w="4100" w:type="dxa"/>
          </w:tcPr>
          <w:p w:rsidR="009F2E33" w:rsidRPr="003C09F7" w:rsidRDefault="00513A40">
            <w:pPr>
              <w:rPr>
                <w:rFonts w:ascii="Nikosh" w:hAnsi="Nikosh" w:cs="Nikosh"/>
                <w:sz w:val="24"/>
              </w:rPr>
            </w:pPr>
            <w:proofErr w:type="spellStart"/>
            <w:r w:rsidRPr="003C09F7">
              <w:rPr>
                <w:rFonts w:ascii="Nikosh" w:hAnsi="Nikosh" w:cs="Nikosh"/>
                <w:sz w:val="24"/>
              </w:rPr>
              <w:t>ডিভিশনাল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>/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বিভাগীয়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প্রধানের</w:t>
            </w:r>
            <w:proofErr w:type="spellEnd"/>
            <w:r w:rsidRPr="003C09F7">
              <w:rPr>
                <w:rFonts w:ascii="Nikosh" w:hAnsi="Nikosh" w:cs="Nikosh"/>
                <w:sz w:val="24"/>
              </w:rPr>
              <w:t xml:space="preserve"> </w:t>
            </w:r>
            <w:proofErr w:type="spellStart"/>
            <w:r w:rsidRPr="003C09F7">
              <w:rPr>
                <w:rFonts w:ascii="Nikosh" w:hAnsi="Nikosh" w:cs="Nikosh"/>
                <w:sz w:val="24"/>
              </w:rPr>
              <w:t>স্বাক্ষর</w:t>
            </w:r>
            <w:proofErr w:type="spellEnd"/>
            <w:r w:rsidR="001C179C" w:rsidRPr="003C09F7">
              <w:rPr>
                <w:rFonts w:ascii="Nikosh" w:hAnsi="Nikosh" w:cs="Nikosh"/>
                <w:sz w:val="24"/>
              </w:rPr>
              <w:t xml:space="preserve"> (</w:t>
            </w:r>
            <w:proofErr w:type="spellStart"/>
            <w:r w:rsidR="001C179C" w:rsidRPr="003C09F7">
              <w:rPr>
                <w:rFonts w:ascii="Nikosh" w:hAnsi="Nikosh" w:cs="Nikosh"/>
                <w:sz w:val="24"/>
              </w:rPr>
              <w:t>সীলসহ</w:t>
            </w:r>
            <w:proofErr w:type="spellEnd"/>
            <w:r w:rsidR="001C179C" w:rsidRPr="003C09F7">
              <w:rPr>
                <w:rFonts w:ascii="Nikosh" w:hAnsi="Nikosh" w:cs="Nikosh"/>
                <w:sz w:val="24"/>
              </w:rPr>
              <w:t>)</w:t>
            </w:r>
          </w:p>
        </w:tc>
      </w:tr>
    </w:tbl>
    <w:p w:rsidR="003C09F7" w:rsidRPr="003C09F7" w:rsidRDefault="003C09F7">
      <w:pPr>
        <w:rPr>
          <w:rFonts w:ascii="Nikosh" w:hAnsi="Nikosh" w:cs="Nikosh"/>
          <w:sz w:val="24"/>
        </w:rPr>
      </w:pPr>
    </w:p>
    <w:p w:rsidR="009F2E33" w:rsidRPr="003C09F7" w:rsidRDefault="00513A40">
      <w:pPr>
        <w:spacing w:after="0"/>
        <w:rPr>
          <w:rFonts w:ascii="Nikosh" w:hAnsi="Nikosh" w:cs="Nikosh"/>
          <w:sz w:val="24"/>
        </w:rPr>
      </w:pPr>
      <w:r w:rsidRPr="003C09F7">
        <w:rPr>
          <w:rFonts w:ascii="Nikosh" w:hAnsi="Nikosh" w:cs="Nikosh"/>
          <w:sz w:val="24"/>
        </w:rPr>
        <w:t xml:space="preserve">৪। </w:t>
      </w:r>
      <w:proofErr w:type="spellStart"/>
      <w:r w:rsidRPr="003C09F7">
        <w:rPr>
          <w:rFonts w:ascii="Nikosh" w:hAnsi="Nikosh" w:cs="Nikosh"/>
          <w:sz w:val="24"/>
        </w:rPr>
        <w:t>দাখিলকৃত</w:t>
      </w:r>
      <w:proofErr w:type="spellEnd"/>
      <w:r w:rsidRPr="003C09F7">
        <w:rPr>
          <w:rFonts w:ascii="Nikosh" w:hAnsi="Nikosh" w:cs="Nikosh"/>
          <w:sz w:val="24"/>
        </w:rPr>
        <w:t xml:space="preserve"> </w:t>
      </w:r>
      <w:proofErr w:type="spellStart"/>
      <w:r w:rsidRPr="003C09F7">
        <w:rPr>
          <w:rFonts w:ascii="Nikosh" w:hAnsi="Nikosh" w:cs="Nikosh"/>
          <w:sz w:val="24"/>
        </w:rPr>
        <w:t>অভিযোগের</w:t>
      </w:r>
      <w:proofErr w:type="spellEnd"/>
      <w:r w:rsidRPr="003C09F7">
        <w:rPr>
          <w:rFonts w:ascii="Nikosh" w:hAnsi="Nikosh" w:cs="Nikosh"/>
          <w:sz w:val="24"/>
        </w:rPr>
        <w:t xml:space="preserve"> </w:t>
      </w:r>
      <w:proofErr w:type="spellStart"/>
      <w:r w:rsidRPr="003C09F7">
        <w:rPr>
          <w:rFonts w:ascii="Nikosh" w:hAnsi="Nikosh" w:cs="Nikosh"/>
          <w:sz w:val="24"/>
        </w:rPr>
        <w:t>প্রেক্ষিতে</w:t>
      </w:r>
      <w:proofErr w:type="spellEnd"/>
      <w:r w:rsidRPr="003C09F7">
        <w:rPr>
          <w:rFonts w:ascii="Nikosh" w:hAnsi="Nikosh" w:cs="Nikosh"/>
          <w:sz w:val="24"/>
        </w:rPr>
        <w:t xml:space="preserve"> </w:t>
      </w:r>
      <w:proofErr w:type="spellStart"/>
      <w:r w:rsidRPr="003C09F7">
        <w:rPr>
          <w:rFonts w:ascii="Nikosh" w:hAnsi="Nikosh" w:cs="Nikosh"/>
          <w:sz w:val="24"/>
        </w:rPr>
        <w:t>সরেজমিনে</w:t>
      </w:r>
      <w:proofErr w:type="spellEnd"/>
      <w:r w:rsidRPr="003C09F7">
        <w:rPr>
          <w:rFonts w:ascii="Nikosh" w:hAnsi="Nikosh" w:cs="Nikosh"/>
          <w:sz w:val="24"/>
        </w:rPr>
        <w:t xml:space="preserve"> </w:t>
      </w:r>
      <w:proofErr w:type="spellStart"/>
      <w:r w:rsidRPr="003C09F7">
        <w:rPr>
          <w:rFonts w:ascii="Nikosh" w:hAnsi="Nikosh" w:cs="Nikosh"/>
          <w:sz w:val="24"/>
        </w:rPr>
        <w:t>পরিদর্শন</w:t>
      </w:r>
      <w:proofErr w:type="spellEnd"/>
      <w:r w:rsidRPr="003C09F7">
        <w:rPr>
          <w:rFonts w:ascii="Nikosh" w:hAnsi="Nikosh" w:cs="Nikosh"/>
          <w:sz w:val="24"/>
        </w:rPr>
        <w:t xml:space="preserve"> </w:t>
      </w:r>
      <w:proofErr w:type="spellStart"/>
      <w:r w:rsidRPr="003C09F7">
        <w:rPr>
          <w:rFonts w:ascii="Nikosh" w:hAnsi="Nikosh" w:cs="Nikosh"/>
          <w:sz w:val="24"/>
        </w:rPr>
        <w:t>সংক্রান্ত</w:t>
      </w:r>
      <w:proofErr w:type="spellEnd"/>
      <w:r w:rsidRPr="003C09F7">
        <w:rPr>
          <w:rFonts w:ascii="Nikosh" w:hAnsi="Nikosh" w:cs="Nikosh"/>
          <w:sz w:val="24"/>
        </w:rPr>
        <w:t xml:space="preserve"> </w:t>
      </w:r>
      <w:proofErr w:type="spellStart"/>
      <w:r w:rsidRPr="003C09F7">
        <w:rPr>
          <w:rFonts w:ascii="Nikosh" w:hAnsi="Nikosh" w:cs="Nikosh"/>
          <w:sz w:val="24"/>
        </w:rPr>
        <w:t>প্রতিবেদন</w:t>
      </w:r>
      <w:proofErr w:type="spellEnd"/>
      <w:r w:rsidRPr="003C09F7">
        <w:rPr>
          <w:rFonts w:ascii="Nikosh" w:hAnsi="Nikosh" w:cs="Nikosh"/>
          <w:sz w:val="24"/>
        </w:rPr>
        <w:t xml:space="preserve"> </w:t>
      </w:r>
      <w:proofErr w:type="spellStart"/>
      <w:r w:rsidRPr="003C09F7">
        <w:rPr>
          <w:rFonts w:ascii="Nikosh" w:hAnsi="Nikosh" w:cs="Nikosh"/>
          <w:sz w:val="24"/>
        </w:rPr>
        <w:t>এবং</w:t>
      </w:r>
      <w:proofErr w:type="spellEnd"/>
      <w:r w:rsidRPr="003C09F7">
        <w:rPr>
          <w:rFonts w:ascii="Nikosh" w:hAnsi="Nikosh" w:cs="Nikosh"/>
          <w:sz w:val="24"/>
        </w:rPr>
        <w:t xml:space="preserve"> </w:t>
      </w:r>
      <w:proofErr w:type="spellStart"/>
      <w:r w:rsidRPr="003C09F7">
        <w:rPr>
          <w:rFonts w:ascii="Nikosh" w:hAnsi="Nikosh" w:cs="Nikosh"/>
          <w:sz w:val="24"/>
        </w:rPr>
        <w:t>গৃহীত</w:t>
      </w:r>
      <w:proofErr w:type="spellEnd"/>
      <w:r w:rsidRPr="003C09F7">
        <w:rPr>
          <w:rFonts w:ascii="Nikosh" w:hAnsi="Nikosh" w:cs="Nikosh"/>
          <w:sz w:val="24"/>
        </w:rPr>
        <w:t xml:space="preserve"> </w:t>
      </w:r>
      <w:proofErr w:type="spellStart"/>
      <w:r w:rsidRPr="003C09F7">
        <w:rPr>
          <w:rFonts w:ascii="Nikosh" w:hAnsi="Nikosh" w:cs="Nikosh"/>
          <w:sz w:val="24"/>
        </w:rPr>
        <w:t>ব্যবস্থা</w:t>
      </w:r>
      <w:proofErr w:type="spellEnd"/>
      <w:r w:rsidRPr="003C09F7">
        <w:rPr>
          <w:rFonts w:ascii="Nikosh" w:hAnsi="Nikosh" w:cs="Nikosh"/>
          <w:sz w:val="24"/>
        </w:rPr>
        <w:t>/</w:t>
      </w:r>
      <w:proofErr w:type="spellStart"/>
      <w:r w:rsidRPr="003C09F7">
        <w:rPr>
          <w:rFonts w:ascii="Nikosh" w:hAnsi="Nikosh" w:cs="Nikosh"/>
          <w:sz w:val="24"/>
        </w:rPr>
        <w:t>পদক্ষেপ</w:t>
      </w:r>
      <w:proofErr w:type="spellEnd"/>
      <w:r w:rsidRPr="003C09F7">
        <w:rPr>
          <w:rFonts w:ascii="Nikosh" w:hAnsi="Nikosh" w:cs="Nikosh"/>
          <w:sz w:val="24"/>
        </w:rPr>
        <w:t>:</w:t>
      </w:r>
    </w:p>
    <w:sectPr w:rsidR="009F2E33" w:rsidRPr="003C09F7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oto Sans Bengal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68DE"/>
    <w:rsid w:val="0015074B"/>
    <w:rsid w:val="00163A8C"/>
    <w:rsid w:val="001874F5"/>
    <w:rsid w:val="001C179C"/>
    <w:rsid w:val="001D74C5"/>
    <w:rsid w:val="0029639D"/>
    <w:rsid w:val="002F4075"/>
    <w:rsid w:val="00304F64"/>
    <w:rsid w:val="0031132B"/>
    <w:rsid w:val="00326F90"/>
    <w:rsid w:val="00377F99"/>
    <w:rsid w:val="003B5021"/>
    <w:rsid w:val="003C09F7"/>
    <w:rsid w:val="004B0855"/>
    <w:rsid w:val="004D2A2C"/>
    <w:rsid w:val="00513A40"/>
    <w:rsid w:val="00525B1A"/>
    <w:rsid w:val="005D68A1"/>
    <w:rsid w:val="006C2F42"/>
    <w:rsid w:val="00722F5B"/>
    <w:rsid w:val="00876018"/>
    <w:rsid w:val="008E6291"/>
    <w:rsid w:val="009776AA"/>
    <w:rsid w:val="009F2E33"/>
    <w:rsid w:val="00A10171"/>
    <w:rsid w:val="00A17AF3"/>
    <w:rsid w:val="00A77863"/>
    <w:rsid w:val="00AA1D8D"/>
    <w:rsid w:val="00AD043C"/>
    <w:rsid w:val="00B47730"/>
    <w:rsid w:val="00C9540B"/>
    <w:rsid w:val="00CB0664"/>
    <w:rsid w:val="00CB68F5"/>
    <w:rsid w:val="00D6335D"/>
    <w:rsid w:val="00DA11D7"/>
    <w:rsid w:val="00DB5C5F"/>
    <w:rsid w:val="00EB5E53"/>
    <w:rsid w:val="00EB6ECA"/>
    <w:rsid w:val="00FC53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9BE48A6-679A-4C42-BE01-8A5BACA2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9F7"/>
    <w:rPr>
      <w:rFonts w:ascii="Noto Sans Bengali" w:eastAsia="Noto Sans Bengali" w:hAnsi="Noto Sans Bengal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58FAD9-08BD-46D9-9629-19222FD9D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Shafaet_IT</cp:lastModifiedBy>
  <cp:revision>2</cp:revision>
  <dcterms:created xsi:type="dcterms:W3CDTF">2026-09-20T05:45:00Z</dcterms:created>
  <dcterms:modified xsi:type="dcterms:W3CDTF">2026-09-20T05:45:00Z</dcterms:modified>
  <cp:category/>
</cp:coreProperties>
</file>